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GEORGIA</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Georgia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Georgia.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