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12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GRADUATE SCHOOL LETTER OF INTENT</w:t>
      </w:r>
    </w:p>
    <w:p>
      <w:pPr>
        <w:spacing w:before="0" w:after="12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[APPLICANT NAME]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[APPLICANT ADDRESS]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[APPLICANT CITY, STATE, ZIP CODE]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 xml:space="preserve">Date: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[SCHOOL NAME]</w:t>
      </w: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[SCHOOL ADDRESS]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[SCHOOL CITY, STATE, ZIP CODE]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 xml:space="preserve">Dear </w:t>
      </w:r>
      <w:r>
        <w:rPr>
          <w:rFonts w:ascii="Times New Roman" w:hAnsi="Times New Roman" w:eastAsia="Times New Roman" w:cs="Times New Roman"/>
          <w:sz w:val="24"/>
        </w:rPr>
        <w:t>[SCHOOL NAME]</w:t>
      </w:r>
      <w:r>
        <w:rPr>
          <w:rFonts w:ascii="Times New Roman" w:hAnsi="Times New Roman" w:eastAsia="Times New Roman" w:cs="Times New Roman"/>
          <w:sz w:val="24"/>
        </w:rPr>
        <w:t>,</w:t>
      </w:r>
    </w:p>
    <w:p>
      <w:pPr>
        <w:spacing w:before="0" w:after="120"/>
        <w:jc w:val="both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sz w:val="24"/>
        </w:rPr>
        <w:t>[INTRODUCTION PARAGRAPH - WHICH PROGRAM, REASON FOR APPLYING]</w:t>
      </w:r>
    </w:p>
    <w:p>
      <w:pPr>
        <w:spacing w:before="0" w:after="120"/>
        <w:jc w:val="both"/>
      </w:pPr>
    </w:p>
    <w:p>
      <w:pPr>
        <w:spacing w:before="0" w:after="0"/>
        <w:jc w:val="both"/>
      </w:pPr>
      <w:r>
        <w:rPr>
          <w:rFonts w:ascii="Times New Roman" w:hAnsi="Times New Roman" w:eastAsia="Times New Roman" w:cs="Times New Roman"/>
          <w:sz w:val="24"/>
        </w:rPr>
        <w:t>[RESEARCH/PROFESSIONAL INTERESTS, QUALIFICATIONS, ACADEMIC ACHIEVEMENTS, PERSONAL SKILLS, PASSION FOR PROGRAM]</w:t>
      </w:r>
    </w:p>
    <w:p>
      <w:pPr>
        <w:spacing w:before="0" w:after="0"/>
        <w:jc w:val="both"/>
      </w:pPr>
    </w:p>
    <w:p>
      <w:pPr>
        <w:spacing w:before="0" w:after="0"/>
        <w:jc w:val="both"/>
      </w:pPr>
    </w:p>
    <w:p>
      <w:pPr>
        <w:spacing w:before="0" w:after="0"/>
        <w:jc w:val="both"/>
      </w:pPr>
      <w:r>
        <w:rPr>
          <w:rFonts w:ascii="Times New Roman" w:hAnsi="Times New Roman" w:eastAsia="Times New Roman" w:cs="Times New Roman"/>
          <w:sz w:val="24"/>
        </w:rPr>
        <w:t>[CONCLUDING PARAGRAPH - CONFIRM PASSION, THANKS FOR CONSIDERATION]</w:t>
      </w:r>
    </w:p>
    <w:p>
      <w:pPr>
        <w:spacing w:before="0" w:after="120"/>
        <w:jc w:val="both"/>
      </w:pPr>
    </w:p>
    <w:p>
      <w:pPr>
        <w:spacing w:before="0" w:after="120"/>
      </w:pPr>
      <w:r>
        <w:rPr>
          <w:rFonts w:ascii="Times New Roman" w:hAnsi="Times New Roman" w:eastAsia="Times New Roman" w:cs="Times New Roman"/>
          <w:sz w:val="24"/>
        </w:rPr>
        <w:t>Sincerely,</w:t>
      </w: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______________________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[Signature]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 xml:space="preserve">______________________ </w:t>
      </w: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[Print Name]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