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Graduate School Letter of Recommendation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My name is ______________________ [Your Name] and proud to offer my recommendation of ______________________ [Individual’s Name] to whom I have personally known for ___ years as my professor at ______________________ [Name of School].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relationship with </w:t>
      </w:r>
      <w:r>
        <w:rPr>
          <w:rFonts w:ascii="Times New Roman" w:hAnsi="Times New Roman" w:eastAsia="Times New Roman" w:cs="Times New Roman"/>
          <w:sz w:val="24"/>
        </w:rPr>
        <w:t>______________________ [Individual’s Name]</w:t>
      </w:r>
      <w:r>
        <w:rPr>
          <w:rFonts w:ascii="Times New Roman" w:hAnsi="Times New Roman" w:eastAsia="Times New Roman" w:cs="Times New Roman"/>
          <w:sz w:val="24"/>
        </w:rPr>
        <w:t xml:space="preserve"> I have experienced an individual who shows up earlier than asked, works hard, and carries themselves in a polite, respectable manner. In addition, </w:t>
      </w:r>
      <w:r>
        <w:rPr>
          <w:rFonts w:ascii="Times New Roman" w:hAnsi="Times New Roman" w:eastAsia="Times New Roman" w:cs="Times New Roman"/>
          <w:sz w:val="24"/>
        </w:rPr>
        <w:t>______________________ [Individual’s Name]</w:t>
      </w:r>
      <w:r>
        <w:rPr>
          <w:rFonts w:ascii="Times New Roman" w:hAnsi="Times New Roman" w:eastAsia="Times New Roman" w:cs="Times New Roman"/>
          <w:sz w:val="24"/>
        </w:rPr>
        <w:t xml:space="preserve"> is a devout student who has always presented themselves with levelheadedness and grace.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Performance Rating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Describe with one (1) of the following: </w:t>
      </w: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Top 1-2%, Top 5%, Top 10%, Top 25%, Top 50%, Bottom 50%, or Unable to Rate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Intellectual Ability: 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Ability to Analyze Problems and Formulate Solutions: 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Ability to Grasp New Concepts: 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Originality or Intellectual Creativity: 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Mathematical or Logical Thought: 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Written Expression: Radio Buttons: 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Oral Expression: Radio Buttons: 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Laboratory Skills: Radio Buttons: 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Perseverance Toward Goals: Radio Buttons: 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Potential in Research: Radio Buttons: 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Ability to Work with Others: Radio Buttons: </w:t>
      </w:r>
      <w:r>
        <w:rPr>
          <w:rFonts w:ascii="Times New Roman" w:hAnsi="Times New Roman" w:eastAsia="Times New Roman" w:cs="Times New Roman"/>
          <w:sz w:val="24"/>
        </w:rPr>
        <w:t xml:space="preserve">___ 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Mental Temperament or Impairment(s)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I believe the Student possesses any mental impairment described as 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I do not believe the Student possesses any mental impairment or suffer from any character flaws (such as being bi-polar, depression, ADHD, etc.)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Gifted Abilities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I believe the Student is gifted with an intelligence that is not reflected in their academic grades or scores. I am convinced of this due to 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I believe the Student’s academic grades or scores accurately reflect their ability.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Additional Comments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you have any requests or questions do not hesitate to contact me.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Signature 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Telephone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E-Mail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