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GRANDPARENT MEDICAL CONSENT (FOR A MINOR)</w:t>
      </w:r>
    </w:p>
    <w:p>
      <w:pPr>
        <w:jc w:val="center"/>
      </w:pPr>
    </w:p>
    <w:p>
      <w:pPr/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______________________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the </w:t>
      </w:r>
      <w:r>
        <w:rPr>
          <w:rFonts w:ascii="Times New Roman" w:hAnsi="Times New Roman" w:eastAsia="Times New Roman" w:cs="Times New Roman"/>
          <w:sz w:val="24"/>
        </w:rPr>
        <w:t>parent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legal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guardian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______________________, residing at ______________________________________________________ [Address]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born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 the</w:t>
      </w:r>
      <w:r>
        <w:rPr>
          <w:rFonts w:ascii="Times New Roman" w:hAnsi="Times New Roman" w:eastAsia="Times New Roman" w:cs="Times New Roman"/>
          <w:sz w:val="24"/>
        </w:rPr>
        <w:t xml:space="preserve"> ___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_______________________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20___ </w:t>
      </w:r>
      <w:r>
        <w:rPr>
          <w:rFonts w:ascii="Times New Roman" w:hAnsi="Times New Roman" w:eastAsia="Times New Roman" w:cs="Times New Roman"/>
          <w:sz w:val="24"/>
        </w:rPr>
        <w:t>do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allow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[Grandparent] to handle any type of 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for my child including but not limited to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administration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anesthesia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determined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physician, surgery, and any other care recommended or deemed</w:t>
      </w:r>
      <w:r>
        <w:rPr>
          <w:rFonts w:ascii="Times New Roman" w:hAnsi="Times New Roman" w:eastAsia="Times New Roman" w:cs="Times New Roman"/>
          <w:sz w:val="24"/>
        </w:rPr>
        <w:t xml:space="preserve"> as </w:t>
      </w:r>
      <w:r>
        <w:rPr>
          <w:rFonts w:ascii="Times New Roman" w:hAnsi="Times New Roman" w:eastAsia="Times New Roman" w:cs="Times New Roman"/>
          <w:sz w:val="24"/>
        </w:rPr>
        <w:t>necessary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welfare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 this</w:t>
      </w:r>
      <w:r>
        <w:rPr>
          <w:rFonts w:ascii="Times New Roman" w:hAnsi="Times New Roman" w:eastAsia="Times New Roman" w:cs="Times New Roman"/>
          <w:sz w:val="24"/>
        </w:rPr>
        <w:t xml:space="preserve"> ___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_______________________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20___ and expires on the ___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_______________________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20___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___________        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Parent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Legal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Guardian</w:t>
      </w:r>
      <w:r>
        <w:rPr>
          <w:rFonts w:ascii="Times New Roman" w:hAnsi="Times New Roman" w:eastAsia="Times New Roman" w:cs="Times New Roman"/>
          <w:b/>
          <w:sz w:val="24"/>
        </w:rPr>
        <w:t xml:space="preserve">                </w:t>
      </w:r>
      <w:r>
        <w:rPr>
          <w:rFonts w:ascii="Times New Roman" w:hAnsi="Times New Roman" w:eastAsia="Times New Roman" w:cs="Times New Roman"/>
          <w:b/>
          <w:sz w:val="24"/>
        </w:rPr>
        <w:t>Date                      Print Name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___________        _____________________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Witness                              </w:t>
      </w:r>
      <w:r>
        <w:rPr>
          <w:rFonts w:ascii="Times New Roman" w:hAnsi="Times New Roman" w:eastAsia="Times New Roman" w:cs="Times New Roman"/>
          <w:b/>
          <w:sz w:val="24"/>
        </w:rPr>
        <w:t xml:space="preserve">               </w:t>
      </w:r>
      <w:r>
        <w:rPr>
          <w:rFonts w:ascii="Times New Roman" w:hAnsi="Times New Roman" w:eastAsia="Times New Roman" w:cs="Times New Roman"/>
          <w:b/>
          <w:sz w:val="24"/>
        </w:rPr>
        <w:t>Date                      Print Name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should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taken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</w:t>
      </w:r>
      <w:r>
        <w:rPr>
          <w:rFonts w:ascii="Times New Roman" w:hAnsi="Times New Roman" w:eastAsia="Times New Roman" w:cs="Times New Roman"/>
          <w:sz w:val="24"/>
        </w:rPr>
        <w:t>'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taken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additional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assist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furnished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Father’s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Telephone</w:t>
      </w:r>
      <w:r>
        <w:rPr>
          <w:rFonts w:ascii="Times New Roman" w:hAnsi="Times New Roman" w:eastAsia="Times New Roman" w:cs="Times New Roman"/>
          <w:sz w:val="24"/>
        </w:rPr>
        <w:t xml:space="preserve">: _____________________ </w:t>
      </w:r>
      <w:r>
        <w:rPr>
          <w:rFonts w:ascii="Times New Roman" w:hAnsi="Times New Roman" w:eastAsia="Times New Roman" w:cs="Times New Roman"/>
          <w:sz w:val="24"/>
        </w:rPr>
        <w:t>Mother’s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Telephone</w:t>
      </w:r>
      <w:r>
        <w:rPr>
          <w:rFonts w:ascii="Times New Roman" w:hAnsi="Times New Roman" w:eastAsia="Times New Roman" w:cs="Times New Roman"/>
          <w:sz w:val="24"/>
        </w:rPr>
        <w:t>: 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Allergies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drugs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foods</w:t>
      </w:r>
      <w:r>
        <w:rPr>
          <w:rFonts w:ascii="Times New Roman" w:hAnsi="Times New Roman" w:eastAsia="Times New Roman" w:cs="Times New Roman"/>
          <w:sz w:val="24"/>
        </w:rPr>
        <w:t>: ______________________________________________________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Medications,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Blood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Type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Pertinent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</w:t>
      </w:r>
      <w:r>
        <w:rPr>
          <w:rFonts w:ascii="Times New Roman" w:hAnsi="Times New Roman" w:eastAsia="Times New Roman" w:cs="Times New Roman"/>
          <w:sz w:val="24"/>
        </w:rPr>
        <w:t>: ______________________________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Child</w:t>
      </w:r>
      <w:r>
        <w:rPr>
          <w:rFonts w:ascii="Times New Roman" w:hAnsi="Times New Roman" w:eastAsia="Times New Roman" w:cs="Times New Roman"/>
          <w:sz w:val="24"/>
        </w:rPr>
        <w:t>'</w:t>
      </w:r>
      <w:r>
        <w:rPr>
          <w:rFonts w:ascii="Times New Roman" w:hAnsi="Times New Roman" w:eastAsia="Times New Roman" w:cs="Times New Roman"/>
          <w:sz w:val="24"/>
        </w:rPr>
        <w:t>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</w:t>
      </w:r>
      <w:r>
        <w:rPr>
          <w:rFonts w:ascii="Times New Roman" w:hAnsi="Times New Roman" w:eastAsia="Times New Roman" w:cs="Times New Roman"/>
          <w:sz w:val="24"/>
        </w:rPr>
        <w:t xml:space="preserve">: __________________________ </w:t>
      </w:r>
      <w:r>
        <w:rPr>
          <w:rFonts w:ascii="Times New Roman" w:hAnsi="Times New Roman" w:eastAsia="Times New Roman" w:cs="Times New Roman"/>
          <w:sz w:val="24"/>
        </w:rPr>
        <w:t>Phone</w:t>
      </w:r>
      <w:r>
        <w:rPr>
          <w:rFonts w:ascii="Times New Roman" w:hAnsi="Times New Roman" w:eastAsia="Times New Roman" w:cs="Times New Roman"/>
          <w:sz w:val="24"/>
        </w:rPr>
        <w:t>: ________________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Insurance</w:t>
      </w:r>
      <w:r>
        <w:rPr>
          <w:rFonts w:ascii="Times New Roman" w:hAnsi="Times New Roman" w:eastAsia="Times New Roman" w:cs="Times New Roman"/>
          <w:sz w:val="24"/>
        </w:rPr>
        <w:t xml:space="preserve">: ________________________________ </w:t>
      </w:r>
      <w:r>
        <w:rPr>
          <w:rFonts w:ascii="Times New Roman" w:hAnsi="Times New Roman" w:eastAsia="Times New Roman" w:cs="Times New Roman"/>
          <w:sz w:val="24"/>
        </w:rPr>
        <w:t>Policy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#</w:t>
      </w:r>
      <w:r>
        <w:rPr>
          <w:rFonts w:ascii="Times New Roman" w:hAnsi="Times New Roman" w:eastAsia="Times New Roman" w:cs="Times New Roman"/>
          <w:sz w:val="24"/>
        </w:rPr>
        <w:t xml:space="preserve"> ________________</w:t>
      </w:r>
    </w:p>
    <w:p>
      <w:pPr>
        <w:spacing w:line="360" w:lineRule="auto"/>
      </w:pPr>
    </w:p>
    <w:p>
      <w:pPr>
        <w:spacing w:line="360" w:lineRule="auto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