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Grant Deed </w:t>
      </w:r>
    </w:p>
    <w:p>
      <w:pPr>
        <w:keepNext w:val="0"/>
        <w:spacing w:after="0" w:line="240" w:lineRule="exact"/>
        <w:ind w:right="0"/>
        <w:jc w:val="both"/>
      </w:pPr>
    </w:p>
    <w:p>
      <w:pPr>
        <w:keepNext w:val="0"/>
        <w:spacing w:before="200" w:after="0" w:line="260" w:lineRule="exact"/>
        <w:ind w:left="720" w:right="0" w:firstLine="0"/>
        <w:jc w:val="both"/>
      </w:pPr>
      <w:r>
        <w:rPr>
          <w:rFonts w:ascii="Times New Roman" w:hAnsi="Times New Roman" w:eastAsia="Times New Roman" w:cs="Times New Roman"/>
          <w:b w:val="0"/>
          <w:sz w:val="24"/>
        </w:rPr>
        <w:t>RECORDING REQUEST BY</w:t>
      </w:r>
    </w:p>
    <w:p>
      <w:pPr>
        <w:keepNext w:val="0"/>
        <w:spacing w:before="200" w:after="0" w:line="260" w:lineRule="exact"/>
        <w:ind w:left="720" w:right="0" w:firstLine="0"/>
        <w:jc w:val="both"/>
      </w:pPr>
      <w:r>
        <w:rPr>
          <w:rFonts w:ascii="Times New Roman" w:hAnsi="Times New Roman" w:eastAsia="Times New Roman" w:cs="Times New Roman"/>
          <w:b w:val="0"/>
          <w:sz w:val="24"/>
        </w:rPr>
        <w:t>AND WHEN RECORDED RETURN TO:</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Attn: [name]</w:t>
      </w:r>
    </w:p>
    <w:p>
      <w:pPr>
        <w:keepNext w:val="0"/>
        <w:spacing w:before="200" w:after="0" w:line="260" w:lineRule="exact"/>
        <w:ind w:left="720" w:right="0" w:firstLine="0"/>
        <w:jc w:val="both"/>
      </w:pPr>
      <w:r>
        <w:rPr>
          <w:rFonts w:ascii="Times New Roman" w:hAnsi="Times New Roman" w:eastAsia="Times New Roman" w:cs="Times New Roman"/>
          <w:b w:val="0"/>
          <w:sz w:val="24"/>
        </w:rPr>
        <w:t>MAIL TAX STATEMENTS</w:t>
      </w:r>
    </w:p>
    <w:p>
      <w:pPr>
        <w:keepNext w:val="0"/>
        <w:spacing w:before="200" w:after="0" w:line="260" w:lineRule="exact"/>
        <w:ind w:left="720" w:right="0" w:firstLine="0"/>
        <w:jc w:val="both"/>
      </w:pPr>
      <w:r>
        <w:rPr>
          <w:rFonts w:ascii="Times New Roman" w:hAnsi="Times New Roman" w:eastAsia="Times New Roman" w:cs="Times New Roman"/>
          <w:b w:val="0"/>
          <w:sz w:val="24"/>
        </w:rPr>
        <w:t>AS DIRECTED ABOVE.</w:t>
      </w:r>
    </w:p>
    <w:p>
      <w:pPr>
        <w:keepNext w:val="0"/>
        <w:spacing w:before="200" w:after="0" w:line="260" w:lineRule="exact"/>
        <w:ind w:left="360" w:right="0" w:firstLine="0"/>
        <w:jc w:val="both"/>
      </w:pPr>
      <w:r>
        <w:rPr>
          <w:rFonts w:ascii="Times New Roman" w:hAnsi="Times New Roman" w:eastAsia="Times New Roman" w:cs="Times New Roman"/>
          <w:b w:val="0"/>
          <w:sz w:val="24"/>
        </w:rPr>
        <w:t>(Above Space for Recorder’s Use Only)</w:t>
      </w:r>
    </w:p>
    <w:p>
      <w:pPr>
        <w:keepNext w:val="0"/>
        <w:spacing w:before="200" w:after="0" w:line="260" w:lineRule="exact"/>
        <w:ind w:left="360" w:right="0" w:firstLine="0"/>
        <w:jc w:val="both"/>
      </w:pPr>
      <w:r>
        <w:rPr>
          <w:rFonts w:ascii="Times New Roman" w:hAnsi="Times New Roman" w:eastAsia="Times New Roman" w:cs="Times New Roman"/>
          <w:b w:val="0"/>
          <w:sz w:val="24"/>
        </w:rPr>
        <w:t>The transfer tax is $[amount], computed on the full value of the property conveyed.</w:t>
      </w:r>
    </w:p>
    <w:p>
      <w:pPr>
        <w:keepNext w:val="0"/>
        <w:spacing w:before="120" w:after="0" w:line="260" w:lineRule="exact"/>
        <w:ind w:left="360" w:right="0" w:firstLine="0"/>
        <w:jc w:val="left"/>
      </w:pPr>
      <w:r>
        <w:rPr>
          <w:rFonts w:ascii="Times New Roman" w:hAnsi="Times New Roman" w:eastAsia="Times New Roman" w:cs="Times New Roman"/>
          <w:b/>
          <w:sz w:val="24"/>
        </w:rPr>
        <w:t>GRANT DEED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VALUABLE CONSIDERATION, receipt of which is hereby acknowledged,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[Alternate Clause if the Grantor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name of grantor] (“Grantor”), hereby GRANTS to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[Alternate Clause if the Grantee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name of grantee] (“Grantee”), the real property located in the County of [county], State of California, and more particularly described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and incorporated herein by this reference.</w:t>
      </w:r>
    </w:p>
    <w:p>
      <w:pPr>
        <w:keepNext w:val="0"/>
        <w:spacing w:before="200" w:after="0" w:line="260" w:lineRule="exact"/>
        <w:ind w:left="720" w:right="0" w:firstLine="0"/>
        <w:jc w:val="both"/>
      </w:pPr>
      <w:r>
        <w:rPr>
          <w:rFonts w:ascii="Times New Roman" w:hAnsi="Times New Roman" w:eastAsia="Times New Roman" w:cs="Times New Roman"/>
          <w:b w:val="0"/>
          <w:sz w:val="24"/>
        </w:rPr>
        <w:t>Dated:</w:t>
      </w:r>
    </w:p>
    <w:p>
      <w:pPr>
        <w:keepNext w:val="0"/>
        <w:spacing w:before="120" w:after="0" w:line="260" w:lineRule="exact"/>
        <w:ind w:left="720" w:right="0" w:firstLine="0"/>
        <w:jc w:val="left"/>
      </w:pPr>
      <w:r>
        <w:rPr>
          <w:rFonts w:ascii="Times New Roman" w:hAnsi="Times New Roman" w:eastAsia="Times New Roman" w:cs="Times New Roman"/>
          <w:b/>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[name]</w:t>
      </w:r>
    </w:p>
    <w:p>
      <w:pPr>
        <w:keepNext w:val="0"/>
        <w:spacing w:before="120" w:after="0" w:line="260" w:lineRule="exact"/>
        <w:ind w:left="720" w:right="0" w:firstLine="0"/>
        <w:jc w:val="left"/>
      </w:pPr>
      <w:r>
        <w:rPr>
          <w:rFonts w:ascii="Times New Roman" w:hAnsi="Times New Roman" w:eastAsia="Times New Roman" w:cs="Times New Roman"/>
          <w:b w:val="0"/>
          <w:sz w:val="24"/>
        </w:rPr>
        <w:t>Title: [title]</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or other officer completing this certificate verifies only the identity of the individual who signed the document to which this certificate is attached and not the truthfulness, accuracy, or validity of that document.</w:t>
      </w:r>
    </w:p>
    <w:p>
      <w:pPr>
        <w:keepNext w:val="0"/>
        <w:spacing w:before="200" w:after="0" w:line="260" w:lineRule="exact"/>
        <w:ind w:left="720" w:right="0" w:firstLine="0"/>
        <w:jc w:val="both"/>
      </w:pPr>
      <w:r>
        <w:rPr>
          <w:rFonts w:ascii="Times New Roman" w:hAnsi="Times New Roman" w:eastAsia="Times New Roman" w:cs="Times New Roman"/>
          <w:b w:val="0"/>
          <w:sz w:val="24"/>
        </w:rPr>
        <w:t>State of California</w:t>
      </w:r>
    </w:p>
    <w:p>
      <w:pPr>
        <w:keepNext w:val="0"/>
        <w:spacing w:before="200" w:after="0" w:line="260" w:lineRule="exact"/>
        <w:ind w:left="720" w:right="0" w:firstLine="0"/>
        <w:jc w:val="both"/>
      </w:pPr>
      <w:r>
        <w:rPr>
          <w:rFonts w:ascii="Times New Roman" w:hAnsi="Times New Roman" w:eastAsia="Times New Roman" w:cs="Times New Roman"/>
          <w:b w:val="0"/>
          <w:sz w:val="24"/>
        </w:rPr>
        <w:t>County of ___________</w:t>
      </w:r>
    </w:p>
    <w:p>
      <w:pPr>
        <w:keepNext w:val="0"/>
        <w:spacing w:before="200" w:after="0" w:line="260" w:lineRule="exact"/>
        <w:ind w:left="720" w:right="0" w:firstLine="0"/>
        <w:jc w:val="both"/>
      </w:pPr>
      <w:r>
        <w:rPr>
          <w:rFonts w:ascii="Times New Roman" w:hAnsi="Times New Roman" w:eastAsia="Times New Roman" w:cs="Times New Roman"/>
          <w:b w:val="0"/>
          <w:sz w:val="24"/>
        </w:rPr>
        <w:t>On _________, 20___ before me, _____________________, personally appeared ________________,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I certify under PENALTY OF PERJURY under the laws of the State of California that the foregoing paragraph is true and correct.</w:t>
      </w:r>
    </w:p>
    <w:p>
      <w:pPr>
        <w:keepNext w:val="0"/>
        <w:spacing w:before="120" w:after="0" w:line="260" w:lineRule="exact"/>
        <w:ind w:left="720" w:right="0" w:firstLine="0"/>
        <w:jc w:val="left"/>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Signature ______________________________ (Seal)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to Grant Deed.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