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Grant Deed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after="0" w:line="30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Table of Contents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RECORDING REQUEST BY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AND WHEN RECORDED RETURN TO: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Attn: [name]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MAIL TAX STATEMENTS 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AS DIRECTED ABOVE.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(Above Space for Recorder’s Use Only)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transfer tax is $[amount], computed on the full value of the property conveyed.</w:t>
      </w: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GRANT DEED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FOR VALUABLE CONSIDERATION, receipt of which is hereby acknowledged, [name],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[entity type] (“Grantor”), hereby GRANTS to [name],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[entity type], the real property located in the County of [county], State of California, and more particularly described on 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attached hereto and incorporated herein by this reference.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GRANTOR: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[entity type]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[name]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Title: [title]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PLEASE NOTE: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If the Grant Deed is to be recorded in California,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form of Acknowledgement consistent with Cal Civ Code § 1189 which must be used to acknowledge this instrument can be found here.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TO GRANT DEED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[LEGAL DESCRIPTION OF THE LAND]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