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Each adult applicant must submit a separate application.</w:t>
      </w:r>
    </w:p>
    <w:p>
      <w:pPr>
        <w:jc w:val="center"/>
      </w:pPr>
    </w:p>
    <w:p>
      <w:pPr>
        <w:jc w:val="center"/>
      </w:pPr>
      <w:r>
        <w:rPr>
          <w:rFonts w:ascii="Times New Roman" w:hAnsi="Times New Roman" w:eastAsia="Times New Roman" w:cs="Times New Roman"/>
          <w:b/>
          <w:sz w:val="24"/>
        </w:rPr>
        <w:t>WASHINGTON D.C. RENTAL APPLICATION</w:t>
      </w:r>
    </w:p>
    <w:p>
      <w:pPr/>
    </w:p>
    <w:p>
      <w:pPr/>
      <w:r>
        <w:rPr>
          <w:rFonts w:ascii="Times New Roman" w:hAnsi="Times New Roman" w:eastAsia="Times New Roman" w:cs="Times New Roman"/>
          <w:sz w:val="24"/>
        </w:rPr>
        <w:t>Application Fee: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Number: </w:t>
      </w:r>
      <w:r>
        <w:rPr>
          <w:rFonts w:ascii="Times New Roman" w:hAnsi="Times New Roman" w:eastAsia="Times New Roman" w:cs="Times New Roman"/>
          <w:sz w:val="24"/>
        </w:rPr>
        <w:t>[LANDLORD'S NUMBER]</w:t>
      </w:r>
    </w:p>
    <w:p>
      <w:pPr/>
      <w:r>
        <w:rPr>
          <w:rFonts w:ascii="Times New Roman" w:hAnsi="Times New Roman" w:eastAsia="Times New Roman" w:cs="Times New Roman"/>
          <w:sz w:val="24"/>
        </w:rPr>
        <w:t xml:space="preserve">Landlord’s E-mail Address: </w:t>
      </w:r>
      <w:r>
        <w:rPr>
          <w:rFonts w:ascii="Times New Roman" w:hAnsi="Times New Roman" w:eastAsia="Times New Roman" w:cs="Times New Roman"/>
          <w:sz w:val="24"/>
        </w:rPr>
        <w:t>[LANDLORD'S E-MAIL]</w:t>
      </w:r>
    </w:p>
    <w:p>
      <w:pPr/>
    </w:p>
    <w:p>
      <w:pPr/>
      <w:r>
        <w:rPr>
          <w:rFonts w:ascii="Times New Roman" w:hAnsi="Times New Roman" w:eastAsia="Times New Roman" w:cs="Times New Roman"/>
          <w:sz w:val="24"/>
        </w:rPr>
        <w:t xml:space="preserve">Are you co-applying with anyone else?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enter their names: </w:t>
      </w:r>
      <w:r>
        <w:rPr>
          <w:rFonts w:ascii="Times New Roman" w:hAnsi="Times New Roman" w:eastAsia="Times New Roman" w:cs="Times New Roman"/>
          <w:sz w:val="24"/>
        </w:rPr>
        <w:t>[NAME(S)]</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Applicant’s Full Name: </w:t>
      </w:r>
      <w:r>
        <w:rPr>
          <w:rFonts w:ascii="Times New Roman" w:hAnsi="Times New Roman" w:eastAsia="Times New Roman" w:cs="Times New Roman"/>
          <w:sz w:val="24"/>
        </w:rPr>
        <w:t>[APPLICANT'S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 OF BIRTH]</w:t>
      </w:r>
      <w:r>
        <w:rPr>
          <w:rFonts w:ascii="Times New Roman" w:hAnsi="Times New Roman" w:eastAsia="Times New Roman" w:cs="Times New Roman"/>
          <w:sz w:val="24"/>
        </w:rPr>
        <w:tab/>
        <w:t xml:space="preserve">SSN: </w:t>
      </w:r>
      <w:r>
        <w:rPr>
          <w:rFonts w:ascii="Times New Roman" w:hAnsi="Times New Roman" w:eastAsia="Times New Roman" w:cs="Times New Roman"/>
          <w:sz w:val="24"/>
        </w:rPr>
        <w:t>[SSN #]</w:t>
      </w:r>
      <w:r>
        <w:rPr>
          <w:rFonts w:ascii="Times New Roman" w:hAnsi="Times New Roman" w:eastAsia="Times New Roman" w:cs="Times New Roman"/>
          <w:sz w:val="24"/>
        </w:rPr>
        <w:tab/>
        <w:tab/>
        <w:t xml:space="preserve">Driver’s License Number: </w:t>
      </w:r>
      <w:r>
        <w:rPr>
          <w:rFonts w:ascii="Times New Roman" w:hAnsi="Times New Roman" w:eastAsia="Times New Roman" w:cs="Times New Roman"/>
          <w:sz w:val="24"/>
        </w:rPr>
        <w:t>[DL #]</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w:t>
      </w:r>
    </w:p>
    <w:p>
      <w:pPr>
        <w:jc w:val="center"/>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Occupation: </w:t>
      </w:r>
      <w:r>
        <w:rPr>
          <w:rFonts w:ascii="Times New Roman" w:hAnsi="Times New Roman" w:eastAsia="Times New Roman" w:cs="Times New Roman"/>
          <w:sz w:val="24"/>
        </w:rPr>
        <w:t>[OCCUPATION]</w:t>
      </w:r>
    </w:p>
    <w:p>
      <w:pPr/>
      <w:r>
        <w:rPr>
          <w:rFonts w:ascii="Times New Roman" w:hAnsi="Times New Roman" w:eastAsia="Times New Roman" w:cs="Times New Roman"/>
          <w:sz w:val="24"/>
        </w:rPr>
        <w:t xml:space="preserve">Employer: </w:t>
      </w:r>
      <w:r>
        <w:rPr>
          <w:rFonts w:ascii="Times New Roman" w:hAnsi="Times New Roman" w:eastAsia="Times New Roman" w:cs="Times New Roman"/>
          <w:sz w:val="24"/>
        </w:rPr>
        <w:t>[EMPLOYER'S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Gross Monthly Income: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tab/>
      </w:r>
    </w:p>
    <w:p>
      <w:pPr/>
      <w:r>
        <w:rPr>
          <w:rFonts w:ascii="Times New Roman" w:hAnsi="Times New Roman" w:eastAsia="Times New Roman" w:cs="Times New Roman"/>
          <w:sz w:val="24"/>
        </w:rPr>
        <w:t xml:space="preserve">Supervisor’s Name: </w:t>
      </w:r>
      <w:r>
        <w:rPr>
          <w:rFonts w:ascii="Times New Roman" w:hAnsi="Times New Roman" w:eastAsia="Times New Roman" w:cs="Times New Roman"/>
          <w:sz w:val="24"/>
        </w:rPr>
        <w:t>[SUPERVISOR'S NAME]</w:t>
      </w:r>
    </w:p>
    <w:p>
      <w:pPr/>
      <w:r>
        <w:rPr>
          <w:rFonts w:ascii="Times New Roman" w:hAnsi="Times New Roman" w:eastAsia="Times New Roman" w:cs="Times New Roman"/>
          <w:sz w:val="24"/>
        </w:rPr>
        <w:t xml:space="preserve">Supervisor’s Phone: </w:t>
      </w:r>
      <w:r>
        <w:rPr>
          <w:rFonts w:ascii="Times New Roman" w:hAnsi="Times New Roman" w:eastAsia="Times New Roman" w:cs="Times New Roman"/>
          <w:sz w:val="24"/>
        </w:rPr>
        <w:t>[PHONE #]</w:t>
      </w:r>
      <w:r>
        <w:rPr>
          <w:rFonts w:ascii="Times New Roman" w:hAnsi="Times New Roman" w:eastAsia="Times New Roman" w:cs="Times New Roman"/>
          <w:sz w:val="24"/>
        </w:rPr>
        <w:t xml:space="preserve"> Supervisor’s E-mail Address: </w:t>
      </w:r>
      <w:r>
        <w:rPr>
          <w:rFonts w:ascii="Times New Roman" w:hAnsi="Times New Roman" w:eastAsia="Times New Roman" w:cs="Times New Roman"/>
          <w:sz w:val="24"/>
        </w:rPr>
        <w:t>[SUPERVISOR'S E-MAIL]</w:t>
      </w:r>
    </w:p>
    <w:p>
      <w:pPr/>
    </w:p>
    <w:p>
      <w:pPr/>
    </w:p>
    <w:p>
      <w:pPr/>
      <w:r>
        <w:rPr>
          <w:rFonts w:ascii="Times New Roman" w:hAnsi="Times New Roman" w:eastAsia="Times New Roman" w:cs="Times New Roman"/>
          <w:sz w:val="24"/>
        </w:rPr>
        <w:t xml:space="preserve">Will there be any minor dependents living with you?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p>
    <w:p>
      <w:pPr/>
      <w:r>
        <w:rPr>
          <w:rFonts w:ascii="Times New Roman" w:hAnsi="Times New Roman" w:eastAsia="Times New Roman" w:cs="Times New Roman"/>
          <w:sz w:val="24"/>
        </w:rPr>
        <w:t xml:space="preserve">Do you have any pets?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jc w:val="center"/>
      </w:pPr>
    </w:p>
    <w:p>
      <w:pPr/>
    </w:p>
    <w:p>
      <w:pP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Have you ever been evicted or a defendant in an eviction action?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EVICTION]</w:t>
      </w:r>
    </w:p>
    <w:p>
      <w:pPr/>
    </w:p>
    <w:p>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Have you ever filed, or are you in the process of filing bankruptcy?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BANKRUPTCY]</w:t>
      </w:r>
    </w:p>
    <w:p>
      <w:pPr>
        <w:jc w:val="center"/>
      </w:pPr>
    </w:p>
    <w:p>
      <w:pP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1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2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p>
    <w:p>
      <w:pPr/>
    </w:p>
    <w:p>
      <w:pPr/>
      <w:r>
        <w:rPr>
          <w:rFonts w:ascii="Times New Roman" w:hAnsi="Times New Roman" w:eastAsia="Times New Roman" w:cs="Times New Roman"/>
          <w:sz w:val="24"/>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
    <w:p>
      <w:pPr/>
      <w:r>
        <w:rPr>
          <w:rFonts w:ascii="Times New Roman" w:hAnsi="Times New Roman" w:eastAsia="Times New Roman" w:cs="Times New Roman"/>
          <w:sz w:val="24"/>
        </w:rPr>
        <w:t>Important information about your rights under the Fair Credit Reporting Act:</w:t>
      </w:r>
    </w:p>
    <w:p>
      <w:pPr/>
    </w:p>
    <w:p>
      <w:pPr/>
      <w:r>
        <w:rPr>
          <w:rFonts w:ascii="Times New Roman" w:hAnsi="Times New Roman" w:eastAsia="Times New Roman" w:cs="Times New Roman"/>
          <w:sz w:val="24"/>
        </w:rPr>
        <w:t>You have a right to request disclosure of the nature and scope of the investigation.</w:t>
      </w:r>
    </w:p>
    <w:p>
      <w:pPr/>
      <w:r>
        <w:rPr>
          <w:rFonts w:ascii="Times New Roman" w:hAnsi="Times New Roman" w:eastAsia="Times New Roman" w:cs="Times New Roman"/>
          <w:sz w:val="24"/>
        </w:rPr>
        <w:t>You must be told if information in your file has been used against you.</w:t>
      </w:r>
    </w:p>
    <w:p>
      <w:pPr/>
      <w:r>
        <w:rPr>
          <w:rFonts w:ascii="Times New Roman" w:hAnsi="Times New Roman" w:eastAsia="Times New Roman" w:cs="Times New Roman"/>
          <w:sz w:val="24"/>
        </w:rPr>
        <w:t>You have a right to know what is in your file, and this disclosure may be free.</w:t>
      </w:r>
    </w:p>
    <w:p>
      <w:pPr/>
      <w:r>
        <w:rPr>
          <w:rFonts w:ascii="Times New Roman" w:hAnsi="Times New Roman" w:eastAsia="Times New Roman" w:cs="Times New Roman"/>
          <w:sz w:val="24"/>
        </w:rPr>
        <w:t>You have the right to ask for a credit score (there may be a fee for this service).</w:t>
      </w:r>
    </w:p>
    <w:p>
      <w:pPr/>
      <w:r>
        <w:rPr>
          <w:rFonts w:ascii="Times New Roman" w:hAnsi="Times New Roman" w:eastAsia="Times New Roman" w:cs="Times New Roman"/>
          <w:sz w:val="24"/>
        </w:rPr>
        <w:t>You have the right to dispute incomplete or inaccurate information. Consumer reporting agencies must correct inaccurate, incomplete, or unverifiable information.</w:t>
      </w:r>
    </w:p>
    <w:p>
      <w:pPr/>
    </w:p>
    <w:p>
      <w:pPr/>
      <w:r>
        <w:rPr>
          <w:rFonts w:ascii="Times New Roman" w:hAnsi="Times New Roman" w:eastAsia="Times New Roman" w:cs="Times New Roman"/>
          <w:sz w:val="24"/>
        </w:rPr>
        <w:t>Consumer Response Center, Room 130-A, Federal Trade Commission, 600 Pennsylvania Avenue N.W., Washington D.C. 20580.</w:t>
      </w:r>
    </w:p>
    <w:p>
      <w:pPr/>
    </w:p>
    <w:p>
      <w:pPr/>
      <w:r>
        <w:rPr>
          <w:rFonts w:ascii="Times New Roman" w:hAnsi="Times New Roman" w:eastAsia="Times New Roman" w:cs="Times New Roman"/>
          <w:sz w:val="24"/>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
    <w:p>
      <w:pPr/>
      <w:r>
        <w:rPr>
          <w:rFonts w:ascii="Times New Roman" w:hAnsi="Times New Roman" w:eastAsia="Times New Roman" w:cs="Times New Roman"/>
          <w:b/>
          <w:sz w:val="24"/>
        </w:rPr>
        <w:t>Applicant’s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[SIGNING 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