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[type of entity, if applicable], and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[type of entity,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in favor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of borrower(s)]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($[dollar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Borrower and/or are direct or indirect affiliates of Borrower, and the Loan will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benefit to Guarantors;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[Article/Paragraph [article or paragraph number]] of the Loan Agreement;</w:t>
      </w:r>
    </w:p>
    <w:p>
      <w:pPr>
        <w:keepNext w:val="0"/>
        <w:spacing w:before="200" w:after="0" w:line="260" w:lineRule="exact"/>
        <w:ind w:left="1440" w:right="0" w:firstLine="0"/>
        <w:jc w:val="both"/>
      </w:pPr>
      <w:r>
        <w:rPr>
          <w:rFonts w:ascii="Times New Roman" w:hAnsi="Times New Roman" w:eastAsia="Times New Roman" w:cs="Times New Roman"/>
          <w:b w:val="0"/>
          <w:sz w:val="24"/>
        </w:rPr>
        <w:t>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reasonable] attorneys' fees and expenses, in connection with the enforcement of this Guaranty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compulsory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[name of agreement or related documents]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[names of loan documents, (e.g., Guaranty, the Note, the Loan Agreement, the Environmental Indemnity Agreement)] or any other Loan Document;</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"Bankruptcy Code")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(xix)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800" w:right="0" w:firstLine="0"/>
        <w:jc w:val="left"/>
      </w:pPr>
      <w:r>
        <w:rPr>
          <w:rFonts w:ascii="Times New Roman" w:hAnsi="Times New Roman" w:eastAsia="Times New Roman" w:cs="Times New Roman"/>
          <w:b w:val="0"/>
          <w:sz w:val="24"/>
        </w:rPr>
        <w:t>(xxi)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costs, and expenses paid or incurred by Lender in connection with any such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for any reason whatsoever, Borrower is now or hereafter becomes indebted to Guarantors (or any Guarantor):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provided, however, that so long as no Default shall have occurred and is continuing, Guarantors (or such Guarantor) shall not be prohibited from receiving such (i) reasonable management fees or reasonable salary from Borrower as Lender may approve from time to time in its reasonable discretion, and (ii) distributions from Borrower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income taxes imposed on Guarantor that are attributable to Borrower's income from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deliver, within [days in words] ([days in numbers]) days after such request by Lender,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(b)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without impairing Guarantors' rights or increasing Guarantors'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"Guarantor" shall mean all of such Persons and each of them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validity, enforcement, and interpretation of this Guaranty, shall for all purposes be governed by and construed in accordance with the laws of the State of New Jersey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FIRST OPTIONAL LENDER CLAUSE:</w:t>
      </w:r>
      <w:r>
        <w:rPr>
          <w:rFonts w:ascii="Times New Roman" w:hAnsi="Times New Roman" w:eastAsia="Times New Roman" w:cs="Times New Roman"/>
          <w:b w:val="0"/>
          <w:sz w:val="24"/>
        </w:rPr>
        <w:t xml:space="preserve">,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SECOND OPTIONAL LENDER CLAUSE:</w:t>
      </w:r>
      <w:r>
        <w:rPr>
          <w:rFonts w:ascii="Times New Roman" w:hAnsi="Times New Roman" w:eastAsia="Times New Roman" w:cs="Times New Roman"/>
          <w:b w:val="0"/>
          <w:sz w:val="24"/>
        </w:rPr>
        <w:t xml:space="preserve"> and (k); and each Guarantor has not and will not, without the prior written consent of Lender, sell, lease, assign, encumber, hypothecate, transfer, or otherwise dispose of [percentage amount in words] percent ([percentage amount in numbers]%) or more of Guarantor's assets, or any interest therein]. Each Guarantor further represents, warrants and covenants that if any Swap Contract shall at any time be in effect: (i) such Guarantor has received and examined copies of each such Swap Contract, the observance and performance of which by Borrower is hereby guaranteed; (ii)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(iii)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provided such request, if exercised, shall occur no more than once in any twelve (12) month period, unless Borrower shall have defaulted under the Loan and such default is continuing].</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Guarantors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Guarantors hereby waive all of such rights.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Time shall be of the essence in this Guaranty with respect to all of Guarantors' obligations under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Guarantor hereby irrevocably submits generally and unconditionally for itself and with respect to its Property to the jurisdiction of any state court or any United States federal court sitting in the State of New Jersey,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of New Jersey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EACH WAIVE TRIAL BY JURY WITH RESPECT TO ANY SUCH "DISPUTE" AND ANY ACTION ON SUCH "DISPUTE” TO THE FULLEST EXTENT PERMITTED BY LAW. THIS WAIVER IS KNOWINGLY, WILLINGLY, AND VOLUNTARILY MADE BY EACH GUARANTOR AND LENDER,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shall terminate upon the full repayment of all sums due under the Loan Agreement, the Note,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amount payable by Guarantors hereunder that is not paid by Guarantors within five (5) Business Days after demand by Lender shall bear interest from the date of such demand at the Past Due Rate (as defined in the Note).</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center"/>
      </w:pPr>
      <w:r>
        <w:rPr>
          <w:rFonts w:ascii="Times New Roman" w:hAnsi="Times New Roman" w:eastAsia="Times New Roman" w:cs="Times New Roman"/>
          <w:b/>
          <w:sz w:val="24"/>
        </w:rPr>
        <w:t>Guarantors acknowledge that they have read and understood all the provisions of this Guaranty, including the waiver of jury trial, and have been advised by counsel as necessary or appropriate.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[addresses for lender, each guarantor, and their respective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