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NOMINATION OF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[I/We] [name of parent(s)] hereby nominate [name, home address, and telephone number of guardian] as Guardian of the person and estate of [my/our] child(ren), [name(s) of child(ren)].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Guardian to [my/our] [child/children], [I/we] hereby nominate [name of alternate guardian], residing at [address of alternate guardian], as alternate Guardian of [my/our]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Guardian's authority shall take effect upon the first to occur of the following (1) adjudication of my incapacity, (2) written determination by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physician who has examined me that I am no longer able to care for my children, or (3) my death.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the Guardian's authority shall take effect if [I / both of us] [am/are] [additional events upon which authority becomes effective (e.g., missing in action, captured,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prisoner of war, or otherwise unable to care for my child due to absence)].]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[I/We] sign this instrument on this [day] day of [month], [year], and in the presence of two witnesses, declare this document to be my Nomination of Guardianship.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 (signature of first parent)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first parent]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Optional Consent Section: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[name of parent other than the nominating parent], whose address is [address], am the parent of the above-named minor(s). I understand that by this form,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individual is being appointed to serve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Guardian of my child(ren). I understand that this Guardian will have all the rights, duties, and responsibilities under California law. I further understand that I may object to this designation. Knowing this, I consent to the nomination of [name of appointed guardian].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[day] day of [month], [year].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 (signature of consenting parent)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consenting parent]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