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Guardian Designation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DESIGNATION OF GUARDIAN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(i) both I and my minor [child's/children's] [mother/father] become incapacitated within the meaning of N.M. Stat. Ann. § 45-5-202(B); or (ii) my minor [child's/children's] [father/mother] is deceased and I become incapacitated within the meaning of N.M. Stat. Ann. § 45-5-202(B); or (iii) both I and by minor [child's/children's] [mother/father] are deceased, then I designate [name of guardian], residing at [address of guardian] as the guardian of [name(s) of minor(s)], my [child/children]. [</w:t>
      </w:r>
      <w:r>
        <w:rPr>
          <w:rFonts w:ascii="Times New Roman" w:hAnsi="Times New Roman" w:eastAsia="Times New Roman" w:cs="Times New Roman"/>
          <w:b/>
          <w:sz w:val="24"/>
        </w:rPr>
        <w:t>OPTIONAL (if Military Instrument):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Additionally, the guardian's authority shall take effect if I am [additional events upon which authority becomes effective (e.g., missing in action, captured,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prisoner of war, or otherwise unable to care for my child due to absence)].]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the person designated above is unable or unwilling to act as guardian to my [child/children], I hereby appoint [name of alternate guardian], residing at [address of alternate guardian], as alternate designated guardian of my [child/children].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of my death, it is my intent that the person named in the designation to be guardian for my minor [child/children shall be appointed as guardian of my minor [child/children] when I die.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designation is made after careful reflection, while I am of sound mind.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designator]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1]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witness 2]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