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Guardianship Appointment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PARENTAL GUARDIANSHIP APPOINTMENT</w:t>
      </w:r>
    </w:p>
    <w:p>
      <w:pPr>
        <w:keepNext w:val="0"/>
        <w:spacing w:before="120" w:after="0" w:line="260" w:lineRule="exact"/>
        <w:ind w:left="720" w:right="0" w:firstLine="0"/>
        <w:jc w:val="left"/>
      </w:pPr>
      <w:r>
        <w:rPr>
          <w:rFonts w:ascii="Times New Roman" w:hAnsi="Times New Roman" w:eastAsia="Times New Roman" w:cs="Times New Roman"/>
          <w:b w:val="0"/>
          <w:sz w:val="24"/>
        </w:rPr>
        <w:t>PART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IDENTIFICATION OF APPOINTING INDIVIDUAL AND MINORS.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[appointing parent name], of [city name], Massachusetts, hereby intend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Guardianship Appointment according to Massachusetts Uniform Probate Code, G.L. ch. 190B, Section 5-202, for my minor child(ren):</w:t>
      </w:r>
    </w:p>
    <w:p>
      <w:pPr>
        <w:keepNext w:val="0"/>
        <w:spacing w:before="120" w:after="0" w:line="260" w:lineRule="exact"/>
        <w:ind w:left="720" w:right="0" w:firstLine="0"/>
        <w:jc w:val="left"/>
      </w:pPr>
      <w:r>
        <w:rPr>
          <w:rFonts w:ascii="Times New Roman" w:hAnsi="Times New Roman" w:eastAsia="Times New Roman" w:cs="Times New Roman"/>
          <w:b w:val="0"/>
          <w:sz w:val="24"/>
        </w:rPr>
        <w:t>PART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GUARDIAN.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appoint the following individual to serve as Guardian:</w:t>
      </w:r>
    </w:p>
    <w:p>
      <w:pPr>
        <w:keepNext w:val="0"/>
        <w:spacing w:before="200" w:after="0" w:line="260" w:lineRule="exact"/>
        <w:ind w:left="1440" w:right="0" w:firstLine="0"/>
        <w:jc w:val="both"/>
      </w:pPr>
      <w:r>
        <w:rPr>
          <w:rFonts w:ascii="Times New Roman" w:hAnsi="Times New Roman" w:eastAsia="Times New Roman" w:cs="Times New Roman"/>
          <w:b w:val="0"/>
          <w:sz w:val="24"/>
        </w:rPr>
        <w:t>Name: [name of guardian]</w:t>
      </w:r>
    </w:p>
    <w:p>
      <w:pPr>
        <w:keepNext w:val="0"/>
        <w:spacing w:before="200" w:after="0" w:line="260" w:lineRule="exact"/>
        <w:ind w:left="1440" w:right="0" w:firstLine="0"/>
        <w:jc w:val="both"/>
      </w:pPr>
      <w:r>
        <w:rPr>
          <w:rFonts w:ascii="Times New Roman" w:hAnsi="Times New Roman" w:eastAsia="Times New Roman" w:cs="Times New Roman"/>
          <w:b w:val="0"/>
          <w:sz w:val="24"/>
        </w:rPr>
        <w:t>Address: [address of guardian]</w:t>
      </w:r>
    </w:p>
    <w:p>
      <w:pPr>
        <w:keepNext w:val="0"/>
        <w:spacing w:before="200" w:after="0" w:line="260" w:lineRule="exact"/>
        <w:ind w:left="1440" w:right="0" w:firstLine="0"/>
        <w:jc w:val="both"/>
      </w:pPr>
      <w:r>
        <w:rPr>
          <w:rFonts w:ascii="Times New Roman" w:hAnsi="Times New Roman" w:eastAsia="Times New Roman" w:cs="Times New Roman"/>
          <w:b w:val="0"/>
          <w:sz w:val="24"/>
        </w:rPr>
        <w:t>Telephone: [phone number of guardian]</w:t>
      </w:r>
    </w:p>
    <w:p>
      <w:pPr>
        <w:keepNext w:val="0"/>
        <w:spacing w:before="200" w:after="0" w:line="260" w:lineRule="exact"/>
        <w:ind w:left="1440" w:right="0" w:firstLine="0"/>
        <w:jc w:val="both"/>
      </w:pPr>
      <w:r>
        <w:rPr>
          <w:rFonts w:ascii="Times New Roman" w:hAnsi="Times New Roman" w:eastAsia="Times New Roman" w:cs="Times New Roman"/>
          <w:b w:val="0"/>
          <w:sz w:val="24"/>
        </w:rPr>
        <w:t>Email: [email address of guardian]</w:t>
      </w:r>
    </w:p>
    <w:p>
      <w:pPr>
        <w:keepNext w:val="0"/>
        <w:spacing w:before="200" w:after="0" w:line="260" w:lineRule="exact"/>
        <w:ind w:left="1080" w:right="0" w:firstLine="0"/>
        <w:jc w:val="both"/>
      </w:pPr>
      <w:r>
        <w:rPr>
          <w:rFonts w:ascii="Times New Roman" w:hAnsi="Times New Roman" w:eastAsia="Times New Roman" w:cs="Times New Roman"/>
          <w:b w:val="0"/>
          <w:sz w:val="24"/>
        </w:rPr>
        <w:t>I hereby appoint the following individual to serve as Guardian in the event that [name of guardian] is not available, willing, or competent to serve, or is unable to serve for any reason:</w:t>
      </w:r>
    </w:p>
    <w:p>
      <w:pPr>
        <w:keepNext w:val="0"/>
        <w:spacing w:before="200" w:after="0" w:line="260" w:lineRule="exact"/>
        <w:ind w:left="1440" w:right="0" w:firstLine="0"/>
        <w:jc w:val="both"/>
      </w:pPr>
      <w:r>
        <w:rPr>
          <w:rFonts w:ascii="Times New Roman" w:hAnsi="Times New Roman" w:eastAsia="Times New Roman" w:cs="Times New Roman"/>
          <w:b w:val="0"/>
          <w:sz w:val="24"/>
        </w:rPr>
        <w:t>Name: [name of successor guardian]</w:t>
      </w:r>
    </w:p>
    <w:p>
      <w:pPr>
        <w:keepNext w:val="0"/>
        <w:spacing w:before="200" w:after="0" w:line="260" w:lineRule="exact"/>
        <w:ind w:left="1440" w:right="0" w:firstLine="0"/>
        <w:jc w:val="both"/>
      </w:pPr>
      <w:r>
        <w:rPr>
          <w:rFonts w:ascii="Times New Roman" w:hAnsi="Times New Roman" w:eastAsia="Times New Roman" w:cs="Times New Roman"/>
          <w:b w:val="0"/>
          <w:sz w:val="24"/>
        </w:rPr>
        <w:t>Address: [address of successor guardian]</w:t>
      </w:r>
    </w:p>
    <w:p>
      <w:pPr>
        <w:keepNext w:val="0"/>
        <w:spacing w:before="200" w:after="0" w:line="260" w:lineRule="exact"/>
        <w:ind w:left="1440" w:right="0" w:firstLine="0"/>
        <w:jc w:val="both"/>
      </w:pPr>
      <w:r>
        <w:rPr>
          <w:rFonts w:ascii="Times New Roman" w:hAnsi="Times New Roman" w:eastAsia="Times New Roman" w:cs="Times New Roman"/>
          <w:b w:val="0"/>
          <w:sz w:val="24"/>
        </w:rPr>
        <w:t>Telephone: [phone number of successor guardian]</w:t>
      </w:r>
    </w:p>
    <w:p>
      <w:pPr>
        <w:keepNext w:val="0"/>
        <w:spacing w:before="200" w:after="0" w:line="260" w:lineRule="exact"/>
        <w:ind w:left="1440" w:right="0" w:firstLine="0"/>
        <w:jc w:val="both"/>
      </w:pPr>
      <w:r>
        <w:rPr>
          <w:rFonts w:ascii="Times New Roman" w:hAnsi="Times New Roman" w:eastAsia="Times New Roman" w:cs="Times New Roman"/>
          <w:b w:val="0"/>
          <w:sz w:val="24"/>
        </w:rPr>
        <w:t>Email: [email address of successor guardian]</w:t>
      </w:r>
    </w:p>
    <w:p>
      <w:pPr>
        <w:keepNext w:val="0"/>
        <w:spacing w:before="120" w:after="0" w:line="260" w:lineRule="exact"/>
        <w:ind w:left="720" w:right="0" w:firstLine="0"/>
        <w:jc w:val="left"/>
      </w:pPr>
      <w:r>
        <w:rPr>
          <w:rFonts w:ascii="Times New Roman" w:hAnsi="Times New Roman" w:eastAsia="Times New Roman" w:cs="Times New Roman"/>
          <w:b w:val="0"/>
          <w:sz w:val="24"/>
        </w:rPr>
        <w:t>PART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APPOINTMENT.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making this Guardianship Appointment, I give the Guardian the authority to make any and all decisions with regard to the welfare of my above-named minor child(ren).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Guardianship Appointment shall be effective upon the first to occur of (1) adjudication of my incapacity, (2) written determination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physician who has examined me that I am no longer able to care for my children, or (3) my death.</w:t>
      </w:r>
    </w:p>
    <w:p>
      <w:pPr>
        <w:keepNext w:val="0"/>
        <w:spacing w:before="120" w:after="0" w:line="260" w:lineRule="exact"/>
        <w:ind w:left="720" w:right="0" w:firstLine="0"/>
        <w:jc w:val="left"/>
      </w:pPr>
      <w:r>
        <w:rPr>
          <w:rFonts w:ascii="Times New Roman" w:hAnsi="Times New Roman" w:eastAsia="Times New Roman" w:cs="Times New Roman"/>
          <w:b w:val="0"/>
          <w:sz w:val="24"/>
        </w:rPr>
        <w:t>PART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 OF APPOINTMENT.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understand that the Guardian's authority will cease thirty (30) days after commencing unless by such date he or she formally accepts the appointment by filing with the court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acceptance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instrument and petitions the court for confirmation of the appointment.</w:t>
      </w:r>
    </w:p>
    <w:p>
      <w:pPr>
        <w:keepNext w:val="0"/>
        <w:spacing w:before="200" w:after="0" w:line="260" w:lineRule="exact"/>
        <w:ind w:left="1080" w:right="0" w:firstLine="0"/>
        <w:jc w:val="both"/>
      </w:pPr>
      <w:r>
        <w:rPr>
          <w:rFonts w:ascii="Times New Roman" w:hAnsi="Times New Roman" w:eastAsia="Times New Roman" w:cs="Times New Roman"/>
          <w:b w:val="0"/>
          <w:sz w:val="24"/>
        </w:rPr>
        <w:t>It is my intention to retain full parental rights to the extent consistent with my condition and to retain the authority to revoke the Guardianship if I so choose. The authority of the Guardian shall terminate upon the first to occur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revocation of this Appointment;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by the Court;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filing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objection pursuant to Massachusetts Uniform Probate Code, G.L. ch.190B, Section 203.</w:t>
      </w:r>
    </w:p>
    <w:p>
      <w:pPr>
        <w:keepNext w:val="0"/>
        <w:spacing w:before="120" w:after="0" w:line="260" w:lineRule="exact"/>
        <w:ind w:left="720" w:right="0" w:firstLine="0"/>
        <w:jc w:val="left"/>
      </w:pPr>
      <w:r>
        <w:rPr>
          <w:rFonts w:ascii="Times New Roman" w:hAnsi="Times New Roman" w:eastAsia="Times New Roman" w:cs="Times New Roman"/>
          <w:b w:val="0"/>
          <w:sz w:val="24"/>
        </w:rPr>
        <w:t>PART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sign this Guardianship Appointment on this [day] day of [month], [year], and in the presence of two witnesses, declare this document to be my Guardianship Appointment.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appointing parent)</w:t>
      </w:r>
    </w:p>
    <w:p>
      <w:pPr>
        <w:keepNext w:val="0"/>
        <w:spacing w:before="120" w:after="0" w:line="260" w:lineRule="exact"/>
        <w:ind w:left="1080" w:right="0" w:firstLine="0"/>
        <w:jc w:val="left"/>
      </w:pPr>
      <w:r>
        <w:rPr>
          <w:rFonts w:ascii="Times New Roman" w:hAnsi="Times New Roman" w:eastAsia="Times New Roman" w:cs="Times New Roman"/>
          <w:b w:val="0"/>
          <w:sz w:val="24"/>
        </w:rPr>
        <w:t>[name of appointing parent]</w:t>
      </w:r>
    </w:p>
    <w:p>
      <w:pPr>
        <w:keepNext w:val="0"/>
        <w:spacing w:before="120" w:after="0" w:line="260" w:lineRule="exact"/>
        <w:ind w:left="1080" w:right="0" w:firstLine="0"/>
        <w:jc w:val="left"/>
      </w:pPr>
      <w:r>
        <w:rPr>
          <w:rFonts w:ascii="Times New Roman" w:hAnsi="Times New Roman" w:eastAsia="Times New Roman" w:cs="Times New Roman"/>
          <w:b/>
          <w:sz w:val="24"/>
        </w:rPr>
        <w:t>WITNESSES</w:t>
      </w:r>
    </w:p>
    <w:p>
      <w:pPr>
        <w:keepNext w:val="0"/>
        <w:spacing w:before="200" w:after="0" w:line="260" w:lineRule="exact"/>
        <w:ind w:left="1440" w:right="0" w:firstLine="0"/>
        <w:jc w:val="both"/>
      </w:pPr>
      <w:r>
        <w:rPr>
          <w:rFonts w:ascii="Times New Roman" w:hAnsi="Times New Roman" w:eastAsia="Times New Roman" w:cs="Times New Roman"/>
          <w:b w:val="0"/>
          <w:sz w:val="24"/>
        </w:rPr>
        <w:t>We, the undersigned, have witnessed the execution of this Guardianship Appointment by [parent name] or at [his/her] direction, and state that [he/she] appears to be at least eighteen (18) years of age, of sound mind and under no constraint or undue influence. We have not been named as Guardian or Successor Guardian in this document.</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Witness: [first witness name]</w:t>
      </w:r>
    </w:p>
    <w:p>
      <w:pPr>
        <w:keepNext w:val="0"/>
        <w:spacing w:before="120" w:after="0" w:line="260" w:lineRule="exact"/>
        <w:ind w:left="1440" w:right="0" w:firstLine="0"/>
        <w:jc w:val="left"/>
      </w:pPr>
      <w:r>
        <w:rPr>
          <w:rFonts w:ascii="Times New Roman" w:hAnsi="Times New Roman" w:eastAsia="Times New Roman" w:cs="Times New Roman"/>
          <w:b w:val="0"/>
          <w:sz w:val="24"/>
        </w:rPr>
        <w:t>Address: [first witness address]</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Witness: [second witness name]</w:t>
      </w:r>
    </w:p>
    <w:p>
      <w:pPr>
        <w:keepNext w:val="0"/>
        <w:spacing w:before="120" w:after="0" w:line="260" w:lineRule="exact"/>
        <w:ind w:left="1440" w:right="0" w:firstLine="0"/>
        <w:jc w:val="left"/>
      </w:pPr>
      <w:r>
        <w:rPr>
          <w:rFonts w:ascii="Times New Roman" w:hAnsi="Times New Roman" w:eastAsia="Times New Roman" w:cs="Times New Roman"/>
          <w:b w:val="0"/>
          <w:sz w:val="24"/>
        </w:rPr>
        <w:t>Address: [second witness 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