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HIPAA Authorization for PHI Use or Disclosure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[name of employer] [name of group health plan] (the “Plan”)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HIPAA AUTHORIZATION FORM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Authorization for Use or Disclosure of Information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hereby authorize the use and/or disclosure of my “Protected Health Information” (as defined in the Health Insurance Portability and Accountability Act of 1996, as amended (“HIPAA”)) as described below. I understand that this authorization is voluntary. No individual has coerced me into signing this authorization, and I am providing this authorization under my own free will.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understand that once the authorized organization or person receives this information, then it may be subject to re-disclosure by the recipient and may no longer be protected by federal privacy laws. I understand that the party making the use and/or disclosure (indicated in item </w:t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>(c)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below) is not responsible for ensuring that any recipient of my Protected Health Information will further use and/or disclose the information for the purposes listed below.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Information to be used and/or disclosed and to whom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Period this authorization is valid: [time period].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 of individual whose Protected Health Information is the subject of this authorization: [name].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Individual’s date of birth: [date of birth].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 or other specific identification of person(s) or organization(s) authorized to </w:t>
      </w:r>
      <w:r>
        <w:rPr>
          <w:rFonts w:ascii="Times New Roman" w:hAnsi="Times New Roman" w:eastAsia="Times New Roman" w:cs="Times New Roman"/>
          <w:b/>
          <w:sz w:val="24"/>
        </w:rPr>
        <w:t>use and/or disclose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Protected Health Information: [person(s)/entity(ies)].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applicable, name or other specific identification of person(s) or organization(s) authorized to receive the Protected Health Information: [person(s)/entity(ies)].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Specific description of Protected Health Information to be used and/or disclosed: [PHI description].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(f)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Description of each purpose of the requested use and/or disclosure: [purpose(s) description].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Compensation.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Will the Plan receive financial or in-kind compensation or remuneration in exchange for using or disclosing the health information described above?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 Yes (if yes, provide details): [compensation description, if any]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Voluntary and Revocable Authorization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understand that this authorization is voluntary and I may refuse to sign it. I acknowledge that I have the right to revoke this authorization at any time by contacting the Plan’s HIPAA Privacy Official. I understand that my revocation must be in writing. I also understand that my revocation will be valid except to the extent that the person(s) or organization(s) authorized to make the requested use and/or disclosure have taken action in reliance on the authorization before it is revoked.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more information on how to revoke this authorization, contact the Plan’s HIPAA Privacy Official at [contact information].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Inability to Condition Treatment, Payment, Enrollment or Eligibility for Benefits on Execution of this Authorization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understand that the Plan may not condition treatment, payment, enrollment or eligibility for benefits on my executing this authorization.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Signature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 signing below, I acknowledge and affirm the statements in this authorization form and acknowledge that I have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signed form.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of [name of individual] or their representative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If signed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representative: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 name of representative: 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Relationship of representative (including basis of authority to act as personal representative): _________________________________________________________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