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HIPAA Authorization for Request for Accommodation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authorize [name of healthcare provider] to release my protected health information (PHI) as described below to [name of company representative] at [company] (the Company).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PHI subject to disclosure pursuant to this Authorization is the following: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Any information concerning my disability and the limitations caused by it.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purpose of this authorization is to provide the Company with sufficient information to enable it to evaluate my request for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accommodation under the Americans with Disabilities Act.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authorization will remain in effect unless revoked in writing by me to [name of Company representative] at [address]. Revocation will take effect upon receipt by [name of Company representative].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I do not revoke this authorization, it will expire upon termination of my employment at the Company.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