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HIPAA AUTHORIZATION FOR USE OR DISCLOSURE OF HEALTH INFORMATION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0" w:after="0"/>
      </w:pPr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THE PATIENT</w:t>
      </w:r>
      <w:r>
        <w:rPr>
          <w:rFonts w:ascii="Times New Roman" w:hAnsi="Times New Roman" w:eastAsia="Times New Roman" w:cs="Times New Roman"/>
          <w:sz w:val="24"/>
        </w:rPr>
        <w:t xml:space="preserve">. This form is for use when such authorization is required and complies with the Health Insurance Portability and Accountability Act of 1996 (HIPAA) Privacy Standards.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Patient’s Name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[PATIENT'S NAME]</w:t>
      </w:r>
    </w:p>
    <w:p>
      <w:pPr/>
      <w:r>
        <w:rPr>
          <w:rFonts w:ascii="Times New Roman" w:hAnsi="Times New Roman" w:eastAsia="Times New Roman" w:cs="Times New Roman"/>
          <w:sz w:val="24"/>
        </w:rPr>
        <w:t>Date of Birth</w:t>
      </w:r>
      <w:r>
        <w:rPr>
          <w:rFonts w:ascii="Times New Roman" w:hAnsi="Times New Roman" w:eastAsia="Times New Roman" w:cs="Times New Roman"/>
          <w:sz w:val="24"/>
        </w:rPr>
        <w:t xml:space="preserve">:  </w:t>
      </w:r>
      <w:r>
        <w:rPr>
          <w:rFonts w:ascii="Times New Roman" w:hAnsi="Times New Roman" w:eastAsia="Times New Roman" w:cs="Times New Roman"/>
          <w:sz w:val="24"/>
        </w:rPr>
        <w:t>[DATE OF BIRTH]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>Social Security Number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[SSN]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AUTHORIZATION</w:t>
      </w:r>
      <w:r>
        <w:rPr>
          <w:rFonts w:ascii="Times New Roman" w:hAnsi="Times New Roman" w:eastAsia="Times New Roman" w:cs="Times New Roman"/>
          <w:sz w:val="24"/>
        </w:rPr>
        <w:t>. I</w:t>
      </w:r>
      <w:r>
        <w:rPr>
          <w:rFonts w:ascii="Times New Roman" w:hAnsi="Times New Roman" w:eastAsia="Times New Roman" w:cs="Times New Roman"/>
          <w:sz w:val="24"/>
        </w:rPr>
        <w:t xml:space="preserve"> authorize </w:t>
      </w:r>
      <w:r>
        <w:rPr>
          <w:rFonts w:ascii="Times New Roman" w:hAnsi="Times New Roman" w:eastAsia="Times New Roman" w:cs="Times New Roman"/>
          <w:sz w:val="24"/>
        </w:rPr>
        <w:t>[AUTHORIZED PARTY'S NAME]</w:t>
      </w:r>
      <w:r>
        <w:rPr>
          <w:rFonts w:ascii="Times New Roman" w:hAnsi="Times New Roman" w:eastAsia="Times New Roman" w:cs="Times New Roman"/>
          <w:sz w:val="24"/>
        </w:rPr>
        <w:t xml:space="preserve"> (“Authorized Party”) to use or disclose the following: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All of my medical-related information.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My medical information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related to: </w:t>
      </w:r>
      <w:r>
        <w:rPr>
          <w:rFonts w:ascii="Times New Roman" w:hAnsi="Times New Roman" w:eastAsia="Times New Roman" w:cs="Times New Roman"/>
          <w:sz w:val="24"/>
        </w:rPr>
        <w:t>[ENTER MEDICAL CONDITION]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My medical-related information from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Hereinafter known as the “Medical Records.”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DISCLOSURE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The Authorized Party has my authorization to disclose Medical Records to: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Any party that is approved by the Authorized Party.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the following party: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Name: </w:t>
      </w:r>
      <w:r>
        <w:rPr>
          <w:rFonts w:ascii="Times New Roman" w:hAnsi="Times New Roman" w:eastAsia="Times New Roman" w:cs="Times New Roman"/>
          <w:sz w:val="24"/>
        </w:rPr>
        <w:t>[RECIPIENT'S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Phone: </w:t>
      </w:r>
      <w:r>
        <w:rPr>
          <w:rFonts w:ascii="Times New Roman" w:hAnsi="Times New Roman" w:eastAsia="Times New Roman" w:cs="Times New Roman"/>
          <w:sz w:val="24"/>
        </w:rPr>
        <w:t>[PHONE]</w:t>
      </w:r>
      <w:r>
        <w:rPr>
          <w:rFonts w:ascii="Times New Roman" w:hAnsi="Times New Roman" w:eastAsia="Times New Roman" w:cs="Times New Roman"/>
          <w:sz w:val="24"/>
        </w:rPr>
        <w:t xml:space="preserve"> Fax: </w:t>
      </w:r>
      <w:r>
        <w:rPr>
          <w:rFonts w:ascii="Times New Roman" w:hAnsi="Times New Roman" w:eastAsia="Times New Roman" w:cs="Times New Roman"/>
          <w:sz w:val="24"/>
        </w:rPr>
        <w:t>[FAX]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E-Mail: </w:t>
      </w:r>
      <w:r>
        <w:rPr>
          <w:rFonts w:ascii="Times New Roman" w:hAnsi="Times New Roman" w:eastAsia="Times New Roman" w:cs="Times New Roman"/>
          <w:sz w:val="24"/>
        </w:rPr>
        <w:t>[E-MAIL]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PURPOSE</w:t>
      </w:r>
      <w:r>
        <w:rPr>
          <w:rFonts w:ascii="Times New Roman" w:hAnsi="Times New Roman" w:eastAsia="Times New Roman" w:cs="Times New Roman"/>
          <w:sz w:val="24"/>
        </w:rPr>
        <w:t>. The reason for this authorization is: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General Purpose</w:t>
      </w:r>
      <w:r>
        <w:rPr>
          <w:rFonts w:ascii="Times New Roman" w:hAnsi="Times New Roman" w:eastAsia="Times New Roman" w:cs="Times New Roman"/>
          <w:sz w:val="24"/>
        </w:rPr>
        <w:t>. At my request (general).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To Receive Payment</w:t>
      </w:r>
      <w:r>
        <w:rPr>
          <w:rFonts w:ascii="Times New Roman" w:hAnsi="Times New Roman" w:eastAsia="Times New Roman" w:cs="Times New Roman"/>
          <w:sz w:val="24"/>
        </w:rPr>
        <w:t>. To allow the Authorized Party to communicate with me for marketing purposes when they receive payment from a third party.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To Sell Medical Records</w:t>
      </w:r>
      <w:r>
        <w:rPr>
          <w:rFonts w:ascii="Times New Roman" w:hAnsi="Times New Roman" w:eastAsia="Times New Roman" w:cs="Times New Roman"/>
          <w:sz w:val="24"/>
        </w:rPr>
        <w:t>. To allow the Authorized Party to sell my Medical Records. I understand that the Authorized Party will receive compensation for the disclosure of my Medical Records and will stop any future sales if I revoke this authorization.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TERMINATION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authorization will terminate: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Upon sending a written revocation to the Authorization Party.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On the following 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ACKNOWLEDGMENT OF RIGHTS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ind w:hanging="360"/>
      </w:pPr>
    </w:p>
    <w:p>
      <w:pPr/>
      <w:r>
        <w:rPr>
          <w:rFonts w:ascii="Times New Roman" w:hAnsi="Times New Roman" w:eastAsia="Times New Roman" w:cs="Times New Roman"/>
          <w:sz w:val="24"/>
        </w:rPr>
        <w:t>I understand that I have the right to revoke this authorization, in writing and at any time, except where uses or disclosures have already been made based upon my original permission. I might not be able to revoke this authorization if its purpose was to obtain insurance.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understand that uses and disclosures already made based upon my original permission cannot be taken back.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understand that it is possible that Medical Records and information used or disclosed with my permission may be re-disclosed by a recipient and no longer protected by the HIPAA Privacy Standards.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understand that treatment by any party may not be conditioned upon my signing of this authorization (unless treatment is sought only to create Medical Records for a third party or to take part in a research study) and that I may have the right to refuse to sign this authorization.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will receive a copy of this authorization after I have signed it. A copy of this authorization is as valid as the original.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of Patient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(IF THE PATIENT IS UNABLE TO SIGN, USE THE SIGNATURE AREA BELOW)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patient is unable to sign due to: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Being a Minor</w:t>
      </w:r>
      <w:r>
        <w:rPr>
          <w:rFonts w:ascii="Times New Roman" w:hAnsi="Times New Roman" w:eastAsia="Times New Roman" w:cs="Times New Roman"/>
          <w:sz w:val="24"/>
        </w:rPr>
        <w:t xml:space="preserve">. Patient is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years old and considered a minor under state law.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Being Incapacitated</w:t>
      </w:r>
      <w:r>
        <w:rPr>
          <w:rFonts w:ascii="Times New Roman" w:hAnsi="Times New Roman" w:eastAsia="Times New Roman" w:cs="Times New Roman"/>
          <w:sz w:val="24"/>
        </w:rPr>
        <w:t xml:space="preserve">. Patient is incapacitated due to: </w:t>
      </w:r>
      <w:r>
        <w:rPr>
          <w:rFonts w:ascii="Times New Roman" w:hAnsi="Times New Roman" w:eastAsia="Times New Roman" w:cs="Times New Roman"/>
          <w:sz w:val="24"/>
        </w:rPr>
        <w:t>[DESCRIBE CONDITION]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of Representative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Relationship to Patient: </w:t>
      </w:r>
      <w:r>
        <w:rPr>
          <w:rFonts w:ascii="Times New Roman" w:hAnsi="Times New Roman" w:eastAsia="Times New Roman" w:cs="Times New Roman"/>
          <w:sz w:val="24"/>
        </w:rPr>
        <w:t xml:space="preserve"> Parent </w:t>
      </w:r>
      <w:r>
        <w:rPr>
          <w:rFonts w:ascii="Times New Roman" w:hAnsi="Times New Roman" w:eastAsia="Times New Roman" w:cs="Times New Roman"/>
          <w:sz w:val="24"/>
        </w:rPr>
        <w:t xml:space="preserve"> Spouse </w:t>
      </w:r>
      <w:r>
        <w:rPr>
          <w:rFonts w:ascii="Times New Roman" w:hAnsi="Times New Roman" w:eastAsia="Times New Roman" w:cs="Times New Roman"/>
          <w:sz w:val="24"/>
        </w:rPr>
        <w:t xml:space="preserve"> Guardian </w:t>
      </w:r>
      <w:r>
        <w:rPr>
          <w:rFonts w:ascii="Times New Roman" w:hAnsi="Times New Roman" w:eastAsia="Times New Roman" w:cs="Times New Roman"/>
          <w:sz w:val="24"/>
        </w:rPr>
        <w:t xml:space="preserve">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ADDITIONAL CONSENT FOR CERTAIN CONDITIONS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SENSITIVE INFORMATION</w:t>
      </w:r>
      <w:r>
        <w:rPr>
          <w:rFonts w:ascii="Times New Roman" w:hAnsi="Times New Roman" w:eastAsia="Times New Roman" w:cs="Times New Roman"/>
          <w:sz w:val="24"/>
        </w:rPr>
        <w:t xml:space="preserve">. This medical record may contain information about </w:t>
      </w:r>
      <w:r>
        <w:rPr>
          <w:rFonts w:ascii="Times New Roman" w:hAnsi="Times New Roman" w:eastAsia="Times New Roman" w:cs="Times New Roman"/>
          <w:sz w:val="24"/>
        </w:rPr>
        <w:t>physical or sexual abuse, alcoholism, drug abuse, sexually transmitted diseases, abortion, or mental health treatment. Separate consent must be given before this information can be released.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I consent</w:t>
      </w:r>
      <w:r>
        <w:rPr>
          <w:rFonts w:ascii="Times New Roman" w:hAnsi="Times New Roman" w:eastAsia="Times New Roman" w:cs="Times New Roman"/>
          <w:sz w:val="24"/>
        </w:rPr>
        <w:t xml:space="preserve"> to have the above information released.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 xml:space="preserve">I </w:t>
      </w:r>
      <w:r>
        <w:rPr>
          <w:rFonts w:ascii="Times New Roman" w:hAnsi="Times New Roman" w:eastAsia="Times New Roman" w:cs="Times New Roman"/>
          <w:b/>
          <w:sz w:val="24"/>
        </w:rPr>
        <w:t>do not</w:t>
      </w:r>
      <w:r>
        <w:rPr>
          <w:rFonts w:ascii="Times New Roman" w:hAnsi="Times New Roman" w:eastAsia="Times New Roman" w:cs="Times New Roman"/>
          <w:b/>
          <w:sz w:val="24"/>
        </w:rPr>
        <w:t xml:space="preserve"> consent</w:t>
      </w:r>
      <w:r>
        <w:rPr>
          <w:rFonts w:ascii="Times New Roman" w:hAnsi="Times New Roman" w:eastAsia="Times New Roman" w:cs="Times New Roman"/>
          <w:sz w:val="24"/>
        </w:rPr>
        <w:t xml:space="preserve"> to have the above information released. 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of Patient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HIV/AIDS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This medical record may contain information concerning HIV testing and/or AIDS diagnosis or treatment. Separate consent must be given to have this information released.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I consent</w:t>
      </w:r>
      <w:r>
        <w:rPr>
          <w:rFonts w:ascii="Times New Roman" w:hAnsi="Times New Roman" w:eastAsia="Times New Roman" w:cs="Times New Roman"/>
          <w:sz w:val="24"/>
        </w:rPr>
        <w:t xml:space="preserve"> to have the above information released.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 xml:space="preserve">I </w:t>
      </w:r>
      <w:r>
        <w:rPr>
          <w:rFonts w:ascii="Times New Roman" w:hAnsi="Times New Roman" w:eastAsia="Times New Roman" w:cs="Times New Roman"/>
          <w:b/>
          <w:sz w:val="24"/>
        </w:rPr>
        <w:t>do not</w:t>
      </w:r>
      <w:r>
        <w:rPr>
          <w:rFonts w:ascii="Times New Roman" w:hAnsi="Times New Roman" w:eastAsia="Times New Roman" w:cs="Times New Roman"/>
          <w:b/>
          <w:sz w:val="24"/>
        </w:rPr>
        <w:t xml:space="preserve"> consent</w:t>
      </w:r>
      <w:r>
        <w:rPr>
          <w:rFonts w:ascii="Times New Roman" w:hAnsi="Times New Roman" w:eastAsia="Times New Roman" w:cs="Times New Roman"/>
          <w:sz w:val="24"/>
        </w:rPr>
        <w:t xml:space="preserve"> to have the above information released. 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of Patient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