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78" w:after="0"/>
      </w:pPr>
      <w:r>
        <w:rPr>
          <w:rFonts w:ascii="Times New Roman" w:hAnsi="Times New Roman" w:eastAsia="Times New Roman" w:cs="Times New Roman"/>
          <w:b/>
          <w:sz w:val="24"/>
        </w:rPr>
        <w:t>HIPAA EMPLOYEE CONFIDENTIALITY AGREEMENT</w:t>
      </w:r>
    </w:p>
    <w:p>
      <w:pPr>
        <w:spacing w:before="8" w:after="0"/>
      </w:pPr>
    </w:p>
    <w:p>
      <w:pPr/>
      <w:r>
        <w:rPr>
          <w:rFonts w:ascii="Times New Roman" w:hAnsi="Times New Roman" w:eastAsia="Times New Roman" w:cs="Times New Roman"/>
          <w:sz w:val="24"/>
        </w:rPr>
        <w:t>THIS AGREEMENT entered into</w:t>
      </w:r>
      <w:r>
        <w:rPr>
          <w:rFonts w:ascii="Times New Roman" w:hAnsi="Times New Roman" w:eastAsia="Times New Roman" w:cs="Times New Roman"/>
          <w:sz w:val="24"/>
        </w:rPr>
        <w:t xml:space="preserve"> </w:t>
      </w:r>
      <w:r>
        <w:rPr>
          <w:rFonts w:ascii="Times New Roman" w:hAnsi="Times New Roman" w:eastAsia="Times New Roman" w:cs="Times New Roman"/>
          <w:sz w:val="24"/>
        </w:rPr>
        <w:t>this</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by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between </w:t>
      </w:r>
      <w:r>
        <w:rPr>
          <w:rFonts w:ascii="Times New Roman" w:hAnsi="Times New Roman" w:eastAsia="Times New Roman" w:cs="Times New Roman"/>
          <w:sz w:val="24"/>
        </w:rPr>
        <w:t>[HEALTHCARE FACILITY]</w:t>
      </w:r>
      <w:r>
        <w:rPr>
          <w:rFonts w:ascii="Times New Roman" w:hAnsi="Times New Roman" w:eastAsia="Times New Roman" w:cs="Times New Roman"/>
          <w:sz w:val="24"/>
        </w:rPr>
        <w:t>, known as the “Healthcare Facility”,</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[EMPLOYEE'S NAME]</w:t>
      </w:r>
      <w:r>
        <w:rPr>
          <w:rFonts w:ascii="Times New Roman" w:hAnsi="Times New Roman" w:eastAsia="Times New Roman" w:cs="Times New Roman"/>
          <w:sz w:val="24"/>
        </w:rPr>
        <w:t>, known as the “Employee”, and known collectively as the “Parties”, set forth the terms and conditions under which information created or received by or on behalf of this Healthcare Facility (known collectively as protected health information or “PHI”) may be used or disclosed under State law and the Health Insurance Portability and Accountability Act of 1996 and updated through</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HIPAA Omnibus Rule of 2013 and will also uphold regulations enacted </w:t>
      </w:r>
      <w:r>
        <w:rPr>
          <w:rFonts w:ascii="Times New Roman" w:hAnsi="Times New Roman" w:eastAsia="Times New Roman" w:cs="Times New Roman"/>
          <w:sz w:val="24"/>
        </w:rPr>
        <w:t>there</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p>
    <w:p>
      <w:pPr>
        <w:spacing w:before="4" w:after="0"/>
      </w:pPr>
      <w:r>
        <w:rPr>
          <w:rFonts w:ascii="Times New Roman" w:hAnsi="Times New Roman" w:eastAsia="Times New Roman" w:cs="Times New Roman"/>
          <w:sz w:val="24"/>
        </w:rPr>
        <w:t>(hereafter “HIPAA”).</w:t>
      </w:r>
    </w:p>
    <w:p>
      <w:pPr>
        <w:spacing w:before="1" w:after="0"/>
      </w:pPr>
    </w:p>
    <w:p>
      <w:pPr>
        <w:spacing w:line="235" w:lineRule="auto"/>
      </w:pPr>
      <w:r>
        <w:rPr>
          <w:rFonts w:ascii="Times New Roman" w:hAnsi="Times New Roman" w:eastAsia="Times New Roman" w:cs="Times New Roman"/>
          <w:sz w:val="24"/>
        </w:rPr>
        <w:t>THEREFORE, in consideration of the premises and the covenants and agreements contained herein, the Parties hereto, intending to be legally bound hereby, covenant and agree as follows:</w:t>
      </w:r>
    </w:p>
    <w:p>
      <w:pPr>
        <w:spacing w:before="4" w:after="0"/>
      </w:pPr>
    </w:p>
    <w:p>
      <w:pPr>
        <w:ind w:firstLine="0"/>
      </w:pPr>
      <w:r>
        <w:rPr>
          <w:rFonts w:ascii="Times New Roman" w:hAnsi="Times New Roman" w:eastAsia="Times New Roman" w:cs="Times New Roman"/>
          <w:b/>
          <w:sz w:val="24"/>
        </w:rPr>
        <w:t>Confidential Information</w:t>
      </w:r>
      <w:r>
        <w:rPr>
          <w:rFonts w:ascii="Times New Roman" w:hAnsi="Times New Roman" w:eastAsia="Times New Roman" w:cs="Times New Roman"/>
          <w:sz w:val="24"/>
        </w:rPr>
        <w:t>. The Parties acknowledge that meaningful employment may or will necessitate disclosure of Confidential Information by this Healthcare Facility to the Employee and use of Confidential Information by the Employee. The term “Confidential Information” includes, but is not limited to, PHI, any information about patients or other employees, any computer</w:t>
      </w:r>
      <w:r>
        <w:rPr>
          <w:rFonts w:ascii="Times New Roman" w:hAnsi="Times New Roman" w:eastAsia="Times New Roman" w:cs="Times New Roman"/>
          <w:sz w:val="24"/>
        </w:rPr>
        <w:t xml:space="preserve"> </w:t>
      </w:r>
      <w:r>
        <w:rPr>
          <w:rFonts w:ascii="Times New Roman" w:hAnsi="Times New Roman" w:eastAsia="Times New Roman" w:cs="Times New Roman"/>
          <w:sz w:val="24"/>
        </w:rPr>
        <w:t>log-on</w:t>
      </w:r>
      <w:r>
        <w:rPr>
          <w:rFonts w:ascii="Times New Roman" w:hAnsi="Times New Roman" w:eastAsia="Times New Roman" w:cs="Times New Roman"/>
          <w:sz w:val="24"/>
        </w:rPr>
        <w:t xml:space="preserve"> </w:t>
      </w:r>
      <w:r>
        <w:rPr>
          <w:rFonts w:ascii="Times New Roman" w:hAnsi="Times New Roman" w:eastAsia="Times New Roman" w:cs="Times New Roman"/>
          <w:sz w:val="24"/>
        </w:rPr>
        <w:t>codes</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passwords,</w:t>
      </w:r>
      <w:r>
        <w:rPr>
          <w:rFonts w:ascii="Times New Roman" w:hAnsi="Times New Roman" w:eastAsia="Times New Roman" w:cs="Times New Roman"/>
          <w:sz w:val="24"/>
        </w:rPr>
        <w:t xml:space="preserve"> </w:t>
      </w:r>
      <w:r>
        <w:rPr>
          <w:rFonts w:ascii="Times New Roman" w:hAnsi="Times New Roman" w:eastAsia="Times New Roman" w:cs="Times New Roman"/>
          <w:sz w:val="24"/>
        </w:rPr>
        <w:t>any</w:t>
      </w:r>
      <w:r>
        <w:rPr>
          <w:rFonts w:ascii="Times New Roman" w:hAnsi="Times New Roman" w:eastAsia="Times New Roman" w:cs="Times New Roman"/>
          <w:sz w:val="24"/>
        </w:rPr>
        <w:t xml:space="preserve"> </w:t>
      </w:r>
      <w:r>
        <w:rPr>
          <w:rFonts w:ascii="Times New Roman" w:hAnsi="Times New Roman" w:eastAsia="Times New Roman" w:cs="Times New Roman"/>
          <w:sz w:val="24"/>
        </w:rPr>
        <w:t>patient</w:t>
      </w:r>
      <w:r>
        <w:rPr>
          <w:rFonts w:ascii="Times New Roman" w:hAnsi="Times New Roman" w:eastAsia="Times New Roman" w:cs="Times New Roman"/>
          <w:sz w:val="24"/>
        </w:rPr>
        <w:t xml:space="preserve"> </w:t>
      </w:r>
      <w:r>
        <w:rPr>
          <w:rFonts w:ascii="Times New Roman" w:hAnsi="Times New Roman" w:eastAsia="Times New Roman" w:cs="Times New Roman"/>
          <w:sz w:val="24"/>
        </w:rPr>
        <w:t>records</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billing</w:t>
      </w:r>
      <w:r>
        <w:rPr>
          <w:rFonts w:ascii="Times New Roman" w:hAnsi="Times New Roman" w:eastAsia="Times New Roman" w:cs="Times New Roman"/>
          <w:sz w:val="24"/>
        </w:rPr>
        <w:t xml:space="preserve"> </w:t>
      </w:r>
      <w:r>
        <w:rPr>
          <w:rFonts w:ascii="Times New Roman" w:hAnsi="Times New Roman" w:eastAsia="Times New Roman" w:cs="Times New Roman"/>
          <w:sz w:val="24"/>
        </w:rPr>
        <w:t>information,</w:t>
      </w:r>
      <w:r>
        <w:rPr>
          <w:rFonts w:ascii="Times New Roman" w:hAnsi="Times New Roman" w:eastAsia="Times New Roman" w:cs="Times New Roman"/>
          <w:sz w:val="24"/>
        </w:rPr>
        <w:t xml:space="preserve"> </w:t>
      </w:r>
      <w:r>
        <w:rPr>
          <w:rFonts w:ascii="Times New Roman" w:hAnsi="Times New Roman" w:eastAsia="Times New Roman" w:cs="Times New Roman"/>
          <w:sz w:val="24"/>
        </w:rPr>
        <w:t>any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patient lists, any financial information about this Healthcare Facility or its patients that is not public, any intellectual property rights of Practice, any proprietary information of Practice and any information that concerns this Healthcare Facility’s contractual relationships, relates to this Healthcare Facility’s competitive advantages, or is otherwise designated as confidential </w:t>
      </w:r>
      <w:r>
        <w:rPr>
          <w:rFonts w:ascii="Times New Roman" w:hAnsi="Times New Roman" w:eastAsia="Times New Roman" w:cs="Times New Roman"/>
          <w:sz w:val="24"/>
        </w:rPr>
        <w:t xml:space="preserve">by </w:t>
      </w:r>
      <w:r>
        <w:rPr>
          <w:rFonts w:ascii="Times New Roman" w:hAnsi="Times New Roman" w:eastAsia="Times New Roman" w:cs="Times New Roman"/>
          <w:sz w:val="24"/>
        </w:rPr>
        <w:t>this Healthcare</w:t>
      </w:r>
      <w:r>
        <w:rPr>
          <w:rFonts w:ascii="Times New Roman" w:hAnsi="Times New Roman" w:eastAsia="Times New Roman" w:cs="Times New Roman"/>
          <w:sz w:val="24"/>
        </w:rPr>
        <w:t xml:space="preserve"> </w:t>
      </w:r>
      <w:r>
        <w:rPr>
          <w:rFonts w:ascii="Times New Roman" w:hAnsi="Times New Roman" w:eastAsia="Times New Roman" w:cs="Times New Roman"/>
          <w:sz w:val="24"/>
        </w:rPr>
        <w:t>Facility.</w:t>
      </w:r>
    </w:p>
    <w:p>
      <w:pPr>
        <w:spacing w:before="9" w:after="0"/>
      </w:pPr>
    </w:p>
    <w:p>
      <w:pPr>
        <w:ind w:firstLine="0"/>
      </w:pPr>
      <w:r>
        <w:rPr>
          <w:rFonts w:ascii="Times New Roman" w:hAnsi="Times New Roman" w:eastAsia="Times New Roman" w:cs="Times New Roman"/>
          <w:b/>
          <w:sz w:val="24"/>
        </w:rPr>
        <w:t>Disclosure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Disclosure</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use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Confidential Information</w:t>
      </w:r>
      <w:r>
        <w:rPr>
          <w:rFonts w:ascii="Times New Roman" w:hAnsi="Times New Roman" w:eastAsia="Times New Roman" w:cs="Times New Roman"/>
          <w:sz w:val="24"/>
        </w:rPr>
        <w:t xml:space="preserve"> </w:t>
      </w:r>
      <w:r>
        <w:rPr>
          <w:rFonts w:ascii="Times New Roman" w:hAnsi="Times New Roman" w:eastAsia="Times New Roman" w:cs="Times New Roman"/>
          <w:sz w:val="24"/>
        </w:rPr>
        <w:t>includes</w:t>
      </w:r>
      <w:r>
        <w:rPr>
          <w:rFonts w:ascii="Times New Roman" w:hAnsi="Times New Roman" w:eastAsia="Times New Roman" w:cs="Times New Roman"/>
          <w:sz w:val="24"/>
        </w:rPr>
        <w:t xml:space="preserve"> </w:t>
      </w:r>
      <w:r>
        <w:rPr>
          <w:rFonts w:ascii="Times New Roman" w:hAnsi="Times New Roman" w:eastAsia="Times New Roman" w:cs="Times New Roman"/>
          <w:sz w:val="24"/>
        </w:rPr>
        <w:t>oral</w:t>
      </w:r>
      <w:r>
        <w:rPr>
          <w:rFonts w:ascii="Times New Roman" w:hAnsi="Times New Roman" w:eastAsia="Times New Roman" w:cs="Times New Roman"/>
          <w:sz w:val="24"/>
        </w:rPr>
        <w:t xml:space="preserve"> </w:t>
      </w:r>
      <w:r>
        <w:rPr>
          <w:rFonts w:ascii="Times New Roman" w:hAnsi="Times New Roman" w:eastAsia="Times New Roman" w:cs="Times New Roman"/>
          <w:sz w:val="24"/>
        </w:rPr>
        <w:t>communications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as well as display or distribution of tangible physical documentation, in whole or in part, from any source or in any format (e.g., paper, digital, electronic, internet, social networks, magnetic or optical media, film, etc.). The Parties have entered into this Agreement to induce use and disclosure of Confidential Information and are relying on the covenants contained herein in making any such use or disclosure. This Healthcare Facility, not the Employee, is the records owner under state law and the Employee has no right or ownership interest in any Confidential Information.</w:t>
      </w:r>
    </w:p>
    <w:p>
      <w:pPr>
        <w:spacing w:before="11" w:after="0"/>
      </w:pPr>
    </w:p>
    <w:p>
      <w:pPr>
        <w:ind w:firstLine="0"/>
      </w:pPr>
      <w:r>
        <w:rPr>
          <w:rFonts w:ascii="Times New Roman" w:hAnsi="Times New Roman" w:eastAsia="Times New Roman" w:cs="Times New Roman"/>
          <w:b/>
          <w:sz w:val="24"/>
        </w:rPr>
        <w:t>Applicable Law</w:t>
      </w:r>
      <w:r>
        <w:rPr>
          <w:rFonts w:ascii="Times New Roman" w:hAnsi="Times New Roman" w:eastAsia="Times New Roman" w:cs="Times New Roman"/>
          <w:sz w:val="24"/>
        </w:rPr>
        <w:t>. Confidential Information will not be used or disclosed by the Employee in violation</w:t>
      </w:r>
      <w:r>
        <w:rPr>
          <w:rFonts w:ascii="Times New Roman" w:hAnsi="Times New Roman" w:eastAsia="Times New Roman" w:cs="Times New Roman"/>
          <w:sz w:val="24"/>
        </w:rPr>
        <w:t xml:space="preserve"> </w:t>
      </w:r>
      <w:r>
        <w:rPr>
          <w:rFonts w:ascii="Times New Roman" w:hAnsi="Times New Roman" w:eastAsia="Times New Roman" w:cs="Times New Roman"/>
          <w:sz w:val="24"/>
        </w:rPr>
        <w:t>of applicable</w:t>
      </w:r>
      <w:r>
        <w:rPr>
          <w:rFonts w:ascii="Times New Roman" w:hAnsi="Times New Roman" w:eastAsia="Times New Roman" w:cs="Times New Roman"/>
          <w:sz w:val="24"/>
        </w:rPr>
        <w:t xml:space="preserve"> </w:t>
      </w:r>
      <w:r>
        <w:rPr>
          <w:rFonts w:ascii="Times New Roman" w:hAnsi="Times New Roman" w:eastAsia="Times New Roman" w:cs="Times New Roman"/>
          <w:sz w:val="24"/>
        </w:rPr>
        <w:t>law,</w:t>
      </w:r>
      <w:r>
        <w:rPr>
          <w:rFonts w:ascii="Times New Roman" w:hAnsi="Times New Roman" w:eastAsia="Times New Roman" w:cs="Times New Roman"/>
          <w:sz w:val="24"/>
        </w:rPr>
        <w:t xml:space="preserve"> </w:t>
      </w:r>
      <w:r>
        <w:rPr>
          <w:rFonts w:ascii="Times New Roman" w:hAnsi="Times New Roman" w:eastAsia="Times New Roman" w:cs="Times New Roman"/>
          <w:sz w:val="24"/>
        </w:rPr>
        <w:t>including</w:t>
      </w:r>
      <w:r>
        <w:rPr>
          <w:rFonts w:ascii="Times New Roman" w:hAnsi="Times New Roman" w:eastAsia="Times New Roman" w:cs="Times New Roman"/>
          <w:sz w:val="24"/>
        </w:rPr>
        <w:t xml:space="preserve"> </w:t>
      </w:r>
      <w:r>
        <w:rPr>
          <w:rFonts w:ascii="Times New Roman" w:hAnsi="Times New Roman" w:eastAsia="Times New Roman" w:cs="Times New Roman"/>
          <w:sz w:val="24"/>
        </w:rPr>
        <w:t>but</w:t>
      </w:r>
      <w:r>
        <w:rPr>
          <w:rFonts w:ascii="Times New Roman" w:hAnsi="Times New Roman" w:eastAsia="Times New Roman" w:cs="Times New Roman"/>
          <w:sz w:val="24"/>
        </w:rPr>
        <w:t xml:space="preserve"> </w:t>
      </w:r>
      <w:r>
        <w:rPr>
          <w:rFonts w:ascii="Times New Roman" w:hAnsi="Times New Roman" w:eastAsia="Times New Roman" w:cs="Times New Roman"/>
          <w:sz w:val="24"/>
        </w:rPr>
        <w:t>not</w:t>
      </w:r>
      <w:r>
        <w:rPr>
          <w:rFonts w:ascii="Times New Roman" w:hAnsi="Times New Roman" w:eastAsia="Times New Roman" w:cs="Times New Roman"/>
          <w:sz w:val="24"/>
        </w:rPr>
        <w:t xml:space="preserve"> </w:t>
      </w:r>
      <w:r>
        <w:rPr>
          <w:rFonts w:ascii="Times New Roman" w:hAnsi="Times New Roman" w:eastAsia="Times New Roman" w:cs="Times New Roman"/>
          <w:sz w:val="24"/>
        </w:rPr>
        <w:t>limited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HIPAA</w:t>
      </w:r>
      <w:r>
        <w:rPr>
          <w:rFonts w:ascii="Times New Roman" w:hAnsi="Times New Roman" w:eastAsia="Times New Roman" w:cs="Times New Roman"/>
          <w:sz w:val="24"/>
        </w:rPr>
        <w:t xml:space="preserve"> </w:t>
      </w:r>
      <w:r>
        <w:rPr>
          <w:rFonts w:ascii="Times New Roman" w:hAnsi="Times New Roman" w:eastAsia="Times New Roman" w:cs="Times New Roman"/>
          <w:sz w:val="24"/>
        </w:rPr>
        <w:t>Federal</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records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owner statute; this Agreement; the Practice’s Notice of Privacy Practices, as amended; or other limitations as put in place by Practice from time to time.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intent of this Agreement is to ensure that the Employee will use and access only the minimum amount of Confidential Information necessary to perform the Employee’s duties and will not disclose Confidential Information outside this Healthcare Facility unless expressly authorized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writing to do so by this Healthcare Facility. All Confidential Information received (or which may be received in the future) by Employee will be held and treated by </w:t>
      </w:r>
      <w:r>
        <w:rPr>
          <w:rFonts w:ascii="Times New Roman" w:hAnsi="Times New Roman" w:eastAsia="Times New Roman" w:cs="Times New Roman"/>
          <w:sz w:val="24"/>
        </w:rPr>
        <w:t xml:space="preserve">him </w:t>
      </w:r>
      <w:r>
        <w:rPr>
          <w:rFonts w:ascii="Times New Roman" w:hAnsi="Times New Roman" w:eastAsia="Times New Roman" w:cs="Times New Roman"/>
          <w:sz w:val="24"/>
        </w:rPr>
        <w:t>or her as confidential and will not be disclosed in any manner whatsoever, in whole or in part, except as authorized by this Healthcare Facility and will not be used other than in connection with the employment relationship.</w:t>
      </w:r>
    </w:p>
    <w:p>
      <w:pPr>
        <w:spacing w:before="2" w:after="0"/>
      </w:pPr>
    </w:p>
    <w:p>
      <w:pPr>
        <w:ind w:firstLine="0"/>
      </w:pPr>
      <w:r>
        <w:rPr>
          <w:rFonts w:ascii="Times New Roman" w:hAnsi="Times New Roman" w:eastAsia="Times New Roman" w:cs="Times New Roman"/>
          <w:b/>
          <w:sz w:val="24"/>
        </w:rPr>
        <w:t>Log-on Code and Password</w:t>
      </w:r>
      <w:r>
        <w:rPr>
          <w:rFonts w:ascii="Times New Roman" w:hAnsi="Times New Roman" w:eastAsia="Times New Roman" w:cs="Times New Roman"/>
          <w:sz w:val="24"/>
        </w:rPr>
        <w:t>. The Employee understands that he or she will be assigned</w:t>
      </w:r>
      <w:r>
        <w:rPr>
          <w:rFonts w:ascii="Times New Roman" w:hAnsi="Times New Roman" w:eastAsia="Times New Roman" w:cs="Times New Roman"/>
          <w:sz w:val="24"/>
        </w:rPr>
        <w:t xml:space="preserve"> </w:t>
      </w:r>
      <w:r>
        <w:rPr>
          <w:rFonts w:ascii="Times New Roman" w:hAnsi="Times New Roman" w:eastAsia="Times New Roman" w:cs="Times New Roman"/>
          <w:sz w:val="24"/>
        </w:rPr>
        <w:t>a log-on</w:t>
      </w:r>
      <w:r>
        <w:rPr>
          <w:rFonts w:ascii="Times New Roman" w:hAnsi="Times New Roman" w:eastAsia="Times New Roman" w:cs="Times New Roman"/>
          <w:sz w:val="24"/>
        </w:rPr>
        <w:t xml:space="preserve"> </w:t>
      </w:r>
      <w:r>
        <w:rPr>
          <w:rFonts w:ascii="Times New Roman" w:hAnsi="Times New Roman" w:eastAsia="Times New Roman" w:cs="Times New Roman"/>
          <w:sz w:val="24"/>
        </w:rPr>
        <w:t>code or</w:t>
      </w:r>
      <w:r>
        <w:rPr>
          <w:rFonts w:ascii="Times New Roman" w:hAnsi="Times New Roman" w:eastAsia="Times New Roman" w:cs="Times New Roman"/>
          <w:sz w:val="24"/>
        </w:rPr>
        <w:t xml:space="preserve"> </w:t>
      </w:r>
      <w:r>
        <w:rPr>
          <w:rFonts w:ascii="Times New Roman" w:hAnsi="Times New Roman" w:eastAsia="Times New Roman" w:cs="Times New Roman"/>
          <w:sz w:val="24"/>
        </w:rPr>
        <w:t>password</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r>
      <w:r>
        <w:rPr>
          <w:rFonts w:ascii="Times New Roman" w:hAnsi="Times New Roman" w:eastAsia="Times New Roman" w:cs="Times New Roman"/>
          <w:sz w:val="24"/>
        </w:rPr>
        <w:t>Practice,</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may</w:t>
      </w:r>
      <w:r>
        <w:rPr>
          <w:rFonts w:ascii="Times New Roman" w:hAnsi="Times New Roman" w:eastAsia="Times New Roman" w:cs="Times New Roman"/>
          <w:sz w:val="24"/>
        </w:rPr>
        <w:t xml:space="preserve"> </w:t>
      </w:r>
      <w:r>
        <w:rPr>
          <w:rFonts w:ascii="Times New Roman" w:hAnsi="Times New Roman" w:eastAsia="Times New Roman" w:cs="Times New Roman"/>
          <w:sz w:val="24"/>
        </w:rPr>
        <w:t>be changed</w:t>
      </w:r>
      <w:r>
        <w:rPr>
          <w:rFonts w:ascii="Times New Roman" w:hAnsi="Times New Roman" w:eastAsia="Times New Roman" w:cs="Times New Roman"/>
          <w:sz w:val="24"/>
        </w:rPr>
        <w:t xml:space="preserve"> </w:t>
      </w:r>
      <w:r>
        <w:rPr>
          <w:rFonts w:ascii="Times New Roman" w:hAnsi="Times New Roman" w:eastAsia="Times New Roman" w:cs="Times New Roman"/>
          <w:sz w:val="24"/>
        </w:rPr>
        <w:t>as</w:t>
      </w:r>
      <w:r>
        <w:rPr>
          <w:rFonts w:ascii="Times New Roman" w:hAnsi="Times New Roman" w:eastAsia="Times New Roman" w:cs="Times New Roman"/>
          <w:sz w:val="24"/>
        </w:rPr>
        <w:t xml:space="preserve"> </w:t>
      </w:r>
      <w:r>
        <w:rPr>
          <w:rFonts w:ascii="Times New Roman" w:hAnsi="Times New Roman" w:eastAsia="Times New Roman" w:cs="Times New Roman"/>
          <w:sz w:val="24"/>
        </w:rPr>
        <w:t>this</w:t>
      </w:r>
      <w:r>
        <w:rPr>
          <w:rFonts w:ascii="Times New Roman" w:hAnsi="Times New Roman" w:eastAsia="Times New Roman" w:cs="Times New Roman"/>
          <w:sz w:val="24"/>
        </w:rPr>
        <w:t xml:space="preserve"> </w:t>
      </w:r>
      <w:r>
        <w:rPr>
          <w:rFonts w:ascii="Times New Roman" w:hAnsi="Times New Roman" w:eastAsia="Times New Roman" w:cs="Times New Roman"/>
          <w:sz w:val="24"/>
        </w:rPr>
        <w:t>Healthcare</w:t>
      </w:r>
      <w:r>
        <w:rPr>
          <w:rFonts w:ascii="Times New Roman" w:hAnsi="Times New Roman" w:eastAsia="Times New Roman" w:cs="Times New Roman"/>
          <w:sz w:val="24"/>
        </w:rPr>
        <w:t xml:space="preserve"> </w:t>
      </w:r>
      <w:r>
        <w:rPr>
          <w:rFonts w:ascii="Times New Roman" w:hAnsi="Times New Roman" w:eastAsia="Times New Roman" w:cs="Times New Roman"/>
          <w:sz w:val="24"/>
        </w:rPr>
        <w:t>Facility,</w:t>
      </w:r>
      <w:r>
        <w:rPr>
          <w:rFonts w:ascii="Times New Roman" w:hAnsi="Times New Roman" w:eastAsia="Times New Roman" w:cs="Times New Roman"/>
          <w:sz w:val="24"/>
        </w:rPr>
        <w:t xml:space="preserve"> </w:t>
      </w:r>
      <w:r>
        <w:rPr>
          <w:rFonts w:ascii="Times New Roman" w:hAnsi="Times New Roman" w:eastAsia="Times New Roman" w:cs="Times New Roman"/>
          <w:sz w:val="24"/>
        </w:rPr>
        <w:t>in</w:t>
      </w:r>
      <w:r>
        <w:rPr>
          <w:rFonts w:ascii="Times New Roman" w:hAnsi="Times New Roman" w:eastAsia="Times New Roman" w:cs="Times New Roman"/>
          <w:sz w:val="24"/>
        </w:rPr>
        <w:t xml:space="preserve"> </w:t>
      </w:r>
      <w:r>
        <w:rPr>
          <w:rFonts w:ascii="Times New Roman" w:hAnsi="Times New Roman" w:eastAsia="Times New Roman" w:cs="Times New Roman"/>
          <w:sz w:val="24"/>
        </w:rPr>
        <w:t>its</w:t>
      </w:r>
    </w:p>
    <w:p>
      <w:pPr>
        <w:spacing w:before="64" w:after="0"/>
      </w:pPr>
      <w:r>
        <w:rPr>
          <w:rFonts w:ascii="Times New Roman" w:hAnsi="Times New Roman" w:eastAsia="Times New Roman" w:cs="Times New Roman"/>
          <w:sz w:val="24"/>
        </w:rPr>
        <w:t>sole discretion sees fit. The Employee will not change the log-on code or password without this Healthcare Facility’s permission. Nor will the Employee leave Confidential Information unattended (e.g., so that it remains visible on computer screens after the Employee’s use). The Employee agrees that his or her log-on code or password is equivalent to a legally binding signature and will not be disclosed to or used by anyone other than the Employee. Nor will the Employee use or even attempt to learn another person’s log-on code or password. The Employee immediately will notify this Healthcare Facility’s HIPAA Privacy Officer upon suspecting that his or her log-on code or password no longer is confidential. The Employee agrees that all computer systems are the exclusive property of Practice and will not be used by the Employee for any purpose unrelated to his or her employment. The Employee acknowledges that he or she has no right of privacy when using this Healthcare Facility’s computer systems and that his or her computer use periodically will be monitored by this Healthcare Facility to ensure compliance with this Agreement and applicable law.</w:t>
      </w:r>
    </w:p>
    <w:p>
      <w:pPr>
        <w:spacing w:before="11" w:after="0"/>
      </w:pPr>
    </w:p>
    <w:p>
      <w:pPr>
        <w:ind w:firstLine="0"/>
      </w:pPr>
      <w:r>
        <w:rPr>
          <w:rFonts w:ascii="Times New Roman" w:hAnsi="Times New Roman" w:eastAsia="Times New Roman" w:cs="Times New Roman"/>
          <w:b/>
          <w:sz w:val="24"/>
        </w:rPr>
        <w:t>Returning Confidential Information</w:t>
      </w:r>
      <w:r>
        <w:rPr>
          <w:rFonts w:ascii="Times New Roman" w:hAnsi="Times New Roman" w:eastAsia="Times New Roman" w:cs="Times New Roman"/>
          <w:sz w:val="24"/>
        </w:rPr>
        <w:t xml:space="preserve">. Immediately upon request </w:t>
      </w:r>
      <w:r>
        <w:rPr>
          <w:rFonts w:ascii="Times New Roman" w:hAnsi="Times New Roman" w:eastAsia="Times New Roman" w:cs="Times New Roman"/>
          <w:sz w:val="24"/>
        </w:rPr>
        <w:t xml:space="preserve">by </w:t>
      </w:r>
      <w:r>
        <w:rPr>
          <w:rFonts w:ascii="Times New Roman" w:hAnsi="Times New Roman" w:eastAsia="Times New Roman" w:cs="Times New Roman"/>
          <w:sz w:val="24"/>
        </w:rPr>
        <w:t>this Healthcare Facility, the</w:t>
      </w:r>
      <w:r>
        <w:rPr>
          <w:rFonts w:ascii="Times New Roman" w:hAnsi="Times New Roman" w:eastAsia="Times New Roman" w:cs="Times New Roman"/>
          <w:sz w:val="24"/>
        </w:rPr>
        <w:t xml:space="preserve"> </w:t>
      </w:r>
      <w:r>
        <w:rPr>
          <w:rFonts w:ascii="Times New Roman" w:hAnsi="Times New Roman" w:eastAsia="Times New Roman" w:cs="Times New Roman"/>
          <w:sz w:val="24"/>
        </w:rPr>
        <w:t>Employee</w:t>
      </w:r>
      <w:r>
        <w:rPr>
          <w:rFonts w:ascii="Times New Roman" w:hAnsi="Times New Roman" w:eastAsia="Times New Roman" w:cs="Times New Roman"/>
          <w:sz w:val="24"/>
        </w:rPr>
        <w:t xml:space="preserve"> </w:t>
      </w:r>
      <w:r>
        <w:rPr>
          <w:rFonts w:ascii="Times New Roman" w:hAnsi="Times New Roman" w:eastAsia="Times New Roman" w:cs="Times New Roman"/>
          <w:sz w:val="24"/>
        </w:rPr>
        <w:t>will</w:t>
      </w:r>
      <w:r>
        <w:rPr>
          <w:rFonts w:ascii="Times New Roman" w:hAnsi="Times New Roman" w:eastAsia="Times New Roman" w:cs="Times New Roman"/>
          <w:sz w:val="24"/>
        </w:rPr>
        <w:t xml:space="preserve"> </w:t>
      </w:r>
      <w:r>
        <w:rPr>
          <w:rFonts w:ascii="Times New Roman" w:hAnsi="Times New Roman" w:eastAsia="Times New Roman" w:cs="Times New Roman"/>
          <w:sz w:val="24"/>
        </w:rPr>
        <w:t>return</w:t>
      </w:r>
      <w:r>
        <w:rPr>
          <w:rFonts w:ascii="Times New Roman" w:hAnsi="Times New Roman" w:eastAsia="Times New Roman" w:cs="Times New Roman"/>
          <w:sz w:val="24"/>
        </w:rPr>
        <w:t xml:space="preserve"> </w:t>
      </w:r>
      <w:r>
        <w:rPr>
          <w:rFonts w:ascii="Times New Roman" w:hAnsi="Times New Roman" w:eastAsia="Times New Roman" w:cs="Times New Roman"/>
          <w:sz w:val="24"/>
        </w:rPr>
        <w:t>all</w:t>
      </w:r>
      <w:r>
        <w:rPr>
          <w:rFonts w:ascii="Times New Roman" w:hAnsi="Times New Roman" w:eastAsia="Times New Roman" w:cs="Times New Roman"/>
          <w:sz w:val="24"/>
        </w:rPr>
        <w:t xml:space="preserve"> </w:t>
      </w:r>
      <w:r>
        <w:rPr>
          <w:rFonts w:ascii="Times New Roman" w:hAnsi="Times New Roman" w:eastAsia="Times New Roman" w:cs="Times New Roman"/>
          <w:sz w:val="24"/>
        </w:rPr>
        <w:t>Confidential</w:t>
      </w:r>
      <w:r>
        <w:rPr>
          <w:rFonts w:ascii="Times New Roman" w:hAnsi="Times New Roman" w:eastAsia="Times New Roman" w:cs="Times New Roman"/>
          <w:sz w:val="24"/>
        </w:rPr>
        <w:t xml:space="preserve"> </w:t>
      </w:r>
      <w:r>
        <w:rPr>
          <w:rFonts w:ascii="Times New Roman" w:hAnsi="Times New Roman" w:eastAsia="Times New Roman" w:cs="Times New Roman"/>
          <w:sz w:val="24"/>
        </w:rPr>
        <w:t>Information</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this</w:t>
      </w:r>
      <w:r>
        <w:rPr>
          <w:rFonts w:ascii="Times New Roman" w:hAnsi="Times New Roman" w:eastAsia="Times New Roman" w:cs="Times New Roman"/>
          <w:sz w:val="24"/>
        </w:rPr>
        <w:t xml:space="preserve"> </w:t>
      </w:r>
      <w:r>
        <w:rPr>
          <w:rFonts w:ascii="Times New Roman" w:hAnsi="Times New Roman" w:eastAsia="Times New Roman" w:cs="Times New Roman"/>
          <w:sz w:val="24"/>
        </w:rPr>
        <w:t>Healthcare</w:t>
      </w:r>
      <w:r>
        <w:rPr>
          <w:rFonts w:ascii="Times New Roman" w:hAnsi="Times New Roman" w:eastAsia="Times New Roman" w:cs="Times New Roman"/>
          <w:sz w:val="24"/>
        </w:rPr>
        <w:t xml:space="preserve"> </w:t>
      </w:r>
      <w:r>
        <w:rPr>
          <w:rFonts w:ascii="Times New Roman" w:hAnsi="Times New Roman" w:eastAsia="Times New Roman" w:cs="Times New Roman"/>
          <w:sz w:val="24"/>
        </w:rPr>
        <w:t>Facility</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will</w:t>
      </w:r>
      <w:r>
        <w:rPr>
          <w:rFonts w:ascii="Times New Roman" w:hAnsi="Times New Roman" w:eastAsia="Times New Roman" w:cs="Times New Roman"/>
          <w:sz w:val="24"/>
        </w:rPr>
        <w:t xml:space="preserve"> </w:t>
      </w:r>
      <w:r>
        <w:rPr>
          <w:rFonts w:ascii="Times New Roman" w:hAnsi="Times New Roman" w:eastAsia="Times New Roman" w:cs="Times New Roman"/>
          <w:sz w:val="24"/>
        </w:rPr>
        <w:t>not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retain any copies of any Confidential Information, except as otherwise expressly permitted in writing signed by this Healthcare Facility. All Confidential Information, including copies thereof, will remain and be the exclusive property of this Healthcare Facility, unless otherwise required by applicable law. The Employee specifically agrees that he or she will not and will not allow anyone working on their behalf or affiliated with the Employee in any way, use any or all of the Confidential Information for any purpose other than as expressly allowed </w:t>
      </w:r>
      <w:r>
        <w:rPr>
          <w:rFonts w:ascii="Times New Roman" w:hAnsi="Times New Roman" w:eastAsia="Times New Roman" w:cs="Times New Roman"/>
          <w:sz w:val="24"/>
        </w:rPr>
        <w:t xml:space="preserve">by </w:t>
      </w:r>
      <w:r>
        <w:rPr>
          <w:rFonts w:ascii="Times New Roman" w:hAnsi="Times New Roman" w:eastAsia="Times New Roman" w:cs="Times New Roman"/>
          <w:sz w:val="24"/>
        </w:rPr>
        <w:t>this Agreement. The</w:t>
      </w:r>
      <w:r>
        <w:rPr>
          <w:rFonts w:ascii="Times New Roman" w:hAnsi="Times New Roman" w:eastAsia="Times New Roman" w:cs="Times New Roman"/>
          <w:sz w:val="24"/>
        </w:rPr>
        <w:t xml:space="preserve"> </w:t>
      </w:r>
      <w:r>
        <w:rPr>
          <w:rFonts w:ascii="Times New Roman" w:hAnsi="Times New Roman" w:eastAsia="Times New Roman" w:cs="Times New Roman"/>
          <w:sz w:val="24"/>
        </w:rPr>
        <w:t>Employee</w:t>
      </w:r>
      <w:r>
        <w:rPr>
          <w:rFonts w:ascii="Times New Roman" w:hAnsi="Times New Roman" w:eastAsia="Times New Roman" w:cs="Times New Roman"/>
          <w:sz w:val="24"/>
        </w:rPr>
        <w:t xml:space="preserve"> </w:t>
      </w:r>
      <w:r>
        <w:rPr>
          <w:rFonts w:ascii="Times New Roman" w:hAnsi="Times New Roman" w:eastAsia="Times New Roman" w:cs="Times New Roman"/>
          <w:sz w:val="24"/>
        </w:rPr>
        <w:t>understands</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violating</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terms</w:t>
      </w:r>
      <w:r>
        <w:rPr>
          <w:rFonts w:ascii="Times New Roman" w:hAnsi="Times New Roman" w:eastAsia="Times New Roman" w:cs="Times New Roman"/>
          <w:sz w:val="24"/>
        </w:rPr>
        <w:t xml:space="preserve"> </w:t>
      </w:r>
      <w:r>
        <w:rPr>
          <w:rFonts w:ascii="Times New Roman" w:hAnsi="Times New Roman" w:eastAsia="Times New Roman" w:cs="Times New Roman"/>
          <w:sz w:val="24"/>
        </w:rPr>
        <w:t>of this</w:t>
      </w:r>
      <w:r>
        <w:rPr>
          <w:rFonts w:ascii="Times New Roman" w:hAnsi="Times New Roman" w:eastAsia="Times New Roman" w:cs="Times New Roman"/>
          <w:sz w:val="24"/>
        </w:rPr>
        <w:t xml:space="preserve"> </w:t>
      </w:r>
      <w:r>
        <w:rPr>
          <w:rFonts w:ascii="Times New Roman" w:hAnsi="Times New Roman" w:eastAsia="Times New Roman" w:cs="Times New Roman"/>
          <w:sz w:val="24"/>
        </w:rPr>
        <w:t>Agreement</w:t>
      </w:r>
      <w:r>
        <w:rPr>
          <w:rFonts w:ascii="Times New Roman" w:hAnsi="Times New Roman" w:eastAsia="Times New Roman" w:cs="Times New Roman"/>
          <w:sz w:val="24"/>
        </w:rPr>
        <w:t xml:space="preserve"> </w:t>
      </w:r>
      <w:r>
        <w:rPr>
          <w:rFonts w:ascii="Times New Roman" w:hAnsi="Times New Roman" w:eastAsia="Times New Roman" w:cs="Times New Roman"/>
          <w:sz w:val="24"/>
        </w:rPr>
        <w:t>may, in</w:t>
      </w:r>
      <w:r>
        <w:rPr>
          <w:rFonts w:ascii="Times New Roman" w:hAnsi="Times New Roman" w:eastAsia="Times New Roman" w:cs="Times New Roman"/>
          <w:sz w:val="24"/>
        </w:rPr>
        <w:t xml:space="preserve"> </w:t>
      </w:r>
      <w:r>
        <w:rPr>
          <w:rFonts w:ascii="Times New Roman" w:hAnsi="Times New Roman" w:eastAsia="Times New Roman" w:cs="Times New Roman"/>
          <w:sz w:val="24"/>
        </w:rPr>
        <w:t>this</w:t>
      </w:r>
      <w:r>
        <w:rPr>
          <w:rFonts w:ascii="Times New Roman" w:hAnsi="Times New Roman" w:eastAsia="Times New Roman" w:cs="Times New Roman"/>
          <w:sz w:val="24"/>
        </w:rPr>
        <w:t xml:space="preserve"> </w:t>
      </w:r>
      <w:r>
        <w:rPr>
          <w:rFonts w:ascii="Times New Roman" w:hAnsi="Times New Roman" w:eastAsia="Times New Roman" w:cs="Times New Roman"/>
          <w:sz w:val="24"/>
        </w:rPr>
        <w:t>Healthcare</w:t>
      </w:r>
    </w:p>
    <w:p>
      <w:pPr/>
      <w:r>
        <w:rPr>
          <w:rFonts w:ascii="Times New Roman" w:hAnsi="Times New Roman" w:eastAsia="Times New Roman" w:cs="Times New Roman"/>
          <w:sz w:val="24"/>
        </w:rPr>
        <w:t>Facility’s sole discretion result in disciplinary action including termination of employment and/or legal action to prevent or recover damages for breach. Breach reporting is imperative.</w:t>
      </w:r>
    </w:p>
    <w:p>
      <w:pPr>
        <w:spacing w:before="6" w:after="0"/>
      </w:pPr>
    </w:p>
    <w:p>
      <w:pPr>
        <w:ind w:firstLine="0"/>
      </w:pPr>
      <w:r>
        <w:rPr>
          <w:rFonts w:ascii="Times New Roman" w:hAnsi="Times New Roman" w:eastAsia="Times New Roman" w:cs="Times New Roman"/>
          <w:b/>
          <w:sz w:val="24"/>
        </w:rPr>
        <w:t>Breach</w:t>
      </w:r>
      <w:r>
        <w:rPr>
          <w:rFonts w:ascii="Times New Roman" w:hAnsi="Times New Roman" w:eastAsia="Times New Roman" w:cs="Times New Roman"/>
          <w:sz w:val="24"/>
        </w:rPr>
        <w:t>. The Parties agree that any breach of any of the covenants or agreements set forth herein by the Employee will result in irreparable injury to this Healthcare Facility for which money damages are inadequate; therefore, in the event of a breach or an anticipatory breach, Practice</w:t>
      </w:r>
      <w:r>
        <w:rPr>
          <w:rFonts w:ascii="Times New Roman" w:hAnsi="Times New Roman" w:eastAsia="Times New Roman" w:cs="Times New Roman"/>
          <w:sz w:val="24"/>
        </w:rPr>
        <w:t xml:space="preserve"> </w:t>
      </w:r>
      <w:r>
        <w:rPr>
          <w:rFonts w:ascii="Times New Roman" w:hAnsi="Times New Roman" w:eastAsia="Times New Roman" w:cs="Times New Roman"/>
          <w:sz w:val="24"/>
        </w:rPr>
        <w:t>will</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entitled</w:t>
      </w:r>
      <w:r>
        <w:rPr>
          <w:rFonts w:ascii="Times New Roman" w:hAnsi="Times New Roman" w:eastAsia="Times New Roman" w:cs="Times New Roman"/>
          <w:sz w:val="24"/>
        </w:rPr>
        <w:t xml:space="preserve"> </w:t>
      </w:r>
      <w:r>
        <w:rPr>
          <w:rFonts w:ascii="Times New Roman" w:hAnsi="Times New Roman" w:eastAsia="Times New Roman" w:cs="Times New Roman"/>
          <w:sz w:val="24"/>
        </w:rPr>
        <w:t>(in</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any</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rights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remedies</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it</w:t>
      </w:r>
      <w:r>
        <w:rPr>
          <w:rFonts w:ascii="Times New Roman" w:hAnsi="Times New Roman" w:eastAsia="Times New Roman" w:cs="Times New Roman"/>
          <w:sz w:val="24"/>
        </w:rPr>
        <w:t xml:space="preserve"> </w:t>
      </w:r>
      <w:r>
        <w:rPr>
          <w:rFonts w:ascii="Times New Roman" w:hAnsi="Times New Roman" w:eastAsia="Times New Roman" w:cs="Times New Roman"/>
          <w:sz w:val="24"/>
        </w:rPr>
        <w:t>may</w:t>
      </w:r>
      <w:r>
        <w:rPr>
          <w:rFonts w:ascii="Times New Roman" w:hAnsi="Times New Roman" w:eastAsia="Times New Roman" w:cs="Times New Roman"/>
          <w:sz w:val="24"/>
        </w:rPr>
        <w:t xml:space="preserve"> </w:t>
      </w:r>
      <w:r>
        <w:rPr>
          <w:rFonts w:ascii="Times New Roman" w:hAnsi="Times New Roman" w:eastAsia="Times New Roman" w:cs="Times New Roman"/>
          <w:sz w:val="24"/>
        </w:rPr>
        <w:t>have</w:t>
      </w:r>
      <w:r>
        <w:rPr>
          <w:rFonts w:ascii="Times New Roman" w:hAnsi="Times New Roman" w:eastAsia="Times New Roman" w:cs="Times New Roman"/>
          <w:sz w:val="24"/>
        </w:rPr>
        <w:t xml:space="preserve"> </w:t>
      </w:r>
      <w:r>
        <w:rPr>
          <w:rFonts w:ascii="Times New Roman" w:hAnsi="Times New Roman" w:eastAsia="Times New Roman" w:cs="Times New Roman"/>
          <w:sz w:val="24"/>
        </w:rPr>
        <w:t>at</w:t>
      </w:r>
      <w:r>
        <w:rPr>
          <w:rFonts w:ascii="Times New Roman" w:hAnsi="Times New Roman" w:eastAsia="Times New Roman" w:cs="Times New Roman"/>
          <w:sz w:val="24"/>
        </w:rPr>
        <w:t xml:space="preserve"> </w:t>
      </w:r>
      <w:r>
        <w:rPr>
          <w:rFonts w:ascii="Times New Roman" w:hAnsi="Times New Roman" w:eastAsia="Times New Roman" w:cs="Times New Roman"/>
          <w:sz w:val="24"/>
        </w:rPr>
        <w:t>law</w:t>
      </w:r>
      <w:r>
        <w:rPr>
          <w:rFonts w:ascii="Times New Roman" w:hAnsi="Times New Roman" w:eastAsia="Times New Roman" w:cs="Times New Roman"/>
          <w:sz w:val="24"/>
        </w:rPr>
        <w:t xml:space="preserve"> </w:t>
      </w:r>
      <w:r>
        <w:rPr>
          <w:rFonts w:ascii="Times New Roman" w:hAnsi="Times New Roman" w:eastAsia="Times New Roman" w:cs="Times New Roman"/>
          <w:sz w:val="24"/>
        </w:rPr>
        <w:t>or in equity, including money damages) to have an injunction without bond issued enjoining and restraining the Employee and/or any other person involved from breaching this</w:t>
      </w:r>
      <w:r>
        <w:rPr>
          <w:rFonts w:ascii="Times New Roman" w:hAnsi="Times New Roman" w:eastAsia="Times New Roman" w:cs="Times New Roman"/>
          <w:sz w:val="24"/>
        </w:rPr>
        <w:t xml:space="preserve"> </w:t>
      </w:r>
      <w:r>
        <w:rPr>
          <w:rFonts w:ascii="Times New Roman" w:hAnsi="Times New Roman" w:eastAsia="Times New Roman" w:cs="Times New Roman"/>
          <w:sz w:val="24"/>
        </w:rPr>
        <w:t>Agreement.</w:t>
      </w:r>
    </w:p>
    <w:p>
      <w:pPr/>
    </w:p>
    <w:p>
      <w:pPr>
        <w:ind w:firstLine="0"/>
      </w:pPr>
      <w:r>
        <w:rPr>
          <w:rFonts w:ascii="Times New Roman" w:hAnsi="Times New Roman" w:eastAsia="Times New Roman" w:cs="Times New Roman"/>
          <w:b/>
          <w:sz w:val="24"/>
        </w:rPr>
        <w:t>Binding</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Arrangement</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This</w:t>
      </w:r>
      <w:r>
        <w:rPr>
          <w:rFonts w:ascii="Times New Roman" w:hAnsi="Times New Roman" w:eastAsia="Times New Roman" w:cs="Times New Roman"/>
          <w:sz w:val="24"/>
        </w:rPr>
        <w:t xml:space="preserve"> </w:t>
      </w:r>
      <w:r>
        <w:rPr>
          <w:rFonts w:ascii="Times New Roman" w:hAnsi="Times New Roman" w:eastAsia="Times New Roman" w:cs="Times New Roman"/>
          <w:sz w:val="24"/>
        </w:rPr>
        <w:t>Agreement</w:t>
      </w:r>
      <w:r>
        <w:rPr>
          <w:rFonts w:ascii="Times New Roman" w:hAnsi="Times New Roman" w:eastAsia="Times New Roman" w:cs="Times New Roman"/>
          <w:sz w:val="24"/>
        </w:rPr>
        <w:t xml:space="preserve"> </w:t>
      </w:r>
      <w:r>
        <w:rPr>
          <w:rFonts w:ascii="Times New Roman" w:hAnsi="Times New Roman" w:eastAsia="Times New Roman" w:cs="Times New Roman"/>
          <w:sz w:val="24"/>
        </w:rPr>
        <w:t>shall</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binding</w:t>
      </w:r>
      <w:r>
        <w:rPr>
          <w:rFonts w:ascii="Times New Roman" w:hAnsi="Times New Roman" w:eastAsia="Times New Roman" w:cs="Times New Roman"/>
          <w:sz w:val="24"/>
        </w:rPr>
        <w:t xml:space="preserve"> </w:t>
      </w:r>
      <w:r>
        <w:rPr>
          <w:rFonts w:ascii="Times New Roman" w:hAnsi="Times New Roman" w:eastAsia="Times New Roman" w:cs="Times New Roman"/>
          <w:sz w:val="24"/>
        </w:rPr>
        <w:t>upon</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endure</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benefit</w:t>
      </w:r>
      <w:r>
        <w:rPr>
          <w:rFonts w:ascii="Times New Roman" w:hAnsi="Times New Roman" w:eastAsia="Times New Roman" w:cs="Times New Roman"/>
          <w:sz w:val="24"/>
        </w:rPr>
        <w:t xml:space="preserve"> </w:t>
      </w:r>
      <w:r>
        <w:rPr>
          <w:rFonts w:ascii="Times New Roman" w:hAnsi="Times New Roman" w:eastAsia="Times New Roman" w:cs="Times New Roman"/>
          <w:sz w:val="24"/>
        </w:rPr>
        <w:t>of all Parties hereto and to each of their successors, assigns, officers, agents, employees, shareholders and directors. This Agreement commences on the date set forth above and the terms of this Agreement shall survive any termination, cancellation, expiration or other conclusion of this Agreement unless the Parties otherwise expressly agree in</w:t>
      </w:r>
      <w:r>
        <w:rPr>
          <w:rFonts w:ascii="Times New Roman" w:hAnsi="Times New Roman" w:eastAsia="Times New Roman" w:cs="Times New Roman"/>
          <w:sz w:val="24"/>
        </w:rPr>
        <w:t xml:space="preserve"> </w:t>
      </w:r>
      <w:r>
        <w:rPr>
          <w:rFonts w:ascii="Times New Roman" w:hAnsi="Times New Roman" w:eastAsia="Times New Roman" w:cs="Times New Roman"/>
          <w:sz w:val="24"/>
        </w:rPr>
        <w:t>writing.</w:t>
      </w:r>
    </w:p>
    <w:p>
      <w:pPr>
        <w:spacing w:before="2" w:after="0"/>
      </w:pPr>
    </w:p>
    <w:p>
      <w:pPr>
        <w:spacing w:before="1" w:after="0"/>
        <w:ind w:firstLine="0"/>
      </w:pPr>
      <w:r>
        <w:rPr>
          <w:rFonts w:ascii="Times New Roman" w:hAnsi="Times New Roman" w:eastAsia="Times New Roman" w:cs="Times New Roman"/>
          <w:b/>
          <w:sz w:val="24"/>
        </w:rPr>
        <w:t>Governing Law</w:t>
      </w:r>
      <w:r>
        <w:rPr>
          <w:rFonts w:ascii="Times New Roman" w:hAnsi="Times New Roman" w:eastAsia="Times New Roman" w:cs="Times New Roman"/>
          <w:sz w:val="24"/>
        </w:rPr>
        <w:t>. The Parties agree that the interpretation, legal effect and enforcement of this Agreement shall be governed by the laws in the 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and by execution hereof, each party agrees to the jurisdiction of the courts of the State. The Parties agree that any suit arising out of or relation to this Agreement shall be brought </w:t>
      </w:r>
      <w:r>
        <w:rPr>
          <w:rFonts w:ascii="Times New Roman" w:hAnsi="Times New Roman" w:eastAsia="Times New Roman" w:cs="Times New Roman"/>
          <w:sz w:val="24"/>
        </w:rPr>
        <w:t xml:space="preserve">in </w:t>
      </w:r>
      <w:r>
        <w:rPr>
          <w:rFonts w:ascii="Times New Roman" w:hAnsi="Times New Roman" w:eastAsia="Times New Roman" w:cs="Times New Roman"/>
          <w:sz w:val="24"/>
        </w:rPr>
        <w:t>the county where this Healthcare Facility’s principal place of business is</w:t>
      </w:r>
      <w:r>
        <w:rPr>
          <w:rFonts w:ascii="Times New Roman" w:hAnsi="Times New Roman" w:eastAsia="Times New Roman" w:cs="Times New Roman"/>
          <w:sz w:val="24"/>
        </w:rPr>
        <w:t xml:space="preserve"> </w:t>
      </w:r>
      <w:r>
        <w:rPr>
          <w:rFonts w:ascii="Times New Roman" w:hAnsi="Times New Roman" w:eastAsia="Times New Roman" w:cs="Times New Roman"/>
          <w:sz w:val="24"/>
        </w:rPr>
        <w:t>located.</w:t>
      </w:r>
    </w:p>
    <w:p>
      <w:pPr>
        <w:spacing w:before="4" w:after="0"/>
      </w:pPr>
    </w:p>
    <w:p>
      <w:pPr>
        <w:spacing w:line="235" w:lineRule="auto"/>
        <w:ind w:firstLine="0"/>
      </w:pPr>
      <w:r>
        <w:rPr>
          <w:rFonts w:ascii="Times New Roman" w:hAnsi="Times New Roman" w:eastAsia="Times New Roman" w:cs="Times New Roman"/>
          <w:b/>
          <w:sz w:val="24"/>
        </w:rPr>
        <w:t>Severability</w:t>
      </w:r>
      <w:r>
        <w:rPr>
          <w:rFonts w:ascii="Times New Roman" w:hAnsi="Times New Roman" w:eastAsia="Times New Roman" w:cs="Times New Roman"/>
          <w:sz w:val="24"/>
        </w:rPr>
        <w:t>. If any provision under this Agreement shall be held invalid or unenforceable for any</w:t>
      </w:r>
      <w:r>
        <w:rPr>
          <w:rFonts w:ascii="Times New Roman" w:hAnsi="Times New Roman" w:eastAsia="Times New Roman" w:cs="Times New Roman"/>
          <w:sz w:val="24"/>
        </w:rPr>
        <w:t xml:space="preserve"> </w:t>
      </w:r>
      <w:r>
        <w:rPr>
          <w:rFonts w:ascii="Times New Roman" w:hAnsi="Times New Roman" w:eastAsia="Times New Roman" w:cs="Times New Roman"/>
          <w:sz w:val="24"/>
        </w:rPr>
        <w:t>reason,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remaining</w:t>
      </w:r>
      <w:r>
        <w:rPr>
          <w:rFonts w:ascii="Times New Roman" w:hAnsi="Times New Roman" w:eastAsia="Times New Roman" w:cs="Times New Roman"/>
          <w:sz w:val="24"/>
        </w:rPr>
        <w:t xml:space="preserve"> </w:t>
      </w:r>
      <w:r>
        <w:rPr>
          <w:rFonts w:ascii="Times New Roman" w:hAnsi="Times New Roman" w:eastAsia="Times New Roman" w:cs="Times New Roman"/>
          <w:sz w:val="24"/>
        </w:rPr>
        <w:t>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statements</w:t>
      </w:r>
      <w:r>
        <w:rPr>
          <w:rFonts w:ascii="Times New Roman" w:hAnsi="Times New Roman" w:eastAsia="Times New Roman" w:cs="Times New Roman"/>
          <w:sz w:val="24"/>
        </w:rPr>
        <w:t xml:space="preserve"> </w:t>
      </w:r>
      <w:r>
        <w:rPr>
          <w:rFonts w:ascii="Times New Roman" w:hAnsi="Times New Roman" w:eastAsia="Times New Roman" w:cs="Times New Roman"/>
          <w:sz w:val="24"/>
        </w:rPr>
        <w:t>shall</w:t>
      </w:r>
      <w:r>
        <w:rPr>
          <w:rFonts w:ascii="Times New Roman" w:hAnsi="Times New Roman" w:eastAsia="Times New Roman" w:cs="Times New Roman"/>
          <w:sz w:val="24"/>
        </w:rPr>
        <w:t xml:space="preserve"> </w:t>
      </w:r>
      <w:r>
        <w:rPr>
          <w:rFonts w:ascii="Times New Roman" w:hAnsi="Times New Roman" w:eastAsia="Times New Roman" w:cs="Times New Roman"/>
          <w:sz w:val="24"/>
        </w:rPr>
        <w:t>continue</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valid</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enforceable.</w:t>
      </w:r>
    </w:p>
    <w:p>
      <w:pPr>
        <w:spacing w:before="11" w:after="0"/>
      </w:pPr>
    </w:p>
    <w:p>
      <w:pPr>
        <w:jc w:val="both"/>
      </w:pPr>
      <w:r>
        <w:rPr>
          <w:rFonts w:ascii="Times New Roman" w:hAnsi="Times New Roman" w:eastAsia="Times New Roman" w:cs="Times New Roman"/>
          <w:sz w:val="24"/>
        </w:rPr>
        <w:t>IN WITNESS WHEREOF, and intending to be legally bound, the Parties hereto have executed this</w:t>
      </w:r>
      <w:r>
        <w:rPr>
          <w:rFonts w:ascii="Times New Roman" w:hAnsi="Times New Roman" w:eastAsia="Times New Roman" w:cs="Times New Roman"/>
          <w:sz w:val="24"/>
        </w:rPr>
        <w:t xml:space="preserve"> </w:t>
      </w:r>
      <w:r>
        <w:rPr>
          <w:rFonts w:ascii="Times New Roman" w:hAnsi="Times New Roman" w:eastAsia="Times New Roman" w:cs="Times New Roman"/>
          <w:sz w:val="24"/>
        </w:rPr>
        <w:t>Agreement</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r>
        <w:rPr>
          <w:rFonts w:ascii="Times New Roman" w:hAnsi="Times New Roman" w:eastAsia="Times New Roman" w:cs="Times New Roman"/>
          <w:sz w:val="24"/>
        </w:rPr>
        <w:t>first</w:t>
      </w:r>
      <w:r>
        <w:rPr>
          <w:rFonts w:ascii="Times New Roman" w:hAnsi="Times New Roman" w:eastAsia="Times New Roman" w:cs="Times New Roman"/>
          <w:sz w:val="24"/>
        </w:rPr>
        <w:t xml:space="preserve"> </w:t>
      </w:r>
      <w:r>
        <w:rPr>
          <w:rFonts w:ascii="Times New Roman" w:hAnsi="Times New Roman" w:eastAsia="Times New Roman" w:cs="Times New Roman"/>
          <w:sz w:val="24"/>
        </w:rPr>
        <w:t>above</w:t>
      </w:r>
      <w:r>
        <w:rPr>
          <w:rFonts w:ascii="Times New Roman" w:hAnsi="Times New Roman" w:eastAsia="Times New Roman" w:cs="Times New Roman"/>
          <w:sz w:val="24"/>
        </w:rPr>
        <w:t xml:space="preserve"> </w:t>
      </w:r>
      <w:r>
        <w:rPr>
          <w:rFonts w:ascii="Times New Roman" w:hAnsi="Times New Roman" w:eastAsia="Times New Roman" w:cs="Times New Roman"/>
          <w:sz w:val="24"/>
        </w:rPr>
        <w:t>written,</w:t>
      </w:r>
      <w:r>
        <w:rPr>
          <w:rFonts w:ascii="Times New Roman" w:hAnsi="Times New Roman" w:eastAsia="Times New Roman" w:cs="Times New Roman"/>
          <w:sz w:val="24"/>
        </w:rPr>
        <w:t xml:space="preserve"> </w:t>
      </w:r>
      <w:r>
        <w:rPr>
          <w:rFonts w:ascii="Times New Roman" w:hAnsi="Times New Roman" w:eastAsia="Times New Roman" w:cs="Times New Roman"/>
          <w:sz w:val="24"/>
        </w:rPr>
        <w:t>when</w:t>
      </w:r>
      <w:r>
        <w:rPr>
          <w:rFonts w:ascii="Times New Roman" w:hAnsi="Times New Roman" w:eastAsia="Times New Roman" w:cs="Times New Roman"/>
          <w:sz w:val="24"/>
        </w:rPr>
        <w:t xml:space="preserve"> </w:t>
      </w:r>
      <w:r>
        <w:rPr>
          <w:rFonts w:ascii="Times New Roman" w:hAnsi="Times New Roman" w:eastAsia="Times New Roman" w:cs="Times New Roman"/>
          <w:sz w:val="24"/>
        </w:rPr>
        <w:t>signing</w:t>
      </w:r>
      <w:r>
        <w:rPr>
          <w:rFonts w:ascii="Times New Roman" w:hAnsi="Times New Roman" w:eastAsia="Times New Roman" w:cs="Times New Roman"/>
          <w:sz w:val="24"/>
        </w:rPr>
        <w:t xml:space="preserve"> </w:t>
      </w:r>
      <w:r>
        <w:rPr>
          <w:rFonts w:ascii="Times New Roman" w:hAnsi="Times New Roman" w:eastAsia="Times New Roman" w:cs="Times New Roman"/>
          <w:sz w:val="24"/>
        </w:rPr>
        <w:t>below and</w:t>
      </w:r>
      <w:r>
        <w:rPr>
          <w:rFonts w:ascii="Times New Roman" w:hAnsi="Times New Roman" w:eastAsia="Times New Roman" w:cs="Times New Roman"/>
          <w:sz w:val="24"/>
        </w:rPr>
        <w:t xml:space="preserve"> </w:t>
      </w:r>
      <w:r>
        <w:rPr>
          <w:rFonts w:ascii="Times New Roman" w:hAnsi="Times New Roman" w:eastAsia="Times New Roman" w:cs="Times New Roman"/>
          <w:sz w:val="24"/>
        </w:rPr>
        <w:t>after</w:t>
      </w:r>
      <w:r>
        <w:rPr>
          <w:rFonts w:ascii="Times New Roman" w:hAnsi="Times New Roman" w:eastAsia="Times New Roman" w:cs="Times New Roman"/>
          <w:sz w:val="24"/>
        </w:rPr>
        <w:t xml:space="preserve"> </w:t>
      </w:r>
      <w:r>
        <w:rPr>
          <w:rFonts w:ascii="Times New Roman" w:hAnsi="Times New Roman" w:eastAsia="Times New Roman" w:cs="Times New Roman"/>
          <w:sz w:val="24"/>
        </w:rPr>
        <w:t>training</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HIPAA Law with full understanding this agreement shall</w:t>
      </w:r>
      <w:r>
        <w:rPr>
          <w:rFonts w:ascii="Times New Roman" w:hAnsi="Times New Roman" w:eastAsia="Times New Roman" w:cs="Times New Roman"/>
          <w:sz w:val="24"/>
        </w:rPr>
        <w:t xml:space="preserve"> </w:t>
      </w:r>
      <w:r>
        <w:rPr>
          <w:rFonts w:ascii="Times New Roman" w:hAnsi="Times New Roman" w:eastAsia="Times New Roman" w:cs="Times New Roman"/>
          <w:sz w:val="24"/>
        </w:rPr>
        <w:t>stand.</w:t>
      </w:r>
    </w:p>
    <w:p>
      <w:pPr>
        <w:spacing w:before="64" w:after="0"/>
      </w:pPr>
      <w:r>
        <w:rPr>
          <w:rFonts w:ascii="Times New Roman" w:hAnsi="Times New Roman" w:eastAsia="Times New Roman" w:cs="Times New Roman"/>
          <w:b/>
          <w:sz w:val="24"/>
        </w:rPr>
        <w:t>EMPLOYEE DOCUMENTATION OF HIPAA PRIVACY TRAINING</w:t>
      </w:r>
    </w:p>
    <w:p>
      <w:pPr/>
    </w:p>
    <w:p>
      <w:pPr>
        <w:spacing w:before="1" w:after="0"/>
      </w:pPr>
    </w:p>
    <w:p>
      <w:pPr/>
      <w:r>
        <w:rPr>
          <w:rFonts w:ascii="Times New Roman" w:hAnsi="Times New Roman" w:eastAsia="Times New Roman" w:cs="Times New Roman"/>
          <w:sz w:val="24"/>
        </w:rPr>
        <w:t>The Health Insurance Portability Act of 1996 (HIPAA) requires our privacy officer to train employees on our health information privacy policies and procedures to the HIPAA Omnibus Standards of 2013 which also includes HI-TECH and Protected Health Information (PHI), Electronic Protected Health Information (ePHI) and Electronic Health Records (EHR). All employees with treatment, payment or healthcare operations responsibilities, which allow access to protected health information, are trained with updates periodically as State and Federal mandates require. HIPAA also requires that we keep this documentation (that the training was completed) for six years after the training.</w:t>
      </w:r>
    </w:p>
    <w:p>
      <w:pPr>
        <w:spacing w:before="11" w:after="0"/>
      </w:pPr>
    </w:p>
    <w:p>
      <w:pPr/>
      <w:r>
        <w:rPr>
          <w:rFonts w:ascii="Times New Roman" w:hAnsi="Times New Roman" w:eastAsia="Times New Roman" w:cs="Times New Roman"/>
          <w:sz w:val="24"/>
        </w:rPr>
        <w:t>I, the undersigned, do hereby certify that I have received, read, understood and agree to abide by this Healthcare Facilities HIPAA Policies and Operating Procedures.</w:t>
      </w:r>
    </w:p>
    <w:p>
      <w:pPr/>
    </w:p>
    <w:p>
      <w:pPr/>
    </w:p>
    <w:p>
      <w:pPr>
        <w:spacing w:before="202" w:after="0" w:line="720" w:lineRule="auto"/>
      </w:pPr>
      <w:r>
        <w:rPr>
          <w:rFonts w:ascii="Times New Roman" w:hAnsi="Times New Roman" w:eastAsia="Times New Roman" w:cs="Times New Roman"/>
          <w:b/>
          <w:sz w:val="24"/>
        </w:rPr>
        <w:t>Employee’s</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Signature</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___________________________</w:t>
      </w:r>
      <w:r>
        <w:rPr>
          <w:rFonts w:ascii="Times New Roman" w:hAnsi="Times New Roman" w:eastAsia="Times New Roman" w:cs="Times New Roman"/>
          <w:sz w:val="24"/>
        </w:rPr>
        <w:t xml:space="preserve"> Date: ______________</w:t>
      </w:r>
    </w:p>
    <w:p>
      <w:pPr>
        <w:spacing w:before="202" w:after="0" w:line="720" w:lineRule="auto"/>
      </w:pPr>
      <w:r>
        <w:rPr>
          <w:rFonts w:ascii="Times New Roman" w:hAnsi="Times New Roman" w:eastAsia="Times New Roman" w:cs="Times New Roman"/>
          <w:sz w:val="24"/>
        </w:rPr>
        <w:t>Print</w:t>
      </w:r>
      <w:r>
        <w:rPr>
          <w:rFonts w:ascii="Times New Roman" w:hAnsi="Times New Roman" w:eastAsia="Times New Roman" w:cs="Times New Roman"/>
          <w:sz w:val="24"/>
        </w:rPr>
        <w:t xml:space="preserve"> </w:t>
      </w:r>
      <w:r>
        <w:rPr>
          <w:rFonts w:ascii="Times New Roman" w:hAnsi="Times New Roman" w:eastAsia="Times New Roman" w:cs="Times New Roman"/>
          <w:sz w:val="24"/>
        </w:rPr>
        <w:t>Name</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