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Health Record Amendment Request</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of employer] [name of group health plan] (the “Plan”) </w:t>
      </w:r>
      <w:r>
        <w:rPr>
          <w:rFonts w:ascii="Times New Roman" w:hAnsi="Times New Roman" w:eastAsia="Times New Roman" w:cs="Times New Roman"/>
          <w:sz w:val="24"/>
        </w:rPr>
        <w:br/>
      </w:r>
      <w:r>
        <w:rPr>
          <w:rFonts w:ascii="Times New Roman" w:hAnsi="Times New Roman" w:eastAsia="Times New Roman" w:cs="Times New Roman"/>
          <w:b/>
          <w:sz w:val="24"/>
        </w:rPr>
        <w:t xml:space="preserve">Request for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Amendment of Your Health Record</w:t>
      </w:r>
    </w:p>
    <w:p>
      <w:pPr>
        <w:keepNext w:val="0"/>
        <w:spacing w:before="120" w:after="0" w:line="260" w:lineRule="exact"/>
        <w:ind w:left="720" w:right="0" w:firstLine="0"/>
        <w:jc w:val="left"/>
      </w:pPr>
      <w:r>
        <w:rPr>
          <w:rFonts w:ascii="Times New Roman" w:hAnsi="Times New Roman" w:eastAsia="Times New Roman" w:cs="Times New Roman"/>
          <w:b/>
          <w:sz w:val="24"/>
        </w:rPr>
        <w:t>Purpose of form: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Use this form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your “Protected Health Information” (as defined in the Health Insurance Portability and Accountability Act of 1996, as amended (HIPAA)) made over the past six years by, or on behalf of, the Plan. If you are requesting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Plan’s record of your health information, please be aware that we cannot amend records we did not create, and we will only amend records that are found to be inaccurate. Please attach any information you have to support your request.</w:t>
      </w:r>
    </w:p>
    <w:p>
      <w:pPr>
        <w:keepNext w:val="0"/>
        <w:spacing w:before="200" w:after="0" w:line="260" w:lineRule="exact"/>
        <w:ind w:left="720" w:right="0" w:firstLine="0"/>
        <w:jc w:val="both"/>
      </w:pPr>
      <w:r>
        <w:rPr>
          <w:rFonts w:ascii="Times New Roman" w:hAnsi="Times New Roman" w:eastAsia="Times New Roman" w:cs="Times New Roman"/>
          <w:b w:val="0"/>
          <w:sz w:val="24"/>
        </w:rPr>
        <w:t>I (participant’s name) ______________________________ am asking for the following amendment to the record of my health information (be specific):</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 (use attached sheets if necessary)</w:t>
      </w:r>
    </w:p>
    <w:p>
      <w:pPr>
        <w:keepNext w:val="0"/>
        <w:spacing w:before="200" w:after="0" w:line="260" w:lineRule="exact"/>
        <w:ind w:left="720" w:right="0" w:firstLine="0"/>
        <w:jc w:val="both"/>
      </w:pPr>
      <w:r>
        <w:rPr>
          <w:rFonts w:ascii="Times New Roman" w:hAnsi="Times New Roman" w:eastAsia="Times New Roman" w:cs="Times New Roman"/>
          <w:b w:val="0"/>
          <w:sz w:val="24"/>
        </w:rPr>
        <w:t>If the amendment is permissible, we will amend your record within 60 days after receiving your request. However, if we are unable to respond in that time, we will notify you of any needed extension.</w:t>
      </w:r>
    </w:p>
    <w:p>
      <w:pPr>
        <w:keepNext w:val="0"/>
        <w:spacing w:before="120" w:after="0" w:line="260" w:lineRule="exact"/>
        <w:ind w:left="720" w:right="0" w:firstLine="0"/>
        <w:jc w:val="left"/>
      </w:pPr>
      <w:r>
        <w:rPr>
          <w:rFonts w:ascii="Times New Roman" w:hAnsi="Times New Roman" w:eastAsia="Times New Roman" w:cs="Times New Roman"/>
          <w:b/>
          <w:sz w:val="24"/>
        </w:rPr>
        <w:t>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fill out the information requested below, sign and date the form, and return it to: [address]. If you have any questions about the form, please contact the Plan’s HIPAA Privacy Official at: [contact information]. If you are requesting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Plan’s record of your health information, please be aware that we cannot amend records we did not create, and we will only amend records that are found to be inaccurate. Please attach any information you have to support your request.</w:t>
      </w:r>
    </w:p>
    <w:p>
      <w:pPr>
        <w:keepNext w:val="0"/>
        <w:spacing w:before="120" w:after="0" w:line="260" w:lineRule="exact"/>
        <w:ind w:left="720" w:right="0" w:firstLine="0"/>
        <w:jc w:val="left"/>
      </w:pPr>
      <w:r>
        <w:rPr>
          <w:rFonts w:ascii="Times New Roman" w:hAnsi="Times New Roman" w:eastAsia="Times New Roman" w:cs="Times New Roman"/>
          <w:b/>
          <w:sz w:val="24"/>
        </w:rPr>
        <w:t>Client’s Right to Amend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request amendments to your information held in the Plan’s files.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your request within 60 days. If there are delays in getting you the answer, you will be told. The delay cannot be more than 30 days. 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in writing.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If you disagree with the answer, you can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saying how you would like your record to be changed. Company will keep this statement with your record.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Plan may write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your statement, which will also be placed in your record. You can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Anytime your record is shared, both your statement and our answer will be included, when relevant.</w:t>
      </w:r>
    </w:p>
    <w:p>
      <w:pPr>
        <w:keepNext w:val="0"/>
        <w:spacing w:before="120" w:after="0" w:line="260" w:lineRule="exact"/>
        <w:ind w:left="720" w:right="0" w:firstLine="0"/>
        <w:jc w:val="left"/>
      </w:pPr>
      <w:r>
        <w:rPr>
          <w:rFonts w:ascii="Times New Roman" w:hAnsi="Times New Roman" w:eastAsia="Times New Roman" w:cs="Times New Roman"/>
          <w:b/>
          <w:sz w:val="24"/>
        </w:rPr>
        <w:t>Fee.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cost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Protected Health Information in any 12-month period. If the Plan charges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for more frequent requests, you will be notified in advance of being charged and will be given the opportunity to withdraw or modify your request to avoid the fee.</w:t>
      </w:r>
    </w:p>
    <w:p>
      <w:pPr>
        <w:keepNext w:val="0"/>
        <w:spacing w:before="120" w:after="0" w:line="260" w:lineRule="exact"/>
        <w:ind w:left="720" w:right="0" w:firstLine="0"/>
        <w:jc w:val="left"/>
      </w:pPr>
      <w:r>
        <w:rPr>
          <w:rFonts w:ascii="Times New Roman" w:hAnsi="Times New Roman" w:eastAsia="Times New Roman" w:cs="Times New Roman"/>
          <w:b/>
          <w:sz w:val="24"/>
        </w:rPr>
        <w:t>Our records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are requesting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Plan’s record of your health information, please be aware that we cannot amend records we did not create, and we will only amend records that are found to be inaccurate. Please attach any information you have to support your request.</w:t>
      </w:r>
    </w:p>
    <w:p>
      <w:pPr>
        <w:keepNext w:val="0"/>
        <w:spacing w:before="120" w:after="0" w:line="260" w:lineRule="exact"/>
        <w:ind w:left="720" w:right="0" w:firstLine="0"/>
        <w:jc w:val="left"/>
      </w:pPr>
      <w:r>
        <w:rPr>
          <w:rFonts w:ascii="Times New Roman" w:hAnsi="Times New Roman" w:eastAsia="Times New Roman" w:cs="Times New Roman"/>
          <w:b/>
          <w:sz w:val="24"/>
        </w:rPr>
        <w:t>Amendment request: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By signing below, I request the Plan to provide me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all disclosures of my health information for which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such accounting under section 164.528, part 164, title 45 of the Code of Federal Regulations (45 C.F.R. § 164.528) and the policies of the Plan.</w:t>
      </w:r>
    </w:p>
    <w:p>
      <w:pPr>
        <w:keepNext w:val="0"/>
        <w:spacing w:before="200" w:after="0" w:line="260" w:lineRule="exact"/>
        <w:ind w:left="1080" w:right="0" w:firstLine="0"/>
        <w:jc w:val="both"/>
      </w:pPr>
      <w:r>
        <w:rPr>
          <w:rFonts w:ascii="Times New Roman" w:hAnsi="Times New Roman" w:eastAsia="Times New Roman" w:cs="Times New Roman"/>
          <w:b w:val="0"/>
          <w:sz w:val="24"/>
        </w:rPr>
        <w:t>Note that disclosures made over six years ago, disclosures made to carry out treatment, payment or health care operations, and certain other types of disclosures, may be excluded from the accounting.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asking for the following amendment to the record of my health information (be specific, 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attachment):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 (use attached sheets if necessary)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____________________ _____________________ </w:t>
      </w:r>
    </w:p>
    <w:p>
      <w:pPr>
        <w:keepNext w:val="0"/>
        <w:spacing w:before="60" w:after="0" w:line="260" w:lineRule="exact"/>
        <w:ind w:left="1080" w:right="0" w:firstLine="0"/>
        <w:jc w:val="both"/>
      </w:pPr>
      <w:r>
        <w:rPr>
          <w:rFonts w:ascii="Times New Roman" w:hAnsi="Times New Roman" w:eastAsia="Times New Roman" w:cs="Times New Roman"/>
          <w:b w:val="0"/>
          <w:sz w:val="24"/>
        </w:rPr>
        <w:t>Employee signature Date</w:t>
      </w:r>
    </w:p>
    <w:p>
      <w:pPr>
        <w:keepNext w:val="0"/>
        <w:spacing w:before="200" w:after="0" w:line="260" w:lineRule="exact"/>
        <w:ind w:left="720" w:right="0" w:firstLine="0"/>
        <w:jc w:val="both"/>
      </w:pPr>
      <w:r>
        <w:rPr>
          <w:rFonts w:ascii="Times New Roman" w:hAnsi="Times New Roman" w:eastAsia="Times New Roman" w:cs="Times New Roman"/>
          <w:b w:val="0"/>
          <w:sz w:val="24"/>
        </w:rPr>
        <w:t>My contact information is:</w:t>
      </w:r>
    </w:p>
    <w:p>
      <w:pPr>
        <w:keepNext w:val="0"/>
        <w:spacing w:before="200" w:after="0" w:line="260" w:lineRule="exact"/>
        <w:ind w:left="1080" w:right="0" w:firstLine="0"/>
        <w:jc w:val="both"/>
      </w:pPr>
      <w:r>
        <w:rPr>
          <w:rFonts w:ascii="Times New Roman" w:hAnsi="Times New Roman" w:eastAsia="Times New Roman" w:cs="Times New Roman"/>
          <w:b w:val="0"/>
          <w:sz w:val="24"/>
        </w:rPr>
        <w:t>Name: 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Address: 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Telephone: ____________________ (home/mobile) ____________________ (work)</w:t>
      </w:r>
    </w:p>
    <w:p>
      <w:pPr>
        <w:keepNext w:val="0"/>
        <w:spacing w:before="200" w:after="0" w:line="260" w:lineRule="exact"/>
        <w:ind w:left="1080" w:right="0" w:firstLine="0"/>
        <w:jc w:val="both"/>
      </w:pPr>
      <w:r>
        <w:rPr>
          <w:rFonts w:ascii="Times New Roman" w:hAnsi="Times New Roman" w:eastAsia="Times New Roman" w:cs="Times New Roman"/>
          <w:b w:val="0"/>
          <w:sz w:val="24"/>
        </w:rPr>
        <w:t>Signature: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For Plan use only:</w:t>
      </w:r>
    </w:p>
    <w:p>
      <w:pPr>
        <w:keepNext w:val="0"/>
        <w:spacing w:before="200" w:after="0" w:line="260" w:lineRule="exact"/>
        <w:ind w:left="720" w:right="0" w:firstLine="0"/>
        <w:jc w:val="both"/>
      </w:pPr>
      <w:r>
        <w:rPr>
          <w:rFonts w:ascii="Times New Roman" w:hAnsi="Times New Roman" w:eastAsia="Times New Roman" w:cs="Times New Roman"/>
          <w:b w:val="0"/>
          <w:sz w:val="24"/>
        </w:rPr>
        <w:t>Received by:</w:t>
      </w:r>
    </w:p>
    <w:p>
      <w:pPr>
        <w:keepNext w:val="0"/>
        <w:spacing w:before="200" w:after="0" w:line="260" w:lineRule="exact"/>
        <w:ind w:left="720" w:right="0" w:firstLine="0"/>
        <w:jc w:val="both"/>
      </w:pPr>
      <w:r>
        <w:rPr>
          <w:rFonts w:ascii="Times New Roman" w:hAnsi="Times New Roman" w:eastAsia="Times New Roman" w:cs="Times New Roman"/>
          <w:b w:val="0"/>
          <w:sz w:val="24"/>
        </w:rPr>
        <w:t>Signature: 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Print name: 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Date received: 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Method of receipt (e.g., U.S. mail, delivery service, by hand):</w:t>
      </w:r>
    </w:p>
    <w:p>
      <w:pPr>
        <w:keepNext w:val="0"/>
        <w:spacing w:before="200" w:after="0" w:line="260" w:lineRule="exact"/>
        <w:ind w:left="720" w:right="0" w:firstLine="0"/>
        <w:jc w:val="both"/>
      </w:pPr>
      <w:r>
        <w:rPr>
          <w:rFonts w:ascii="Times New Roman" w:hAnsi="Times New Roman" w:eastAsia="Times New Roman" w:cs="Times New Roman"/>
          <w:b w:val="0"/>
          <w:sz w:val="24"/>
        </w:rPr>
        <w:t>Your request has been: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 Approved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 Denied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 Delayed. If delayed, we will act on your request by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