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HIPAA Letter to Insurer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and address of Insurer or HMO provider]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Re: [company name] responsibilities under the Health Insurance Portability and Accountability Act of 1996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[name of insurer or HMO]: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documents that the [plan name and other identifying insurance information] (Plan)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fully insured medical plan of [insurer or HMO name] issued to [company name]. Consequently, pursuant to the Privacy Rule of the Health Insurance Portability and Accountability Act of 1996 as amended (“HIPAA”), 45 C.F.R. Parts 160, 162 and 164, [insurer or HMO name] is fully responsible for the Plan’s compliance with the HIPAA Privacy Rule, including provision of the Notice of Privacy Practices to Plan participants.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call the undersigned to confirm this situation and advise whether there are any HIPAA-related aspects of our benefit administration of which [company name] and its personnel and contractors should be aware.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and title of Human Resources or other Company personnel]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