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LexisNexis(R) Forms FORM 260-49.03-1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Compliance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Letter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Pennsylvania</w:t>
      </w:r>
    </w:p>
    <w:p>
      <w:pPr>
        <w:keepNext w:val="0"/>
        <w:spacing w:after="0" w:line="240" w:lineRule="exact"/>
        <w:ind w:right="0"/>
        <w:jc w:val="both"/>
      </w:pPr>
    </w:p>
    <w:p>
      <w:pPr>
        <w:keepNext/>
        <w:spacing w:before="240" w:after="0" w:line="34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FORM 49.03-1 Letter to Insurers and HMOs Form</w:t>
      </w:r>
    </w:p>
    <w:p>
      <w:pPr>
        <w:spacing w:line="60" w:lineRule="exact"/>
      </w:pPr>
    </w:p>
    <w:p>
      <w:pPr/>
    </w:p>
    <w:p>
      <w:pPr/>
    </w:p>
    <w:p>
      <w:pPr>
        <w:keepNext w:val="0"/>
        <w:spacing w:before="24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to Insurers and HMOs</w:t>
      </w:r>
    </w:p>
    <w:p>
      <w:pPr>
        <w:keepNext w:val="0"/>
        <w:spacing w:before="24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date</w:t>
      </w:r>
      <w:r>
        <w:rPr>
          <w:rFonts w:ascii="Times New Roman" w:hAnsi="Times New Roman" w:eastAsia="Times New Roman" w:cs="Times New Roman"/>
          <w:b/>
          <w:sz w:val="24"/>
        </w:rPr>
        <w:t>]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name and address of Insurer or HMO provider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Re: </w:t>
      </w: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Dear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documents that our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Plan (Plan No.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fully-insured medical plan of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Consequently, pursuant to the Privacy Rule of the Health Insurance Portability and Accountability Act of 1996 as amended (“HIPAA”), 45 C.F.R. Parts 160, 162 and 164,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is fully responsible for Privacy Rule compliance of the Plan, including the Notice of Privacy Practices and Privacy Rule compliance.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call the undersigned to confirm this situation and advise whether there are any HIPAA-related aspects of our benefit administration of which </w:t>
      </w: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should be aware.</w:t>
      </w:r>
    </w:p>
    <w:p>
      <w:pPr>
        <w:keepNext w:val="0"/>
        <w:spacing w:before="20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Dunlap-Hanna Pennsylvania Forms</w:t>
      </w:r>
    </w:p>
    <w:p>
      <w:pPr>
        <w:keepNext w:val="0"/>
        <w:spacing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Copyright 2022,  Matthew Bender &amp; Company, Inc.,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LexisNexis Group.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