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Request for Accounting of Disclosures of Protected Health Information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employer] [name of group health plan] (the “Plan”)</w:t>
      </w:r>
      <w:r>
        <w:rPr>
          <w:rFonts w:ascii="Times New Roman" w:hAnsi="Times New Roman" w:eastAsia="Times New Roman" w:cs="Times New Roman"/>
          <w:sz w:val="24"/>
        </w:rPr>
        <w:br/>
      </w:r>
      <w:r>
        <w:rPr>
          <w:rFonts w:ascii="Times New Roman" w:hAnsi="Times New Roman" w:eastAsia="Times New Roman" w:cs="Times New Roman"/>
          <w:b/>
          <w:sz w:val="24"/>
        </w:rPr>
        <w:t xml:space="preserve">Request for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Accounting of Disclosures of Protected Health Information</w:t>
      </w:r>
    </w:p>
    <w:p>
      <w:pPr>
        <w:keepNext w:val="0"/>
        <w:spacing w:before="200" w:after="0" w:line="260" w:lineRule="exact"/>
        <w:ind w:left="360" w:right="0" w:firstLine="0"/>
        <w:jc w:val="both"/>
      </w:pPr>
      <w:r>
        <w:rPr>
          <w:rFonts w:ascii="Times New Roman" w:hAnsi="Times New Roman" w:eastAsia="Times New Roman" w:cs="Times New Roman"/>
          <w:b/>
          <w:sz w:val="24"/>
        </w:rPr>
        <w:t>Purpose of form:</w:t>
      </w:r>
      <w:r>
        <w:rPr>
          <w:rFonts w:ascii="Times New Roman" w:hAnsi="Times New Roman" w:eastAsia="Times New Roman" w:cs="Times New Roman"/>
          <w:b w:val="0"/>
          <w:sz w:val="24"/>
        </w:rPr>
        <w:t xml:space="preserve"> Use this form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certain disclosures of your “Protected Health Information” (as defined in the Health Insurance Portability and Accountability Act of 1996, as amended (“HIPAA”)) made over the past six years by, or on behalf of, the Plan. We will provide the accounting within 60 days after receipt of your request. However, if we are unable to respond in that time, we will notify you of any needed extension.</w:t>
      </w:r>
    </w:p>
    <w:p>
      <w:pPr>
        <w:keepNext w:val="0"/>
        <w:spacing w:before="200" w:after="0" w:line="260" w:lineRule="exact"/>
        <w:ind w:left="360" w:right="0" w:firstLine="0"/>
        <w:jc w:val="both"/>
      </w:pPr>
      <w:r>
        <w:rPr>
          <w:rFonts w:ascii="Times New Roman" w:hAnsi="Times New Roman" w:eastAsia="Times New Roman" w:cs="Times New Roman"/>
          <w:b/>
          <w:sz w:val="24"/>
        </w:rPr>
        <w:t>Instructions:</w:t>
      </w:r>
      <w:r>
        <w:rPr>
          <w:rFonts w:ascii="Times New Roman" w:hAnsi="Times New Roman" w:eastAsia="Times New Roman" w:cs="Times New Roman"/>
          <w:b w:val="0"/>
          <w:sz w:val="24"/>
        </w:rPr>
        <w:t xml:space="preserve"> Please fill out the information requested below, sign and date the form, and return it to: [address]. If you have any questions regarding the form, please contact the Plan’s HIPAA Privacy Official at: [contact information]</w:t>
      </w:r>
    </w:p>
    <w:p>
      <w:pPr>
        <w:keepNext w:val="0"/>
        <w:spacing w:before="200" w:after="0" w:line="260" w:lineRule="exact"/>
        <w:ind w:left="360" w:right="0" w:firstLine="0"/>
        <w:jc w:val="both"/>
      </w:pPr>
      <w:r>
        <w:rPr>
          <w:rFonts w:ascii="Times New Roman" w:hAnsi="Times New Roman" w:eastAsia="Times New Roman" w:cs="Times New Roman"/>
          <w:b/>
          <w:sz w:val="24"/>
        </w:rPr>
        <w:t>Fee.</w:t>
      </w:r>
      <w:r>
        <w:rPr>
          <w:rFonts w:ascii="Times New Roman" w:hAnsi="Times New Roman" w:eastAsia="Times New Roman" w:cs="Times New Roman"/>
          <w:b w:val="0"/>
          <w:sz w:val="24"/>
        </w:rPr>
        <w:t xml:space="preserve"> There is no cost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Protected Health Information in any 12-month period. If the Plan charges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for more frequent requests, you will be notified in advance of being charged and will be given the opportunity to withdraw or modify your request to avoid the fee.</w:t>
      </w:r>
    </w:p>
    <w:p>
      <w:pPr>
        <w:keepNext w:val="0"/>
        <w:spacing w:before="200" w:after="0" w:line="260" w:lineRule="exact"/>
        <w:ind w:left="360" w:right="0" w:firstLine="0"/>
        <w:jc w:val="both"/>
      </w:pPr>
      <w:r>
        <w:rPr>
          <w:rFonts w:ascii="Times New Roman" w:hAnsi="Times New Roman" w:eastAsia="Times New Roman" w:cs="Times New Roman"/>
          <w:b/>
          <w:sz w:val="24"/>
        </w:rPr>
        <w:t>Accounting request: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By signing below, I request the Plan to provide me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all disclosures of my health information for which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such accounting under section 164.528, part 164, title 45 of the Code of Federal Regulations and the policies of the Plan.</w:t>
      </w:r>
    </w:p>
    <w:p>
      <w:pPr>
        <w:keepNext w:val="0"/>
        <w:spacing w:before="200" w:after="0" w:line="260" w:lineRule="exact"/>
        <w:ind w:left="720" w:right="0" w:firstLine="0"/>
        <w:jc w:val="both"/>
      </w:pPr>
      <w:r>
        <w:rPr>
          <w:rFonts w:ascii="Times New Roman" w:hAnsi="Times New Roman" w:eastAsia="Times New Roman" w:cs="Times New Roman"/>
          <w:b w:val="0"/>
          <w:sz w:val="24"/>
        </w:rPr>
        <w:t>Note that disclosures made over six years ago, disclosures made to carry out treatment, payment or health care operations, and certain other types of disclosures, may be excluded from the accounting.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specific portion of my health information about which I wish the Plan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disclosures is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contact information is:</w:t>
      </w:r>
    </w:p>
    <w:p>
      <w:pPr>
        <w:keepNext w:val="0"/>
        <w:spacing w:before="200" w:after="0" w:line="260" w:lineRule="exact"/>
        <w:ind w:left="720" w:right="0" w:firstLine="0"/>
        <w:jc w:val="both"/>
      </w:pPr>
      <w:r>
        <w:rPr>
          <w:rFonts w:ascii="Times New Roman" w:hAnsi="Times New Roman" w:eastAsia="Times New Roman" w:cs="Times New Roman"/>
          <w:b w:val="0"/>
          <w:sz w:val="24"/>
        </w:rPr>
        <w:t>Name:</w:t>
        <w:tab/>
        <w:t>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Address: </w:t>
        <w:tab/>
        <w:t>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Telephone: ____________________ (home/mobile) ____________________ (work)</w:t>
      </w:r>
    </w:p>
    <w:p>
      <w:pPr>
        <w:keepNext w:val="0"/>
        <w:spacing w:before="200" w:after="0" w:line="260" w:lineRule="exact"/>
        <w:ind w:left="720" w:right="0" w:firstLine="0"/>
        <w:jc w:val="both"/>
      </w:pPr>
      <w:r>
        <w:rPr>
          <w:rFonts w:ascii="Times New Roman" w:hAnsi="Times New Roman" w:eastAsia="Times New Roman" w:cs="Times New Roman"/>
          <w:b w:val="0"/>
          <w:sz w:val="24"/>
        </w:rPr>
        <w:t>Signature: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