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TOPICS TO BE DISCUSSED:</w:t>
      </w:r>
    </w:p>
    <w:p>
      <w:pPr/>
      <w:r>
        <w:rPr>
          <w:rFonts w:ascii="Times New Roman" w:hAnsi="Times New Roman" w:eastAsia="Times New Roman" w:cs="Times New Roman"/>
          <w:sz w:val="24"/>
        </w:rPr>
        <w:t>[OPENING]</w:t>
      </w:r>
    </w:p>
    <w:p>
      <w:pPr/>
      <w:r>
        <w:rPr>
          <w:rFonts w:ascii="Times New Roman" w:hAnsi="Times New Roman" w:eastAsia="Times New Roman" w:cs="Times New Roman"/>
          <w:sz w:val="24"/>
        </w:rPr>
        <w:t>[INTRODUCTION]</w:t>
      </w:r>
    </w:p>
    <w:p>
      <w:pPr/>
      <w:r>
        <w:rPr>
          <w:rFonts w:ascii="Times New Roman" w:hAnsi="Times New Roman" w:eastAsia="Times New Roman" w:cs="Times New Roman"/>
          <w:sz w:val="24"/>
        </w:rPr>
        <w:t>[MEETING GOALS]</w:t>
      </w:r>
    </w:p>
    <w:p>
      <w:pPr/>
      <w:r>
        <w:rPr>
          <w:rFonts w:ascii="Times New Roman" w:hAnsi="Times New Roman" w:eastAsia="Times New Roman" w:cs="Times New Roman"/>
          <w:sz w:val="24"/>
        </w:rPr>
        <w:t>[ATTENDANCE]</w:t>
      </w:r>
    </w:p>
    <w:p>
      <w:pPr/>
      <w:r>
        <w:rPr>
          <w:rFonts w:ascii="Times New Roman" w:hAnsi="Times New Roman" w:eastAsia="Times New Roman" w:cs="Times New Roman"/>
          <w:sz w:val="24"/>
        </w:rPr>
        <w:t>[RECORD PRESENT ATTENDEES]</w:t>
      </w:r>
    </w:p>
    <w:p>
      <w:pPr/>
      <w:r>
        <w:rPr>
          <w:rFonts w:ascii="Times New Roman" w:hAnsi="Times New Roman" w:eastAsia="Times New Roman" w:cs="Times New Roman"/>
          <w:sz w:val="24"/>
        </w:rPr>
        <w:t>[RECORD NOTABLE ABSENTEES]</w:t>
      </w:r>
    </w:p>
    <w:p>
      <w:pPr/>
      <w:r>
        <w:rPr>
          <w:rFonts w:ascii="Times New Roman" w:hAnsi="Times New Roman" w:eastAsia="Times New Roman" w:cs="Times New Roman"/>
          <w:sz w:val="24"/>
        </w:rPr>
        <w:t>[AGENDA APPROVAL]</w:t>
      </w:r>
    </w:p>
    <w:p>
      <w:pPr/>
      <w:r>
        <w:rPr>
          <w:rFonts w:ascii="Times New Roman" w:hAnsi="Times New Roman" w:eastAsia="Times New Roman" w:cs="Times New Roman"/>
          <w:sz w:val="24"/>
        </w:rPr>
        <w:t>[REVIEW AGENDA]</w:t>
      </w:r>
    </w:p>
    <w:p>
      <w:pPr/>
      <w:r>
        <w:rPr>
          <w:rFonts w:ascii="Times New Roman" w:hAnsi="Times New Roman" w:eastAsia="Times New Roman" w:cs="Times New Roman"/>
          <w:sz w:val="24"/>
        </w:rPr>
        <w:t>[REQUESTS FOR ADDITIONS]</w:t>
      </w:r>
    </w:p>
    <w:p>
      <w:pPr/>
      <w:r>
        <w:rPr>
          <w:rFonts w:ascii="Times New Roman" w:hAnsi="Times New Roman" w:eastAsia="Times New Roman" w:cs="Times New Roman"/>
          <w:sz w:val="24"/>
        </w:rPr>
        <w:t>[VOTE TO APPROVE AGENDA]</w:t>
      </w:r>
    </w:p>
    <w:p>
      <w:pPr/>
      <w:r>
        <w:rPr>
          <w:rFonts w:ascii="Times New Roman" w:hAnsi="Times New Roman" w:eastAsia="Times New Roman" w:cs="Times New Roman"/>
          <w:sz w:val="24"/>
        </w:rPr>
        <w:t>[PREVIOUS MEETING MINUTES]</w:t>
      </w:r>
    </w:p>
    <w:p>
      <w:pPr/>
      <w:r>
        <w:rPr>
          <w:rFonts w:ascii="Times New Roman" w:hAnsi="Times New Roman" w:eastAsia="Times New Roman" w:cs="Times New Roman"/>
          <w:sz w:val="24"/>
        </w:rPr>
        <w:t>[DISTRIBUTE PREVIOUS MEETING MINUTES]</w:t>
      </w:r>
    </w:p>
    <w:p>
      <w:pPr/>
      <w:r>
        <w:rPr>
          <w:rFonts w:ascii="Times New Roman" w:hAnsi="Times New Roman" w:eastAsia="Times New Roman" w:cs="Times New Roman"/>
          <w:sz w:val="24"/>
        </w:rPr>
        <w:t>[VOTE TO APPROVE MINUTES]</w:t>
      </w:r>
    </w:p>
    <w:p>
      <w:pPr/>
      <w:r>
        <w:rPr>
          <w:rFonts w:ascii="Times New Roman" w:hAnsi="Times New Roman" w:eastAsia="Times New Roman" w:cs="Times New Roman"/>
          <w:sz w:val="24"/>
        </w:rPr>
        <w:t>[RECRUITMENT]</w:t>
      </w:r>
    </w:p>
    <w:p>
      <w:pPr/>
      <w:r>
        <w:rPr>
          <w:rFonts w:ascii="Times New Roman" w:hAnsi="Times New Roman" w:eastAsia="Times New Roman" w:cs="Times New Roman"/>
          <w:sz w:val="24"/>
        </w:rPr>
        <w:t>[HIGHLIGHT NEW HIRES]</w:t>
      </w:r>
    </w:p>
    <w:p>
      <w:pPr/>
      <w:r>
        <w:rPr>
          <w:rFonts w:ascii="Times New Roman" w:hAnsi="Times New Roman" w:eastAsia="Times New Roman" w:cs="Times New Roman"/>
          <w:sz w:val="24"/>
        </w:rPr>
        <w:t>[REVIEW CURRENT OPENINGS]</w:t>
      </w:r>
    </w:p>
    <w:p>
      <w:pPr/>
      <w:r>
        <w:rPr>
          <w:rFonts w:ascii="Times New Roman" w:hAnsi="Times New Roman" w:eastAsia="Times New Roman" w:cs="Times New Roman"/>
          <w:sz w:val="24"/>
        </w:rPr>
        <w:t>[PAYROLL]</w:t>
      </w:r>
    </w:p>
    <w:p>
      <w:pPr/>
      <w:r>
        <w:rPr>
          <w:rFonts w:ascii="Times New Roman" w:hAnsi="Times New Roman" w:eastAsia="Times New Roman" w:cs="Times New Roman"/>
          <w:sz w:val="24"/>
        </w:rPr>
        <w:t>[REVIEW PAYROLL UPDATES AND ISSUES]</w:t>
      </w:r>
    </w:p>
    <w:p>
      <w:pPr/>
      <w:r>
        <w:rPr>
          <w:rFonts w:ascii="Times New Roman" w:hAnsi="Times New Roman" w:eastAsia="Times New Roman" w:cs="Times New Roman"/>
          <w:sz w:val="24"/>
        </w:rPr>
        <w:t>[BENEFITS]</w:t>
      </w:r>
    </w:p>
    <w:p>
      <w:pPr/>
      <w:r>
        <w:rPr>
          <w:rFonts w:ascii="Times New Roman" w:hAnsi="Times New Roman" w:eastAsia="Times New Roman" w:cs="Times New Roman"/>
          <w:sz w:val="24"/>
        </w:rPr>
        <w:t>[REVIEW BENEFITS UPDATES AND ISSUES]</w:t>
      </w:r>
    </w:p>
    <w:p>
      <w:pPr/>
      <w:r>
        <w:rPr>
          <w:rFonts w:ascii="Times New Roman" w:hAnsi="Times New Roman" w:eastAsia="Times New Roman" w:cs="Times New Roman"/>
          <w:sz w:val="24"/>
        </w:rPr>
        <w:t>[PROFESSIONAL DEVELOPMENT]</w:t>
      </w:r>
    </w:p>
    <w:p>
      <w:pPr/>
      <w:r>
        <w:rPr>
          <w:rFonts w:ascii="Times New Roman" w:hAnsi="Times New Roman" w:eastAsia="Times New Roman" w:cs="Times New Roman"/>
          <w:sz w:val="24"/>
        </w:rPr>
        <w:t>[ONGOING STAFF TRAINING]</w:t>
      </w:r>
    </w:p>
    <w:p>
      <w:pPr/>
      <w:r>
        <w:rPr>
          <w:rFonts w:ascii="Times New Roman" w:hAnsi="Times New Roman" w:eastAsia="Times New Roman" w:cs="Times New Roman"/>
          <w:sz w:val="24"/>
        </w:rPr>
        <w:t>[UPCOMING PROFESSIONAL DEVELOPMENT ACTIVITIES]</w:t>
      </w:r>
    </w:p>
    <w:p>
      <w:pPr/>
      <w:r>
        <w:rPr>
          <w:rFonts w:ascii="Times New Roman" w:hAnsi="Times New Roman" w:eastAsia="Times New Roman" w:cs="Times New Roman"/>
          <w:sz w:val="24"/>
        </w:rPr>
        <w:t>[INCIDENT REPORTS]</w:t>
      </w:r>
    </w:p>
    <w:p>
      <w:pPr/>
      <w:r>
        <w:rPr>
          <w:rFonts w:ascii="Times New Roman" w:hAnsi="Times New Roman" w:eastAsia="Times New Roman" w:cs="Times New Roman"/>
          <w:sz w:val="24"/>
        </w:rPr>
        <w:t>[REVIEW INCIDENT REPORTS SINCE PREVIOUS MEETING]</w:t>
      </w:r>
    </w:p>
    <w:p>
      <w:pPr/>
      <w:r>
        <w:rPr>
          <w:rFonts w:ascii="Times New Roman" w:hAnsi="Times New Roman" w:eastAsia="Times New Roman" w:cs="Times New Roman"/>
          <w:sz w:val="24"/>
        </w:rPr>
        <w:t>[OTHER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 OTHER ITEMS OF BUSINESS]</w:t>
      </w:r>
    </w:p>
    <w:p>
      <w:pPr/>
      <w:r>
        <w:rPr>
          <w:rFonts w:ascii="Times New Roman" w:hAnsi="Times New Roman" w:eastAsia="Times New Roman" w:cs="Times New Roman"/>
          <w:sz w:val="24"/>
        </w:rPr>
        <w:t>[ADJOURNMENT]</w:t>
      </w:r>
    </w:p>
    <w:p>
      <w:pPr/>
      <w:r>
        <w:rPr>
          <w:rFonts w:ascii="Times New Roman" w:hAnsi="Times New Roman" w:eastAsia="Times New Roman" w:cs="Times New Roman"/>
          <w:sz w:val="24"/>
        </w:rPr>
        <w:t>[MEETING LEADER APPROVES MEETING MINUTES]</w:t>
      </w:r>
    </w:p>
    <w:p>
      <w:pPr>
        <w:spacing w:before="40" w:after="40"/>
      </w:pPr>
      <w:r>
        <w:rPr>
          <w:rFonts w:ascii="Times New Roman" w:hAnsi="Times New Roman" w:eastAsia="Times New Roman" w:cs="Times New Roman"/>
          <w:sz w:val="24"/>
        </w:rPr>
        <w:t>[MEETING LEADER ENDS MEETING]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