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rFonts w:ascii="Times New Roman" w:hAnsi="Times New Roman" w:eastAsia="Times New Roman" w:cs="Times New Roman"/>
          <w:b/>
          <w:sz w:val="24"/>
        </w:rPr>
        <w:t>HAWAII 5-DAY NOTICE TO QUIT (NUISANCE)</w:t>
      </w:r>
    </w:p>
    <w:p>
      <w:pPr>
        <w:jc w:val="center"/>
      </w:pPr>
      <w:r>
        <w:rPr>
          <w:rFonts w:ascii="Times New Roman" w:hAnsi="Times New Roman" w:eastAsia="Times New Roman" w:cs="Times New Roman"/>
          <w:sz w:val="24"/>
        </w:rPr>
        <w:t>(CURABLE ONLY WITHIN 24 HOURS)</w:t>
      </w:r>
    </w:p>
    <w:p>
      <w:pPr>
        <w:jc w:val="center"/>
      </w:pPr>
    </w:p>
    <w:p>
      <w:pPr/>
      <w:r>
        <w:rPr>
          <w:rFonts w:ascii="Times New Roman" w:hAnsi="Times New Roman" w:eastAsia="Times New Roman" w:cs="Times New Roman"/>
          <w:sz w:val="24"/>
        </w:rPr>
        <w:t>State of Hawaii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County of ______________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Tenant(s) _____________________, _____________________, 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_____________________, _____________________, and all other occupants.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Address __________________________________________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Apt/Suite __________________________________________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City _____________________ State _____________________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Y</w:t>
      </w:r>
      <w:r>
        <w:rPr>
          <w:rFonts w:ascii="Times New Roman" w:hAnsi="Times New Roman" w:eastAsia="Times New Roman" w:cs="Times New Roman"/>
          <w:sz w:val="24"/>
        </w:rPr>
        <w:t>o</w:t>
      </w:r>
      <w:r>
        <w:rPr>
          <w:rFonts w:ascii="Times New Roman" w:hAnsi="Times New Roman" w:eastAsia="Times New Roman" w:cs="Times New Roman"/>
          <w:sz w:val="24"/>
        </w:rPr>
        <w:t>u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a</w:t>
      </w:r>
      <w:r>
        <w:rPr>
          <w:rFonts w:ascii="Times New Roman" w:hAnsi="Times New Roman" w:eastAsia="Times New Roman" w:cs="Times New Roman"/>
          <w:sz w:val="24"/>
        </w:rPr>
        <w:t>r</w:t>
      </w:r>
      <w:r>
        <w:rPr>
          <w:rFonts w:ascii="Times New Roman" w:hAnsi="Times New Roman" w:eastAsia="Times New Roman" w:cs="Times New Roman"/>
          <w:sz w:val="24"/>
        </w:rPr>
        <w:t>e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h</w:t>
      </w:r>
      <w:r>
        <w:rPr>
          <w:rFonts w:ascii="Times New Roman" w:hAnsi="Times New Roman" w:eastAsia="Times New Roman" w:cs="Times New Roman"/>
          <w:sz w:val="24"/>
        </w:rPr>
        <w:t>e</w:t>
      </w:r>
      <w:r>
        <w:rPr>
          <w:rFonts w:ascii="Times New Roman" w:hAnsi="Times New Roman" w:eastAsia="Times New Roman" w:cs="Times New Roman"/>
          <w:sz w:val="24"/>
        </w:rPr>
        <w:t>r</w:t>
      </w:r>
      <w:r>
        <w:rPr>
          <w:rFonts w:ascii="Times New Roman" w:hAnsi="Times New Roman" w:eastAsia="Times New Roman" w:cs="Times New Roman"/>
          <w:sz w:val="24"/>
        </w:rPr>
        <w:t>e</w:t>
      </w:r>
      <w:r>
        <w:rPr>
          <w:rFonts w:ascii="Times New Roman" w:hAnsi="Times New Roman" w:eastAsia="Times New Roman" w:cs="Times New Roman"/>
          <w:sz w:val="24"/>
        </w:rPr>
        <w:t>b</w:t>
      </w:r>
      <w:r>
        <w:rPr>
          <w:rFonts w:ascii="Times New Roman" w:hAnsi="Times New Roman" w:eastAsia="Times New Roman" w:cs="Times New Roman"/>
          <w:sz w:val="24"/>
        </w:rPr>
        <w:t>y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n</w:t>
      </w:r>
      <w:r>
        <w:rPr>
          <w:rFonts w:ascii="Times New Roman" w:hAnsi="Times New Roman" w:eastAsia="Times New Roman" w:cs="Times New Roman"/>
          <w:sz w:val="24"/>
        </w:rPr>
        <w:t>o</w:t>
      </w:r>
      <w:r>
        <w:rPr>
          <w:rFonts w:ascii="Times New Roman" w:hAnsi="Times New Roman" w:eastAsia="Times New Roman" w:cs="Times New Roman"/>
          <w:sz w:val="24"/>
        </w:rPr>
        <w:t>t</w:t>
      </w:r>
      <w:r>
        <w:rPr>
          <w:rFonts w:ascii="Times New Roman" w:hAnsi="Times New Roman" w:eastAsia="Times New Roman" w:cs="Times New Roman"/>
          <w:sz w:val="24"/>
        </w:rPr>
        <w:t>i</w:t>
      </w:r>
      <w:r>
        <w:rPr>
          <w:rFonts w:ascii="Times New Roman" w:hAnsi="Times New Roman" w:eastAsia="Times New Roman" w:cs="Times New Roman"/>
          <w:sz w:val="24"/>
        </w:rPr>
        <w:t>f</w:t>
      </w:r>
      <w:r>
        <w:rPr>
          <w:rFonts w:ascii="Times New Roman" w:hAnsi="Times New Roman" w:eastAsia="Times New Roman" w:cs="Times New Roman"/>
          <w:sz w:val="24"/>
        </w:rPr>
        <w:t>i</w:t>
      </w:r>
      <w:r>
        <w:rPr>
          <w:rFonts w:ascii="Times New Roman" w:hAnsi="Times New Roman" w:eastAsia="Times New Roman" w:cs="Times New Roman"/>
          <w:sz w:val="24"/>
        </w:rPr>
        <w:t>e</w:t>
      </w:r>
      <w:r>
        <w:rPr>
          <w:rFonts w:ascii="Times New Roman" w:hAnsi="Times New Roman" w:eastAsia="Times New Roman" w:cs="Times New Roman"/>
          <w:sz w:val="24"/>
        </w:rPr>
        <w:t>d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b</w:t>
      </w:r>
      <w:r>
        <w:rPr>
          <w:rFonts w:ascii="Times New Roman" w:hAnsi="Times New Roman" w:eastAsia="Times New Roman" w:cs="Times New Roman"/>
          <w:sz w:val="24"/>
        </w:rPr>
        <w:t>y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t</w:t>
      </w:r>
      <w:r>
        <w:rPr>
          <w:rFonts w:ascii="Times New Roman" w:hAnsi="Times New Roman" w:eastAsia="Times New Roman" w:cs="Times New Roman"/>
          <w:sz w:val="24"/>
        </w:rPr>
        <w:t>h</w:t>
      </w:r>
      <w:r>
        <w:rPr>
          <w:rFonts w:ascii="Times New Roman" w:hAnsi="Times New Roman" w:eastAsia="Times New Roman" w:cs="Times New Roman"/>
          <w:sz w:val="24"/>
        </w:rPr>
        <w:t>e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u</w:t>
      </w:r>
      <w:r>
        <w:rPr>
          <w:rFonts w:ascii="Times New Roman" w:hAnsi="Times New Roman" w:eastAsia="Times New Roman" w:cs="Times New Roman"/>
          <w:sz w:val="24"/>
        </w:rPr>
        <w:t>n</w:t>
      </w:r>
      <w:r>
        <w:rPr>
          <w:rFonts w:ascii="Times New Roman" w:hAnsi="Times New Roman" w:eastAsia="Times New Roman" w:cs="Times New Roman"/>
          <w:sz w:val="24"/>
        </w:rPr>
        <w:t>d</w:t>
      </w:r>
      <w:r>
        <w:rPr>
          <w:rFonts w:ascii="Times New Roman" w:hAnsi="Times New Roman" w:eastAsia="Times New Roman" w:cs="Times New Roman"/>
          <w:sz w:val="24"/>
        </w:rPr>
        <w:t>e</w:t>
      </w:r>
      <w:r>
        <w:rPr>
          <w:rFonts w:ascii="Times New Roman" w:hAnsi="Times New Roman" w:eastAsia="Times New Roman" w:cs="Times New Roman"/>
          <w:sz w:val="24"/>
        </w:rPr>
        <w:t>r</w:t>
      </w:r>
      <w:r>
        <w:rPr>
          <w:rFonts w:ascii="Times New Roman" w:hAnsi="Times New Roman" w:eastAsia="Times New Roman" w:cs="Times New Roman"/>
          <w:sz w:val="24"/>
        </w:rPr>
        <w:t>s</w:t>
      </w:r>
      <w:r>
        <w:rPr>
          <w:rFonts w:ascii="Times New Roman" w:hAnsi="Times New Roman" w:eastAsia="Times New Roman" w:cs="Times New Roman"/>
          <w:sz w:val="24"/>
        </w:rPr>
        <w:t>i</w:t>
      </w:r>
      <w:r>
        <w:rPr>
          <w:rFonts w:ascii="Times New Roman" w:hAnsi="Times New Roman" w:eastAsia="Times New Roman" w:cs="Times New Roman"/>
          <w:sz w:val="24"/>
        </w:rPr>
        <w:t>g</w:t>
      </w:r>
      <w:r>
        <w:rPr>
          <w:rFonts w:ascii="Times New Roman" w:hAnsi="Times New Roman" w:eastAsia="Times New Roman" w:cs="Times New Roman"/>
          <w:sz w:val="24"/>
        </w:rPr>
        <w:t>n</w:t>
      </w:r>
      <w:r>
        <w:rPr>
          <w:rFonts w:ascii="Times New Roman" w:hAnsi="Times New Roman" w:eastAsia="Times New Roman" w:cs="Times New Roman"/>
          <w:sz w:val="24"/>
        </w:rPr>
        <w:t>e</w:t>
      </w:r>
      <w:r>
        <w:rPr>
          <w:rFonts w:ascii="Times New Roman" w:hAnsi="Times New Roman" w:eastAsia="Times New Roman" w:cs="Times New Roman"/>
          <w:sz w:val="24"/>
        </w:rPr>
        <w:t>d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L</w:t>
      </w:r>
      <w:r>
        <w:rPr>
          <w:rFonts w:ascii="Times New Roman" w:hAnsi="Times New Roman" w:eastAsia="Times New Roman" w:cs="Times New Roman"/>
          <w:sz w:val="24"/>
        </w:rPr>
        <w:t>a</w:t>
      </w:r>
      <w:r>
        <w:rPr>
          <w:rFonts w:ascii="Times New Roman" w:hAnsi="Times New Roman" w:eastAsia="Times New Roman" w:cs="Times New Roman"/>
          <w:sz w:val="24"/>
        </w:rPr>
        <w:t>n</w:t>
      </w:r>
      <w:r>
        <w:rPr>
          <w:rFonts w:ascii="Times New Roman" w:hAnsi="Times New Roman" w:eastAsia="Times New Roman" w:cs="Times New Roman"/>
          <w:sz w:val="24"/>
        </w:rPr>
        <w:t>d</w:t>
      </w:r>
      <w:r>
        <w:rPr>
          <w:rFonts w:ascii="Times New Roman" w:hAnsi="Times New Roman" w:eastAsia="Times New Roman" w:cs="Times New Roman"/>
          <w:sz w:val="24"/>
        </w:rPr>
        <w:t>l</w:t>
      </w:r>
      <w:r>
        <w:rPr>
          <w:rFonts w:ascii="Times New Roman" w:hAnsi="Times New Roman" w:eastAsia="Times New Roman" w:cs="Times New Roman"/>
          <w:sz w:val="24"/>
        </w:rPr>
        <w:t>o</w:t>
      </w:r>
      <w:r>
        <w:rPr>
          <w:rFonts w:ascii="Times New Roman" w:hAnsi="Times New Roman" w:eastAsia="Times New Roman" w:cs="Times New Roman"/>
          <w:sz w:val="24"/>
        </w:rPr>
        <w:t>r</w:t>
      </w:r>
      <w:r>
        <w:rPr>
          <w:rFonts w:ascii="Times New Roman" w:hAnsi="Times New Roman" w:eastAsia="Times New Roman" w:cs="Times New Roman"/>
          <w:sz w:val="24"/>
        </w:rPr>
        <w:t>d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t</w:t>
      </w:r>
      <w:r>
        <w:rPr>
          <w:rFonts w:ascii="Times New Roman" w:hAnsi="Times New Roman" w:eastAsia="Times New Roman" w:cs="Times New Roman"/>
          <w:sz w:val="24"/>
        </w:rPr>
        <w:t>h</w:t>
      </w:r>
      <w:r>
        <w:rPr>
          <w:rFonts w:ascii="Times New Roman" w:hAnsi="Times New Roman" w:eastAsia="Times New Roman" w:cs="Times New Roman"/>
          <w:sz w:val="24"/>
        </w:rPr>
        <w:t>a</w:t>
      </w:r>
      <w:r>
        <w:rPr>
          <w:rFonts w:ascii="Times New Roman" w:hAnsi="Times New Roman" w:eastAsia="Times New Roman" w:cs="Times New Roman"/>
          <w:sz w:val="24"/>
        </w:rPr>
        <w:t>t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t</w:t>
      </w:r>
      <w:r>
        <w:rPr>
          <w:rFonts w:ascii="Times New Roman" w:hAnsi="Times New Roman" w:eastAsia="Times New Roman" w:cs="Times New Roman"/>
          <w:sz w:val="24"/>
        </w:rPr>
        <w:t>h</w:t>
      </w:r>
      <w:r>
        <w:rPr>
          <w:rFonts w:ascii="Times New Roman" w:hAnsi="Times New Roman" w:eastAsia="Times New Roman" w:cs="Times New Roman"/>
          <w:sz w:val="24"/>
        </w:rPr>
        <w:t>e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L</w:t>
      </w:r>
      <w:r>
        <w:rPr>
          <w:rFonts w:ascii="Times New Roman" w:hAnsi="Times New Roman" w:eastAsia="Times New Roman" w:cs="Times New Roman"/>
          <w:sz w:val="24"/>
        </w:rPr>
        <w:t>a</w:t>
      </w:r>
      <w:r>
        <w:rPr>
          <w:rFonts w:ascii="Times New Roman" w:hAnsi="Times New Roman" w:eastAsia="Times New Roman" w:cs="Times New Roman"/>
          <w:sz w:val="24"/>
        </w:rPr>
        <w:t>nd</w:t>
      </w:r>
      <w:r>
        <w:rPr>
          <w:rFonts w:ascii="Times New Roman" w:hAnsi="Times New Roman" w:eastAsia="Times New Roman" w:cs="Times New Roman"/>
          <w:sz w:val="24"/>
        </w:rPr>
        <w:t>l</w:t>
      </w:r>
      <w:r>
        <w:rPr>
          <w:rFonts w:ascii="Times New Roman" w:hAnsi="Times New Roman" w:eastAsia="Times New Roman" w:cs="Times New Roman"/>
          <w:sz w:val="24"/>
        </w:rPr>
        <w:t>o</w:t>
      </w:r>
      <w:r>
        <w:rPr>
          <w:rFonts w:ascii="Times New Roman" w:hAnsi="Times New Roman" w:eastAsia="Times New Roman" w:cs="Times New Roman"/>
          <w:sz w:val="24"/>
        </w:rPr>
        <w:t>r</w:t>
      </w:r>
      <w:r>
        <w:rPr>
          <w:rFonts w:ascii="Times New Roman" w:hAnsi="Times New Roman" w:eastAsia="Times New Roman" w:cs="Times New Roman"/>
          <w:sz w:val="24"/>
        </w:rPr>
        <w:t>d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wil</w:t>
      </w:r>
      <w:r>
        <w:rPr>
          <w:rFonts w:ascii="Times New Roman" w:hAnsi="Times New Roman" w:eastAsia="Times New Roman" w:cs="Times New Roman"/>
          <w:sz w:val="24"/>
        </w:rPr>
        <w:t xml:space="preserve">l </w:t>
      </w:r>
      <w:r>
        <w:rPr>
          <w:rFonts w:ascii="Times New Roman" w:hAnsi="Times New Roman" w:eastAsia="Times New Roman" w:cs="Times New Roman"/>
          <w:sz w:val="24"/>
        </w:rPr>
        <w:t>t</w:t>
      </w:r>
      <w:r>
        <w:rPr>
          <w:rFonts w:ascii="Times New Roman" w:hAnsi="Times New Roman" w:eastAsia="Times New Roman" w:cs="Times New Roman"/>
          <w:sz w:val="24"/>
        </w:rPr>
        <w:t>e</w:t>
      </w:r>
      <w:r>
        <w:rPr>
          <w:rFonts w:ascii="Times New Roman" w:hAnsi="Times New Roman" w:eastAsia="Times New Roman" w:cs="Times New Roman"/>
          <w:sz w:val="24"/>
        </w:rPr>
        <w:t>rm</w:t>
      </w:r>
      <w:r>
        <w:rPr>
          <w:rFonts w:ascii="Times New Roman" w:hAnsi="Times New Roman" w:eastAsia="Times New Roman" w:cs="Times New Roman"/>
          <w:sz w:val="24"/>
        </w:rPr>
        <w:t>i</w:t>
      </w:r>
      <w:r>
        <w:rPr>
          <w:rFonts w:ascii="Times New Roman" w:hAnsi="Times New Roman" w:eastAsia="Times New Roman" w:cs="Times New Roman"/>
          <w:sz w:val="24"/>
        </w:rPr>
        <w:t>na</w:t>
      </w:r>
      <w:r>
        <w:rPr>
          <w:rFonts w:ascii="Times New Roman" w:hAnsi="Times New Roman" w:eastAsia="Times New Roman" w:cs="Times New Roman"/>
          <w:sz w:val="24"/>
        </w:rPr>
        <w:t>t</w:t>
      </w:r>
      <w:r>
        <w:rPr>
          <w:rFonts w:ascii="Times New Roman" w:hAnsi="Times New Roman" w:eastAsia="Times New Roman" w:cs="Times New Roman"/>
          <w:sz w:val="24"/>
        </w:rPr>
        <w:t>e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y</w:t>
      </w:r>
      <w:r>
        <w:rPr>
          <w:rFonts w:ascii="Times New Roman" w:hAnsi="Times New Roman" w:eastAsia="Times New Roman" w:cs="Times New Roman"/>
          <w:sz w:val="24"/>
        </w:rPr>
        <w:t>ou</w:t>
      </w:r>
      <w:r>
        <w:rPr>
          <w:rFonts w:ascii="Times New Roman" w:hAnsi="Times New Roman" w:eastAsia="Times New Roman" w:cs="Times New Roman"/>
          <w:sz w:val="24"/>
        </w:rPr>
        <w:t xml:space="preserve">r </w:t>
      </w:r>
      <w:r>
        <w:rPr>
          <w:rFonts w:ascii="Times New Roman" w:hAnsi="Times New Roman" w:eastAsia="Times New Roman" w:cs="Times New Roman"/>
          <w:sz w:val="24"/>
        </w:rPr>
        <w:t>r</w:t>
      </w:r>
      <w:r>
        <w:rPr>
          <w:rFonts w:ascii="Times New Roman" w:hAnsi="Times New Roman" w:eastAsia="Times New Roman" w:cs="Times New Roman"/>
          <w:sz w:val="24"/>
        </w:rPr>
        <w:t>i</w:t>
      </w:r>
      <w:r>
        <w:rPr>
          <w:rFonts w:ascii="Times New Roman" w:hAnsi="Times New Roman" w:eastAsia="Times New Roman" w:cs="Times New Roman"/>
          <w:sz w:val="24"/>
        </w:rPr>
        <w:t>g</w:t>
      </w:r>
      <w:r>
        <w:rPr>
          <w:rFonts w:ascii="Times New Roman" w:hAnsi="Times New Roman" w:eastAsia="Times New Roman" w:cs="Times New Roman"/>
          <w:sz w:val="24"/>
        </w:rPr>
        <w:t>h</w:t>
      </w:r>
      <w:r>
        <w:rPr>
          <w:rFonts w:ascii="Times New Roman" w:hAnsi="Times New Roman" w:eastAsia="Times New Roman" w:cs="Times New Roman"/>
          <w:sz w:val="24"/>
        </w:rPr>
        <w:t>t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t</w:t>
      </w:r>
      <w:r>
        <w:rPr>
          <w:rFonts w:ascii="Times New Roman" w:hAnsi="Times New Roman" w:eastAsia="Times New Roman" w:cs="Times New Roman"/>
          <w:sz w:val="24"/>
        </w:rPr>
        <w:t>o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po</w:t>
      </w:r>
      <w:r>
        <w:rPr>
          <w:rFonts w:ascii="Times New Roman" w:hAnsi="Times New Roman" w:eastAsia="Times New Roman" w:cs="Times New Roman"/>
          <w:sz w:val="24"/>
        </w:rPr>
        <w:t>ss</w:t>
      </w:r>
      <w:r>
        <w:rPr>
          <w:rFonts w:ascii="Times New Roman" w:hAnsi="Times New Roman" w:eastAsia="Times New Roman" w:cs="Times New Roman"/>
          <w:sz w:val="24"/>
        </w:rPr>
        <w:t>e</w:t>
      </w:r>
      <w:r>
        <w:rPr>
          <w:rFonts w:ascii="Times New Roman" w:hAnsi="Times New Roman" w:eastAsia="Times New Roman" w:cs="Times New Roman"/>
          <w:sz w:val="24"/>
        </w:rPr>
        <w:t xml:space="preserve">ss </w:t>
      </w:r>
      <w:r>
        <w:rPr>
          <w:rFonts w:ascii="Times New Roman" w:hAnsi="Times New Roman" w:eastAsia="Times New Roman" w:cs="Times New Roman"/>
          <w:sz w:val="24"/>
        </w:rPr>
        <w:t>t</w:t>
      </w:r>
      <w:r>
        <w:rPr>
          <w:rFonts w:ascii="Times New Roman" w:hAnsi="Times New Roman" w:eastAsia="Times New Roman" w:cs="Times New Roman"/>
          <w:sz w:val="24"/>
        </w:rPr>
        <w:t>h</w:t>
      </w:r>
      <w:r>
        <w:rPr>
          <w:rFonts w:ascii="Times New Roman" w:hAnsi="Times New Roman" w:eastAsia="Times New Roman" w:cs="Times New Roman"/>
          <w:sz w:val="24"/>
        </w:rPr>
        <w:t>e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P</w:t>
      </w:r>
      <w:r>
        <w:rPr>
          <w:rFonts w:ascii="Times New Roman" w:hAnsi="Times New Roman" w:eastAsia="Times New Roman" w:cs="Times New Roman"/>
          <w:sz w:val="24"/>
        </w:rPr>
        <w:t>r</w:t>
      </w:r>
      <w:r>
        <w:rPr>
          <w:rFonts w:ascii="Times New Roman" w:hAnsi="Times New Roman" w:eastAsia="Times New Roman" w:cs="Times New Roman"/>
          <w:sz w:val="24"/>
        </w:rPr>
        <w:t>e</w:t>
      </w:r>
      <w:r>
        <w:rPr>
          <w:rFonts w:ascii="Times New Roman" w:hAnsi="Times New Roman" w:eastAsia="Times New Roman" w:cs="Times New Roman"/>
          <w:sz w:val="24"/>
        </w:rPr>
        <w:t>m</w:t>
      </w:r>
      <w:r>
        <w:rPr>
          <w:rFonts w:ascii="Times New Roman" w:hAnsi="Times New Roman" w:eastAsia="Times New Roman" w:cs="Times New Roman"/>
          <w:sz w:val="24"/>
        </w:rPr>
        <w:t>i</w:t>
      </w:r>
      <w:r>
        <w:rPr>
          <w:rFonts w:ascii="Times New Roman" w:hAnsi="Times New Roman" w:eastAsia="Times New Roman" w:cs="Times New Roman"/>
          <w:sz w:val="24"/>
        </w:rPr>
        <w:t>s</w:t>
      </w:r>
      <w:r>
        <w:rPr>
          <w:rFonts w:ascii="Times New Roman" w:hAnsi="Times New Roman" w:eastAsia="Times New Roman" w:cs="Times New Roman"/>
          <w:sz w:val="24"/>
        </w:rPr>
        <w:t>e</w:t>
      </w:r>
      <w:r>
        <w:rPr>
          <w:rFonts w:ascii="Times New Roman" w:hAnsi="Times New Roman" w:eastAsia="Times New Roman" w:cs="Times New Roman"/>
          <w:sz w:val="24"/>
        </w:rPr>
        <w:t>s if the incident has not been cured within twenty-four (24) hours.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A</w:t>
      </w:r>
      <w:r>
        <w:rPr>
          <w:rFonts w:ascii="Times New Roman" w:hAnsi="Times New Roman" w:eastAsia="Times New Roman" w:cs="Times New Roman"/>
          <w:sz w:val="24"/>
        </w:rPr>
        <w:t>cc</w:t>
      </w:r>
      <w:r>
        <w:rPr>
          <w:rFonts w:ascii="Times New Roman" w:hAnsi="Times New Roman" w:eastAsia="Times New Roman" w:cs="Times New Roman"/>
          <w:sz w:val="24"/>
        </w:rPr>
        <w:t>o</w:t>
      </w:r>
      <w:r>
        <w:rPr>
          <w:rFonts w:ascii="Times New Roman" w:hAnsi="Times New Roman" w:eastAsia="Times New Roman" w:cs="Times New Roman"/>
          <w:sz w:val="24"/>
        </w:rPr>
        <w:t>r</w:t>
      </w:r>
      <w:r>
        <w:rPr>
          <w:rFonts w:ascii="Times New Roman" w:hAnsi="Times New Roman" w:eastAsia="Times New Roman" w:cs="Times New Roman"/>
          <w:sz w:val="24"/>
        </w:rPr>
        <w:t>d</w:t>
      </w:r>
      <w:r>
        <w:rPr>
          <w:rFonts w:ascii="Times New Roman" w:hAnsi="Times New Roman" w:eastAsia="Times New Roman" w:cs="Times New Roman"/>
          <w:sz w:val="24"/>
        </w:rPr>
        <w:t>i</w:t>
      </w:r>
      <w:r>
        <w:rPr>
          <w:rFonts w:ascii="Times New Roman" w:hAnsi="Times New Roman" w:eastAsia="Times New Roman" w:cs="Times New Roman"/>
          <w:sz w:val="24"/>
        </w:rPr>
        <w:t>ng</w:t>
      </w:r>
      <w:r>
        <w:rPr>
          <w:rFonts w:ascii="Times New Roman" w:hAnsi="Times New Roman" w:eastAsia="Times New Roman" w:cs="Times New Roman"/>
          <w:sz w:val="24"/>
        </w:rPr>
        <w:t>l</w:t>
      </w:r>
      <w:r>
        <w:rPr>
          <w:rFonts w:ascii="Times New Roman" w:hAnsi="Times New Roman" w:eastAsia="Times New Roman" w:cs="Times New Roman"/>
          <w:sz w:val="24"/>
        </w:rPr>
        <w:t>y</w:t>
      </w:r>
      <w:r>
        <w:rPr>
          <w:rFonts w:ascii="Times New Roman" w:hAnsi="Times New Roman" w:eastAsia="Times New Roman" w:cs="Times New Roman"/>
          <w:sz w:val="24"/>
        </w:rPr>
        <w:t>,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y</w:t>
      </w:r>
      <w:r>
        <w:rPr>
          <w:rFonts w:ascii="Times New Roman" w:hAnsi="Times New Roman" w:eastAsia="Times New Roman" w:cs="Times New Roman"/>
          <w:sz w:val="24"/>
        </w:rPr>
        <w:t>o</w:t>
      </w:r>
      <w:r>
        <w:rPr>
          <w:rFonts w:ascii="Times New Roman" w:hAnsi="Times New Roman" w:eastAsia="Times New Roman" w:cs="Times New Roman"/>
          <w:sz w:val="24"/>
        </w:rPr>
        <w:t>u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a</w:t>
      </w:r>
      <w:r>
        <w:rPr>
          <w:rFonts w:ascii="Times New Roman" w:hAnsi="Times New Roman" w:eastAsia="Times New Roman" w:cs="Times New Roman"/>
          <w:sz w:val="24"/>
        </w:rPr>
        <w:t>r</w:t>
      </w:r>
      <w:r>
        <w:rPr>
          <w:rFonts w:ascii="Times New Roman" w:hAnsi="Times New Roman" w:eastAsia="Times New Roman" w:cs="Times New Roman"/>
          <w:sz w:val="24"/>
        </w:rPr>
        <w:t>e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no</w:t>
      </w:r>
      <w:r>
        <w:rPr>
          <w:rFonts w:ascii="Times New Roman" w:hAnsi="Times New Roman" w:eastAsia="Times New Roman" w:cs="Times New Roman"/>
          <w:sz w:val="24"/>
        </w:rPr>
        <w:t>t</w:t>
      </w:r>
      <w:r>
        <w:rPr>
          <w:rFonts w:ascii="Times New Roman" w:hAnsi="Times New Roman" w:eastAsia="Times New Roman" w:cs="Times New Roman"/>
          <w:sz w:val="24"/>
        </w:rPr>
        <w:t>i</w:t>
      </w:r>
      <w:r>
        <w:rPr>
          <w:rFonts w:ascii="Times New Roman" w:hAnsi="Times New Roman" w:eastAsia="Times New Roman" w:cs="Times New Roman"/>
          <w:sz w:val="24"/>
        </w:rPr>
        <w:t>f</w:t>
      </w:r>
      <w:r>
        <w:rPr>
          <w:rFonts w:ascii="Times New Roman" w:hAnsi="Times New Roman" w:eastAsia="Times New Roman" w:cs="Times New Roman"/>
          <w:sz w:val="24"/>
        </w:rPr>
        <w:t>i</w:t>
      </w:r>
      <w:r>
        <w:rPr>
          <w:rFonts w:ascii="Times New Roman" w:hAnsi="Times New Roman" w:eastAsia="Times New Roman" w:cs="Times New Roman"/>
          <w:sz w:val="24"/>
        </w:rPr>
        <w:t>e</w:t>
      </w:r>
      <w:r>
        <w:rPr>
          <w:rFonts w:ascii="Times New Roman" w:hAnsi="Times New Roman" w:eastAsia="Times New Roman" w:cs="Times New Roman"/>
          <w:sz w:val="24"/>
        </w:rPr>
        <w:t>d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t</w:t>
      </w:r>
      <w:r>
        <w:rPr>
          <w:rFonts w:ascii="Times New Roman" w:hAnsi="Times New Roman" w:eastAsia="Times New Roman" w:cs="Times New Roman"/>
          <w:sz w:val="24"/>
        </w:rPr>
        <w:t>o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q</w:t>
      </w:r>
      <w:r>
        <w:rPr>
          <w:rFonts w:ascii="Times New Roman" w:hAnsi="Times New Roman" w:eastAsia="Times New Roman" w:cs="Times New Roman"/>
          <w:sz w:val="24"/>
        </w:rPr>
        <w:t>u</w:t>
      </w:r>
      <w:r>
        <w:rPr>
          <w:rFonts w:ascii="Times New Roman" w:hAnsi="Times New Roman" w:eastAsia="Times New Roman" w:cs="Times New Roman"/>
          <w:sz w:val="24"/>
        </w:rPr>
        <w:t>i</w:t>
      </w:r>
      <w:r>
        <w:rPr>
          <w:rFonts w:ascii="Times New Roman" w:hAnsi="Times New Roman" w:eastAsia="Times New Roman" w:cs="Times New Roman"/>
          <w:sz w:val="24"/>
        </w:rPr>
        <w:t>t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t</w:t>
      </w:r>
      <w:r>
        <w:rPr>
          <w:rFonts w:ascii="Times New Roman" w:hAnsi="Times New Roman" w:eastAsia="Times New Roman" w:cs="Times New Roman"/>
          <w:sz w:val="24"/>
        </w:rPr>
        <w:t>h</w:t>
      </w:r>
      <w:r>
        <w:rPr>
          <w:rFonts w:ascii="Times New Roman" w:hAnsi="Times New Roman" w:eastAsia="Times New Roman" w:cs="Times New Roman"/>
          <w:sz w:val="24"/>
        </w:rPr>
        <w:t>e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P</w:t>
      </w:r>
      <w:r>
        <w:rPr>
          <w:rFonts w:ascii="Times New Roman" w:hAnsi="Times New Roman" w:eastAsia="Times New Roman" w:cs="Times New Roman"/>
          <w:sz w:val="24"/>
        </w:rPr>
        <w:t>r</w:t>
      </w:r>
      <w:r>
        <w:rPr>
          <w:rFonts w:ascii="Times New Roman" w:hAnsi="Times New Roman" w:eastAsia="Times New Roman" w:cs="Times New Roman"/>
          <w:sz w:val="24"/>
        </w:rPr>
        <w:t>e</w:t>
      </w:r>
      <w:r>
        <w:rPr>
          <w:rFonts w:ascii="Times New Roman" w:hAnsi="Times New Roman" w:eastAsia="Times New Roman" w:cs="Times New Roman"/>
          <w:sz w:val="24"/>
        </w:rPr>
        <w:t>m</w:t>
      </w:r>
      <w:r>
        <w:rPr>
          <w:rFonts w:ascii="Times New Roman" w:hAnsi="Times New Roman" w:eastAsia="Times New Roman" w:cs="Times New Roman"/>
          <w:sz w:val="24"/>
        </w:rPr>
        <w:t>i</w:t>
      </w:r>
      <w:r>
        <w:rPr>
          <w:rFonts w:ascii="Times New Roman" w:hAnsi="Times New Roman" w:eastAsia="Times New Roman" w:cs="Times New Roman"/>
          <w:sz w:val="24"/>
        </w:rPr>
        <w:t>s</w:t>
      </w:r>
      <w:r>
        <w:rPr>
          <w:rFonts w:ascii="Times New Roman" w:hAnsi="Times New Roman" w:eastAsia="Times New Roman" w:cs="Times New Roman"/>
          <w:sz w:val="24"/>
        </w:rPr>
        <w:t>e</w:t>
      </w:r>
      <w:r>
        <w:rPr>
          <w:rFonts w:ascii="Times New Roman" w:hAnsi="Times New Roman" w:eastAsia="Times New Roman" w:cs="Times New Roman"/>
          <w:sz w:val="24"/>
        </w:rPr>
        <w:t>s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a</w:t>
      </w:r>
      <w:r>
        <w:rPr>
          <w:rFonts w:ascii="Times New Roman" w:hAnsi="Times New Roman" w:eastAsia="Times New Roman" w:cs="Times New Roman"/>
          <w:sz w:val="24"/>
        </w:rPr>
        <w:t>n</w:t>
      </w:r>
      <w:r>
        <w:rPr>
          <w:rFonts w:ascii="Times New Roman" w:hAnsi="Times New Roman" w:eastAsia="Times New Roman" w:cs="Times New Roman"/>
          <w:sz w:val="24"/>
        </w:rPr>
        <w:t>d s</w:t>
      </w:r>
      <w:r>
        <w:rPr>
          <w:rFonts w:ascii="Times New Roman" w:hAnsi="Times New Roman" w:eastAsia="Times New Roman" w:cs="Times New Roman"/>
          <w:sz w:val="24"/>
        </w:rPr>
        <w:t>u</w:t>
      </w:r>
      <w:r>
        <w:rPr>
          <w:rFonts w:ascii="Times New Roman" w:hAnsi="Times New Roman" w:eastAsia="Times New Roman" w:cs="Times New Roman"/>
          <w:sz w:val="24"/>
        </w:rPr>
        <w:t>rr</w:t>
      </w:r>
      <w:r>
        <w:rPr>
          <w:rFonts w:ascii="Times New Roman" w:hAnsi="Times New Roman" w:eastAsia="Times New Roman" w:cs="Times New Roman"/>
          <w:sz w:val="24"/>
        </w:rPr>
        <w:t>e</w:t>
      </w:r>
      <w:r>
        <w:rPr>
          <w:rFonts w:ascii="Times New Roman" w:hAnsi="Times New Roman" w:eastAsia="Times New Roman" w:cs="Times New Roman"/>
          <w:sz w:val="24"/>
        </w:rPr>
        <w:t>n</w:t>
      </w:r>
      <w:r>
        <w:rPr>
          <w:rFonts w:ascii="Times New Roman" w:hAnsi="Times New Roman" w:eastAsia="Times New Roman" w:cs="Times New Roman"/>
          <w:sz w:val="24"/>
        </w:rPr>
        <w:t>d</w:t>
      </w:r>
      <w:r>
        <w:rPr>
          <w:rFonts w:ascii="Times New Roman" w:hAnsi="Times New Roman" w:eastAsia="Times New Roman" w:cs="Times New Roman"/>
          <w:sz w:val="24"/>
        </w:rPr>
        <w:t>e</w:t>
      </w:r>
      <w:r>
        <w:rPr>
          <w:rFonts w:ascii="Times New Roman" w:hAnsi="Times New Roman" w:eastAsia="Times New Roman" w:cs="Times New Roman"/>
          <w:sz w:val="24"/>
        </w:rPr>
        <w:t xml:space="preserve">r </w:t>
      </w:r>
      <w:r>
        <w:rPr>
          <w:rFonts w:ascii="Times New Roman" w:hAnsi="Times New Roman" w:eastAsia="Times New Roman" w:cs="Times New Roman"/>
          <w:sz w:val="24"/>
        </w:rPr>
        <w:t>p</w:t>
      </w:r>
      <w:r>
        <w:rPr>
          <w:rFonts w:ascii="Times New Roman" w:hAnsi="Times New Roman" w:eastAsia="Times New Roman" w:cs="Times New Roman"/>
          <w:sz w:val="24"/>
        </w:rPr>
        <w:t>o</w:t>
      </w:r>
      <w:r>
        <w:rPr>
          <w:rFonts w:ascii="Times New Roman" w:hAnsi="Times New Roman" w:eastAsia="Times New Roman" w:cs="Times New Roman"/>
          <w:sz w:val="24"/>
        </w:rPr>
        <w:t>s</w:t>
      </w:r>
      <w:r>
        <w:rPr>
          <w:rFonts w:ascii="Times New Roman" w:hAnsi="Times New Roman" w:eastAsia="Times New Roman" w:cs="Times New Roman"/>
          <w:sz w:val="24"/>
        </w:rPr>
        <w:t>s</w:t>
      </w:r>
      <w:r>
        <w:rPr>
          <w:rFonts w:ascii="Times New Roman" w:hAnsi="Times New Roman" w:eastAsia="Times New Roman" w:cs="Times New Roman"/>
          <w:sz w:val="24"/>
        </w:rPr>
        <w:t>e</w:t>
      </w:r>
      <w:r>
        <w:rPr>
          <w:rFonts w:ascii="Times New Roman" w:hAnsi="Times New Roman" w:eastAsia="Times New Roman" w:cs="Times New Roman"/>
          <w:sz w:val="24"/>
        </w:rPr>
        <w:t>ss</w:t>
      </w:r>
      <w:r>
        <w:rPr>
          <w:rFonts w:ascii="Times New Roman" w:hAnsi="Times New Roman" w:eastAsia="Times New Roman" w:cs="Times New Roman"/>
          <w:sz w:val="24"/>
        </w:rPr>
        <w:t>i</w:t>
      </w:r>
      <w:r>
        <w:rPr>
          <w:rFonts w:ascii="Times New Roman" w:hAnsi="Times New Roman" w:eastAsia="Times New Roman" w:cs="Times New Roman"/>
          <w:sz w:val="24"/>
        </w:rPr>
        <w:t>o</w:t>
      </w:r>
      <w:r>
        <w:rPr>
          <w:rFonts w:ascii="Times New Roman" w:hAnsi="Times New Roman" w:eastAsia="Times New Roman" w:cs="Times New Roman"/>
          <w:sz w:val="24"/>
        </w:rPr>
        <w:t>n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o</w:t>
      </w:r>
      <w:r>
        <w:rPr>
          <w:rFonts w:ascii="Times New Roman" w:hAnsi="Times New Roman" w:eastAsia="Times New Roman" w:cs="Times New Roman"/>
          <w:sz w:val="24"/>
        </w:rPr>
        <w:t>n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o</w:t>
      </w:r>
      <w:r>
        <w:rPr>
          <w:rFonts w:ascii="Times New Roman" w:hAnsi="Times New Roman" w:eastAsia="Times New Roman" w:cs="Times New Roman"/>
          <w:sz w:val="24"/>
        </w:rPr>
        <w:t xml:space="preserve">r </w:t>
      </w:r>
      <w:r>
        <w:rPr>
          <w:rFonts w:ascii="Times New Roman" w:hAnsi="Times New Roman" w:eastAsia="Times New Roman" w:cs="Times New Roman"/>
          <w:sz w:val="24"/>
        </w:rPr>
        <w:t>be</w:t>
      </w:r>
      <w:r>
        <w:rPr>
          <w:rFonts w:ascii="Times New Roman" w:hAnsi="Times New Roman" w:eastAsia="Times New Roman" w:cs="Times New Roman"/>
          <w:sz w:val="24"/>
        </w:rPr>
        <w:t>f</w:t>
      </w:r>
      <w:r>
        <w:rPr>
          <w:rFonts w:ascii="Times New Roman" w:hAnsi="Times New Roman" w:eastAsia="Times New Roman" w:cs="Times New Roman"/>
          <w:sz w:val="24"/>
        </w:rPr>
        <w:t>o</w:t>
      </w:r>
      <w:r>
        <w:rPr>
          <w:rFonts w:ascii="Times New Roman" w:hAnsi="Times New Roman" w:eastAsia="Times New Roman" w:cs="Times New Roman"/>
          <w:sz w:val="24"/>
        </w:rPr>
        <w:t>r</w:t>
      </w:r>
      <w:r>
        <w:rPr>
          <w:rFonts w:ascii="Times New Roman" w:hAnsi="Times New Roman" w:eastAsia="Times New Roman" w:cs="Times New Roman"/>
          <w:sz w:val="24"/>
        </w:rPr>
        <w:t>e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five (5)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da</w:t>
      </w:r>
      <w:r>
        <w:rPr>
          <w:rFonts w:ascii="Times New Roman" w:hAnsi="Times New Roman" w:eastAsia="Times New Roman" w:cs="Times New Roman"/>
          <w:sz w:val="24"/>
        </w:rPr>
        <w:t>ys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f</w:t>
      </w:r>
      <w:r>
        <w:rPr>
          <w:rFonts w:ascii="Times New Roman" w:hAnsi="Times New Roman" w:eastAsia="Times New Roman" w:cs="Times New Roman"/>
          <w:sz w:val="24"/>
        </w:rPr>
        <w:t>r</w:t>
      </w:r>
      <w:r>
        <w:rPr>
          <w:rFonts w:ascii="Times New Roman" w:hAnsi="Times New Roman" w:eastAsia="Times New Roman" w:cs="Times New Roman"/>
          <w:sz w:val="24"/>
        </w:rPr>
        <w:t>o</w:t>
      </w:r>
      <w:r>
        <w:rPr>
          <w:rFonts w:ascii="Times New Roman" w:hAnsi="Times New Roman" w:eastAsia="Times New Roman" w:cs="Times New Roman"/>
          <w:sz w:val="24"/>
        </w:rPr>
        <w:t xml:space="preserve">m </w:t>
      </w:r>
      <w:r>
        <w:rPr>
          <w:rFonts w:ascii="Times New Roman" w:hAnsi="Times New Roman" w:eastAsia="Times New Roman" w:cs="Times New Roman"/>
          <w:sz w:val="24"/>
        </w:rPr>
        <w:t>t</w:t>
      </w:r>
      <w:r>
        <w:rPr>
          <w:rFonts w:ascii="Times New Roman" w:hAnsi="Times New Roman" w:eastAsia="Times New Roman" w:cs="Times New Roman"/>
          <w:sz w:val="24"/>
        </w:rPr>
        <w:t>h</w:t>
      </w:r>
      <w:r>
        <w:rPr>
          <w:rFonts w:ascii="Times New Roman" w:hAnsi="Times New Roman" w:eastAsia="Times New Roman" w:cs="Times New Roman"/>
          <w:sz w:val="24"/>
        </w:rPr>
        <w:t>e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d</w:t>
      </w:r>
      <w:r>
        <w:rPr>
          <w:rFonts w:ascii="Times New Roman" w:hAnsi="Times New Roman" w:eastAsia="Times New Roman" w:cs="Times New Roman"/>
          <w:sz w:val="24"/>
        </w:rPr>
        <w:t>a</w:t>
      </w:r>
      <w:r>
        <w:rPr>
          <w:rFonts w:ascii="Times New Roman" w:hAnsi="Times New Roman" w:eastAsia="Times New Roman" w:cs="Times New Roman"/>
          <w:sz w:val="24"/>
        </w:rPr>
        <w:t>t</w:t>
      </w:r>
      <w:r>
        <w:rPr>
          <w:rFonts w:ascii="Times New Roman" w:hAnsi="Times New Roman" w:eastAsia="Times New Roman" w:cs="Times New Roman"/>
          <w:sz w:val="24"/>
        </w:rPr>
        <w:t>e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o</w:t>
      </w:r>
      <w:r>
        <w:rPr>
          <w:rFonts w:ascii="Times New Roman" w:hAnsi="Times New Roman" w:eastAsia="Times New Roman" w:cs="Times New Roman"/>
          <w:sz w:val="24"/>
        </w:rPr>
        <w:t>f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t</w:t>
      </w:r>
      <w:r>
        <w:rPr>
          <w:rFonts w:ascii="Times New Roman" w:hAnsi="Times New Roman" w:eastAsia="Times New Roman" w:cs="Times New Roman"/>
          <w:sz w:val="24"/>
        </w:rPr>
        <w:t>h</w:t>
      </w:r>
      <w:r>
        <w:rPr>
          <w:rFonts w:ascii="Times New Roman" w:hAnsi="Times New Roman" w:eastAsia="Times New Roman" w:cs="Times New Roman"/>
          <w:sz w:val="24"/>
        </w:rPr>
        <w:t>e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s</w:t>
      </w:r>
      <w:r>
        <w:rPr>
          <w:rFonts w:ascii="Times New Roman" w:hAnsi="Times New Roman" w:eastAsia="Times New Roman" w:cs="Times New Roman"/>
          <w:sz w:val="24"/>
        </w:rPr>
        <w:t>e</w:t>
      </w:r>
      <w:r>
        <w:rPr>
          <w:rFonts w:ascii="Times New Roman" w:hAnsi="Times New Roman" w:eastAsia="Times New Roman" w:cs="Times New Roman"/>
          <w:sz w:val="24"/>
        </w:rPr>
        <w:t>r</w:t>
      </w:r>
      <w:r>
        <w:rPr>
          <w:rFonts w:ascii="Times New Roman" w:hAnsi="Times New Roman" w:eastAsia="Times New Roman" w:cs="Times New Roman"/>
          <w:sz w:val="24"/>
        </w:rPr>
        <w:t>v</w:t>
      </w:r>
      <w:r>
        <w:rPr>
          <w:rFonts w:ascii="Times New Roman" w:hAnsi="Times New Roman" w:eastAsia="Times New Roman" w:cs="Times New Roman"/>
          <w:sz w:val="24"/>
        </w:rPr>
        <w:t>i</w:t>
      </w:r>
      <w:r>
        <w:rPr>
          <w:rFonts w:ascii="Times New Roman" w:hAnsi="Times New Roman" w:eastAsia="Times New Roman" w:cs="Times New Roman"/>
          <w:sz w:val="24"/>
        </w:rPr>
        <w:t>ce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o</w:t>
      </w:r>
      <w:r>
        <w:rPr>
          <w:rFonts w:ascii="Times New Roman" w:hAnsi="Times New Roman" w:eastAsia="Times New Roman" w:cs="Times New Roman"/>
          <w:sz w:val="24"/>
        </w:rPr>
        <w:t>f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t</w:t>
      </w:r>
      <w:r>
        <w:rPr>
          <w:rFonts w:ascii="Times New Roman" w:hAnsi="Times New Roman" w:eastAsia="Times New Roman" w:cs="Times New Roman"/>
          <w:sz w:val="24"/>
        </w:rPr>
        <w:t>h</w:t>
      </w:r>
      <w:r>
        <w:rPr>
          <w:rFonts w:ascii="Times New Roman" w:hAnsi="Times New Roman" w:eastAsia="Times New Roman" w:cs="Times New Roman"/>
          <w:sz w:val="24"/>
        </w:rPr>
        <w:t>i</w:t>
      </w:r>
      <w:r>
        <w:rPr>
          <w:rFonts w:ascii="Times New Roman" w:hAnsi="Times New Roman" w:eastAsia="Times New Roman" w:cs="Times New Roman"/>
          <w:sz w:val="24"/>
        </w:rPr>
        <w:t>s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N</w:t>
      </w:r>
      <w:r>
        <w:rPr>
          <w:rFonts w:ascii="Times New Roman" w:hAnsi="Times New Roman" w:eastAsia="Times New Roman" w:cs="Times New Roman"/>
          <w:sz w:val="24"/>
        </w:rPr>
        <w:t>o</w:t>
      </w:r>
      <w:r>
        <w:rPr>
          <w:rFonts w:ascii="Times New Roman" w:hAnsi="Times New Roman" w:eastAsia="Times New Roman" w:cs="Times New Roman"/>
          <w:sz w:val="24"/>
        </w:rPr>
        <w:t>t</w:t>
      </w:r>
      <w:r>
        <w:rPr>
          <w:rFonts w:ascii="Times New Roman" w:hAnsi="Times New Roman" w:eastAsia="Times New Roman" w:cs="Times New Roman"/>
          <w:sz w:val="24"/>
        </w:rPr>
        <w:t>i</w:t>
      </w:r>
      <w:r>
        <w:rPr>
          <w:rFonts w:ascii="Times New Roman" w:hAnsi="Times New Roman" w:eastAsia="Times New Roman" w:cs="Times New Roman"/>
          <w:sz w:val="24"/>
        </w:rPr>
        <w:t>c</w:t>
      </w:r>
      <w:r>
        <w:rPr>
          <w:rFonts w:ascii="Times New Roman" w:hAnsi="Times New Roman" w:eastAsia="Times New Roman" w:cs="Times New Roman"/>
          <w:sz w:val="24"/>
        </w:rPr>
        <w:t>e in accordance with § 666-3</w:t>
      </w:r>
      <w:r>
        <w:rPr>
          <w:rFonts w:ascii="Times New Roman" w:hAnsi="Times New Roman" w:eastAsia="Times New Roman" w:cs="Times New Roman"/>
          <w:sz w:val="24"/>
        </w:rPr>
        <w:t>.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S</w:t>
      </w:r>
      <w:r>
        <w:rPr>
          <w:rFonts w:ascii="Times New Roman" w:hAnsi="Times New Roman" w:eastAsia="Times New Roman" w:cs="Times New Roman"/>
          <w:sz w:val="24"/>
        </w:rPr>
        <w:t>u</w:t>
      </w:r>
      <w:r>
        <w:rPr>
          <w:rFonts w:ascii="Times New Roman" w:hAnsi="Times New Roman" w:eastAsia="Times New Roman" w:cs="Times New Roman"/>
          <w:sz w:val="24"/>
        </w:rPr>
        <w:t>rr</w:t>
      </w:r>
      <w:r>
        <w:rPr>
          <w:rFonts w:ascii="Times New Roman" w:hAnsi="Times New Roman" w:eastAsia="Times New Roman" w:cs="Times New Roman"/>
          <w:sz w:val="24"/>
        </w:rPr>
        <w:t>e</w:t>
      </w:r>
      <w:r>
        <w:rPr>
          <w:rFonts w:ascii="Times New Roman" w:hAnsi="Times New Roman" w:eastAsia="Times New Roman" w:cs="Times New Roman"/>
          <w:sz w:val="24"/>
        </w:rPr>
        <w:t>n</w:t>
      </w:r>
      <w:r>
        <w:rPr>
          <w:rFonts w:ascii="Times New Roman" w:hAnsi="Times New Roman" w:eastAsia="Times New Roman" w:cs="Times New Roman"/>
          <w:sz w:val="24"/>
        </w:rPr>
        <w:t>de</w:t>
      </w:r>
      <w:r>
        <w:rPr>
          <w:rFonts w:ascii="Times New Roman" w:hAnsi="Times New Roman" w:eastAsia="Times New Roman" w:cs="Times New Roman"/>
          <w:sz w:val="24"/>
        </w:rPr>
        <w:t>r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o</w:t>
      </w:r>
      <w:r>
        <w:rPr>
          <w:rFonts w:ascii="Times New Roman" w:hAnsi="Times New Roman" w:eastAsia="Times New Roman" w:cs="Times New Roman"/>
          <w:sz w:val="24"/>
        </w:rPr>
        <w:t>f</w:t>
      </w:r>
      <w:r>
        <w:rPr>
          <w:rFonts w:ascii="Times New Roman" w:hAnsi="Times New Roman" w:eastAsia="Times New Roman" w:cs="Times New Roman"/>
          <w:sz w:val="24"/>
        </w:rPr>
        <w:t xml:space="preserve"> po</w:t>
      </w:r>
      <w:r>
        <w:rPr>
          <w:rFonts w:ascii="Times New Roman" w:hAnsi="Times New Roman" w:eastAsia="Times New Roman" w:cs="Times New Roman"/>
          <w:sz w:val="24"/>
        </w:rPr>
        <w:t>s</w:t>
      </w:r>
      <w:r>
        <w:rPr>
          <w:rFonts w:ascii="Times New Roman" w:hAnsi="Times New Roman" w:eastAsia="Times New Roman" w:cs="Times New Roman"/>
          <w:sz w:val="24"/>
        </w:rPr>
        <w:t>s</w:t>
      </w:r>
      <w:r>
        <w:rPr>
          <w:rFonts w:ascii="Times New Roman" w:hAnsi="Times New Roman" w:eastAsia="Times New Roman" w:cs="Times New Roman"/>
          <w:sz w:val="24"/>
        </w:rPr>
        <w:t>e</w:t>
      </w:r>
      <w:r>
        <w:rPr>
          <w:rFonts w:ascii="Times New Roman" w:hAnsi="Times New Roman" w:eastAsia="Times New Roman" w:cs="Times New Roman"/>
          <w:sz w:val="24"/>
        </w:rPr>
        <w:t>ss</w:t>
      </w:r>
      <w:r>
        <w:rPr>
          <w:rFonts w:ascii="Times New Roman" w:hAnsi="Times New Roman" w:eastAsia="Times New Roman" w:cs="Times New Roman"/>
          <w:sz w:val="24"/>
        </w:rPr>
        <w:t>i</w:t>
      </w:r>
      <w:r>
        <w:rPr>
          <w:rFonts w:ascii="Times New Roman" w:hAnsi="Times New Roman" w:eastAsia="Times New Roman" w:cs="Times New Roman"/>
          <w:sz w:val="24"/>
        </w:rPr>
        <w:t>o</w:t>
      </w:r>
      <w:r>
        <w:rPr>
          <w:rFonts w:ascii="Times New Roman" w:hAnsi="Times New Roman" w:eastAsia="Times New Roman" w:cs="Times New Roman"/>
          <w:sz w:val="24"/>
        </w:rPr>
        <w:t>n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o</w:t>
      </w:r>
      <w:r>
        <w:rPr>
          <w:rFonts w:ascii="Times New Roman" w:hAnsi="Times New Roman" w:eastAsia="Times New Roman" w:cs="Times New Roman"/>
          <w:sz w:val="24"/>
        </w:rPr>
        <w:t>f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t</w:t>
      </w:r>
      <w:r>
        <w:rPr>
          <w:rFonts w:ascii="Times New Roman" w:hAnsi="Times New Roman" w:eastAsia="Times New Roman" w:cs="Times New Roman"/>
          <w:sz w:val="24"/>
        </w:rPr>
        <w:t>h</w:t>
      </w:r>
      <w:r>
        <w:rPr>
          <w:rFonts w:ascii="Times New Roman" w:hAnsi="Times New Roman" w:eastAsia="Times New Roman" w:cs="Times New Roman"/>
          <w:sz w:val="24"/>
        </w:rPr>
        <w:t>e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P</w:t>
      </w:r>
      <w:r>
        <w:rPr>
          <w:rFonts w:ascii="Times New Roman" w:hAnsi="Times New Roman" w:eastAsia="Times New Roman" w:cs="Times New Roman"/>
          <w:sz w:val="24"/>
        </w:rPr>
        <w:t>r</w:t>
      </w:r>
      <w:r>
        <w:rPr>
          <w:rFonts w:ascii="Times New Roman" w:hAnsi="Times New Roman" w:eastAsia="Times New Roman" w:cs="Times New Roman"/>
          <w:sz w:val="24"/>
        </w:rPr>
        <w:t>e</w:t>
      </w:r>
      <w:r>
        <w:rPr>
          <w:rFonts w:ascii="Times New Roman" w:hAnsi="Times New Roman" w:eastAsia="Times New Roman" w:cs="Times New Roman"/>
          <w:sz w:val="24"/>
        </w:rPr>
        <w:t>m</w:t>
      </w:r>
      <w:r>
        <w:rPr>
          <w:rFonts w:ascii="Times New Roman" w:hAnsi="Times New Roman" w:eastAsia="Times New Roman" w:cs="Times New Roman"/>
          <w:sz w:val="24"/>
        </w:rPr>
        <w:t>i</w:t>
      </w:r>
      <w:r>
        <w:rPr>
          <w:rFonts w:ascii="Times New Roman" w:hAnsi="Times New Roman" w:eastAsia="Times New Roman" w:cs="Times New Roman"/>
          <w:sz w:val="24"/>
        </w:rPr>
        <w:t>s</w:t>
      </w:r>
      <w:r>
        <w:rPr>
          <w:rFonts w:ascii="Times New Roman" w:hAnsi="Times New Roman" w:eastAsia="Times New Roman" w:cs="Times New Roman"/>
          <w:sz w:val="24"/>
        </w:rPr>
        <w:t>e</w:t>
      </w:r>
      <w:r>
        <w:rPr>
          <w:rFonts w:ascii="Times New Roman" w:hAnsi="Times New Roman" w:eastAsia="Times New Roman" w:cs="Times New Roman"/>
          <w:sz w:val="24"/>
        </w:rPr>
        <w:t>s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d</w:t>
      </w:r>
      <w:r>
        <w:rPr>
          <w:rFonts w:ascii="Times New Roman" w:hAnsi="Times New Roman" w:eastAsia="Times New Roman" w:cs="Times New Roman"/>
          <w:sz w:val="24"/>
        </w:rPr>
        <w:t>o</w:t>
      </w:r>
      <w:r>
        <w:rPr>
          <w:rFonts w:ascii="Times New Roman" w:hAnsi="Times New Roman" w:eastAsia="Times New Roman" w:cs="Times New Roman"/>
          <w:sz w:val="24"/>
        </w:rPr>
        <w:t>e</w:t>
      </w:r>
      <w:r>
        <w:rPr>
          <w:rFonts w:ascii="Times New Roman" w:hAnsi="Times New Roman" w:eastAsia="Times New Roman" w:cs="Times New Roman"/>
          <w:sz w:val="24"/>
        </w:rPr>
        <w:t>s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n</w:t>
      </w:r>
      <w:r>
        <w:rPr>
          <w:rFonts w:ascii="Times New Roman" w:hAnsi="Times New Roman" w:eastAsia="Times New Roman" w:cs="Times New Roman"/>
          <w:sz w:val="24"/>
        </w:rPr>
        <w:t>o</w:t>
      </w:r>
      <w:r>
        <w:rPr>
          <w:rFonts w:ascii="Times New Roman" w:hAnsi="Times New Roman" w:eastAsia="Times New Roman" w:cs="Times New Roman"/>
          <w:sz w:val="24"/>
        </w:rPr>
        <w:t>t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r</w:t>
      </w:r>
      <w:r>
        <w:rPr>
          <w:rFonts w:ascii="Times New Roman" w:hAnsi="Times New Roman" w:eastAsia="Times New Roman" w:cs="Times New Roman"/>
          <w:sz w:val="24"/>
        </w:rPr>
        <w:t>e</w:t>
      </w:r>
      <w:r>
        <w:rPr>
          <w:rFonts w:ascii="Times New Roman" w:hAnsi="Times New Roman" w:eastAsia="Times New Roman" w:cs="Times New Roman"/>
          <w:sz w:val="24"/>
        </w:rPr>
        <w:t>l</w:t>
      </w:r>
      <w:r>
        <w:rPr>
          <w:rFonts w:ascii="Times New Roman" w:hAnsi="Times New Roman" w:eastAsia="Times New Roman" w:cs="Times New Roman"/>
          <w:sz w:val="24"/>
        </w:rPr>
        <w:t>ea</w:t>
      </w:r>
      <w:r>
        <w:rPr>
          <w:rFonts w:ascii="Times New Roman" w:hAnsi="Times New Roman" w:eastAsia="Times New Roman" w:cs="Times New Roman"/>
          <w:sz w:val="24"/>
        </w:rPr>
        <w:t>s</w:t>
      </w:r>
      <w:r>
        <w:rPr>
          <w:rFonts w:ascii="Times New Roman" w:hAnsi="Times New Roman" w:eastAsia="Times New Roman" w:cs="Times New Roman"/>
          <w:sz w:val="24"/>
        </w:rPr>
        <w:t>e y</w:t>
      </w:r>
      <w:r>
        <w:rPr>
          <w:rFonts w:ascii="Times New Roman" w:hAnsi="Times New Roman" w:eastAsia="Times New Roman" w:cs="Times New Roman"/>
          <w:sz w:val="24"/>
        </w:rPr>
        <w:t>o</w:t>
      </w:r>
      <w:r>
        <w:rPr>
          <w:rFonts w:ascii="Times New Roman" w:hAnsi="Times New Roman" w:eastAsia="Times New Roman" w:cs="Times New Roman"/>
          <w:sz w:val="24"/>
        </w:rPr>
        <w:t>u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f</w:t>
      </w:r>
      <w:r>
        <w:rPr>
          <w:rFonts w:ascii="Times New Roman" w:hAnsi="Times New Roman" w:eastAsia="Times New Roman" w:cs="Times New Roman"/>
          <w:sz w:val="24"/>
        </w:rPr>
        <w:t>r</w:t>
      </w:r>
      <w:r>
        <w:rPr>
          <w:rFonts w:ascii="Times New Roman" w:hAnsi="Times New Roman" w:eastAsia="Times New Roman" w:cs="Times New Roman"/>
          <w:sz w:val="24"/>
        </w:rPr>
        <w:t>o</w:t>
      </w:r>
      <w:r>
        <w:rPr>
          <w:rFonts w:ascii="Times New Roman" w:hAnsi="Times New Roman" w:eastAsia="Times New Roman" w:cs="Times New Roman"/>
          <w:sz w:val="24"/>
        </w:rPr>
        <w:t xml:space="preserve">m </w:t>
      </w:r>
      <w:r>
        <w:rPr>
          <w:rFonts w:ascii="Times New Roman" w:hAnsi="Times New Roman" w:eastAsia="Times New Roman" w:cs="Times New Roman"/>
          <w:sz w:val="24"/>
        </w:rPr>
        <w:t>y</w:t>
      </w:r>
      <w:r>
        <w:rPr>
          <w:rFonts w:ascii="Times New Roman" w:hAnsi="Times New Roman" w:eastAsia="Times New Roman" w:cs="Times New Roman"/>
          <w:sz w:val="24"/>
        </w:rPr>
        <w:t>ou</w:t>
      </w:r>
      <w:r>
        <w:rPr>
          <w:rFonts w:ascii="Times New Roman" w:hAnsi="Times New Roman" w:eastAsia="Times New Roman" w:cs="Times New Roman"/>
          <w:sz w:val="24"/>
        </w:rPr>
        <w:t>r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f</w:t>
      </w:r>
      <w:r>
        <w:rPr>
          <w:rFonts w:ascii="Times New Roman" w:hAnsi="Times New Roman" w:eastAsia="Times New Roman" w:cs="Times New Roman"/>
          <w:sz w:val="24"/>
        </w:rPr>
        <w:t>i</w:t>
      </w:r>
      <w:r>
        <w:rPr>
          <w:rFonts w:ascii="Times New Roman" w:hAnsi="Times New Roman" w:eastAsia="Times New Roman" w:cs="Times New Roman"/>
          <w:sz w:val="24"/>
        </w:rPr>
        <w:t>n</w:t>
      </w:r>
      <w:r>
        <w:rPr>
          <w:rFonts w:ascii="Times New Roman" w:hAnsi="Times New Roman" w:eastAsia="Times New Roman" w:cs="Times New Roman"/>
          <w:sz w:val="24"/>
        </w:rPr>
        <w:t>a</w:t>
      </w:r>
      <w:r>
        <w:rPr>
          <w:rFonts w:ascii="Times New Roman" w:hAnsi="Times New Roman" w:eastAsia="Times New Roman" w:cs="Times New Roman"/>
          <w:sz w:val="24"/>
        </w:rPr>
        <w:t>n</w:t>
      </w:r>
      <w:r>
        <w:rPr>
          <w:rFonts w:ascii="Times New Roman" w:hAnsi="Times New Roman" w:eastAsia="Times New Roman" w:cs="Times New Roman"/>
          <w:sz w:val="24"/>
        </w:rPr>
        <w:t>c</w:t>
      </w:r>
      <w:r>
        <w:rPr>
          <w:rFonts w:ascii="Times New Roman" w:hAnsi="Times New Roman" w:eastAsia="Times New Roman" w:cs="Times New Roman"/>
          <w:sz w:val="24"/>
        </w:rPr>
        <w:t>i</w:t>
      </w:r>
      <w:r>
        <w:rPr>
          <w:rFonts w:ascii="Times New Roman" w:hAnsi="Times New Roman" w:eastAsia="Times New Roman" w:cs="Times New Roman"/>
          <w:sz w:val="24"/>
        </w:rPr>
        <w:t>a</w:t>
      </w:r>
      <w:r>
        <w:rPr>
          <w:rFonts w:ascii="Times New Roman" w:hAnsi="Times New Roman" w:eastAsia="Times New Roman" w:cs="Times New Roman"/>
          <w:sz w:val="24"/>
        </w:rPr>
        <w:t>l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ob</w:t>
      </w:r>
      <w:r>
        <w:rPr>
          <w:rFonts w:ascii="Times New Roman" w:hAnsi="Times New Roman" w:eastAsia="Times New Roman" w:cs="Times New Roman"/>
          <w:sz w:val="24"/>
        </w:rPr>
        <w:t>li</w:t>
      </w:r>
      <w:r>
        <w:rPr>
          <w:rFonts w:ascii="Times New Roman" w:hAnsi="Times New Roman" w:eastAsia="Times New Roman" w:cs="Times New Roman"/>
          <w:sz w:val="24"/>
        </w:rPr>
        <w:t>g</w:t>
      </w:r>
      <w:r>
        <w:rPr>
          <w:rFonts w:ascii="Times New Roman" w:hAnsi="Times New Roman" w:eastAsia="Times New Roman" w:cs="Times New Roman"/>
          <w:sz w:val="24"/>
        </w:rPr>
        <w:t>a</w:t>
      </w:r>
      <w:r>
        <w:rPr>
          <w:rFonts w:ascii="Times New Roman" w:hAnsi="Times New Roman" w:eastAsia="Times New Roman" w:cs="Times New Roman"/>
          <w:sz w:val="24"/>
        </w:rPr>
        <w:t>t</w:t>
      </w:r>
      <w:r>
        <w:rPr>
          <w:rFonts w:ascii="Times New Roman" w:hAnsi="Times New Roman" w:eastAsia="Times New Roman" w:cs="Times New Roman"/>
          <w:sz w:val="24"/>
        </w:rPr>
        <w:t>i</w:t>
      </w:r>
      <w:r>
        <w:rPr>
          <w:rFonts w:ascii="Times New Roman" w:hAnsi="Times New Roman" w:eastAsia="Times New Roman" w:cs="Times New Roman"/>
          <w:sz w:val="24"/>
        </w:rPr>
        <w:t>on</w:t>
      </w:r>
      <w:r>
        <w:rPr>
          <w:rFonts w:ascii="Times New Roman" w:hAnsi="Times New Roman" w:eastAsia="Times New Roman" w:cs="Times New Roman"/>
          <w:sz w:val="24"/>
        </w:rPr>
        <w:t>s or liabilities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pu</w:t>
      </w:r>
      <w:r>
        <w:rPr>
          <w:rFonts w:ascii="Times New Roman" w:hAnsi="Times New Roman" w:eastAsia="Times New Roman" w:cs="Times New Roman"/>
          <w:sz w:val="24"/>
        </w:rPr>
        <w:t>r</w:t>
      </w:r>
      <w:r>
        <w:rPr>
          <w:rFonts w:ascii="Times New Roman" w:hAnsi="Times New Roman" w:eastAsia="Times New Roman" w:cs="Times New Roman"/>
          <w:sz w:val="24"/>
        </w:rPr>
        <w:t>s</w:t>
      </w:r>
      <w:r>
        <w:rPr>
          <w:rFonts w:ascii="Times New Roman" w:hAnsi="Times New Roman" w:eastAsia="Times New Roman" w:cs="Times New Roman"/>
          <w:sz w:val="24"/>
        </w:rPr>
        <w:t>u</w:t>
      </w:r>
      <w:r>
        <w:rPr>
          <w:rFonts w:ascii="Times New Roman" w:hAnsi="Times New Roman" w:eastAsia="Times New Roman" w:cs="Times New Roman"/>
          <w:sz w:val="24"/>
        </w:rPr>
        <w:t>a</w:t>
      </w:r>
      <w:r>
        <w:rPr>
          <w:rFonts w:ascii="Times New Roman" w:hAnsi="Times New Roman" w:eastAsia="Times New Roman" w:cs="Times New Roman"/>
          <w:sz w:val="24"/>
        </w:rPr>
        <w:t>n</w:t>
      </w:r>
      <w:r>
        <w:rPr>
          <w:rFonts w:ascii="Times New Roman" w:hAnsi="Times New Roman" w:eastAsia="Times New Roman" w:cs="Times New Roman"/>
          <w:sz w:val="24"/>
        </w:rPr>
        <w:t>t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t</w:t>
      </w:r>
      <w:r>
        <w:rPr>
          <w:rFonts w:ascii="Times New Roman" w:hAnsi="Times New Roman" w:eastAsia="Times New Roman" w:cs="Times New Roman"/>
          <w:sz w:val="24"/>
        </w:rPr>
        <w:t>o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t</w:t>
      </w:r>
      <w:r>
        <w:rPr>
          <w:rFonts w:ascii="Times New Roman" w:hAnsi="Times New Roman" w:eastAsia="Times New Roman" w:cs="Times New Roman"/>
          <w:sz w:val="24"/>
        </w:rPr>
        <w:t>h</w:t>
      </w:r>
      <w:r>
        <w:rPr>
          <w:rFonts w:ascii="Times New Roman" w:hAnsi="Times New Roman" w:eastAsia="Times New Roman" w:cs="Times New Roman"/>
          <w:sz w:val="24"/>
        </w:rPr>
        <w:t>e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l</w:t>
      </w:r>
      <w:r>
        <w:rPr>
          <w:rFonts w:ascii="Times New Roman" w:hAnsi="Times New Roman" w:eastAsia="Times New Roman" w:cs="Times New Roman"/>
          <w:sz w:val="24"/>
        </w:rPr>
        <w:t>ea</w:t>
      </w:r>
      <w:r>
        <w:rPr>
          <w:rFonts w:ascii="Times New Roman" w:hAnsi="Times New Roman" w:eastAsia="Times New Roman" w:cs="Times New Roman"/>
          <w:sz w:val="24"/>
        </w:rPr>
        <w:t>s</w:t>
      </w:r>
      <w:r>
        <w:rPr>
          <w:rFonts w:ascii="Times New Roman" w:hAnsi="Times New Roman" w:eastAsia="Times New Roman" w:cs="Times New Roman"/>
          <w:sz w:val="24"/>
        </w:rPr>
        <w:t>e</w:t>
      </w:r>
      <w:r>
        <w:rPr>
          <w:rFonts w:ascii="Times New Roman" w:hAnsi="Times New Roman" w:eastAsia="Times New Roman" w:cs="Times New Roman"/>
          <w:sz w:val="24"/>
        </w:rPr>
        <w:t>.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Landlord is notifying that your right to tenancy for the following incident(s) is: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________________________________________________________________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________________________________________________________________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________________________________________________________________</w:t>
      </w:r>
    </w:p>
    <w:p>
      <w:pPr/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The tenant is required to vacate the premises by the ____ of 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__________________, 20____ if the violation has not been cured within twenty-four (24) hours.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- - - - - - - - - - - - - - - - - - - - - - - - - - - - - - - - - - - - - - - - - - - - - - - - - - - - - - - - - - -</w:t>
      </w:r>
    </w:p>
    <w:p>
      <w:pPr/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Landlord’s Signature </w:t>
      </w:r>
      <w:r>
        <w:rPr>
          <w:rFonts w:ascii="Times New Roman" w:hAnsi="Times New Roman" w:eastAsia="Times New Roman" w:cs="Times New Roman"/>
          <w:sz w:val="24"/>
        </w:rPr>
        <w:t>_________________</w:t>
      </w:r>
      <w:r>
        <w:rPr>
          <w:rFonts w:ascii="Times New Roman" w:hAnsi="Times New Roman" w:eastAsia="Times New Roman" w:cs="Times New Roman"/>
          <w:sz w:val="24"/>
        </w:rPr>
        <w:t xml:space="preserve">    Print Name _________________   </w:t>
      </w:r>
    </w:p>
    <w:p>
      <w:pPr/>
    </w:p>
    <w:p>
      <w:pPr>
        <w:spacing w:before="6" w:after="0"/>
      </w:pPr>
    </w:p>
    <w:p>
      <w:pPr>
        <w:spacing w:before="6" w:after="0"/>
      </w:pPr>
    </w:p>
    <w:p>
      <w:pPr>
        <w:spacing w:before="6" w:after="0"/>
      </w:pPr>
    </w:p>
    <w:p>
      <w:pPr>
        <w:spacing w:before="6" w:after="0"/>
      </w:pPr>
    </w:p>
    <w:p>
      <w:pPr>
        <w:jc w:val="center"/>
      </w:pPr>
      <w:r>
        <w:rPr>
          <w:rFonts w:ascii="Times New Roman" w:hAnsi="Times New Roman" w:eastAsia="Times New Roman" w:cs="Times New Roman"/>
          <w:b/>
          <w:sz w:val="24"/>
        </w:rPr>
        <w:t>LANDLORD’S RECORD OF SERVICE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Instructions: Serve a copy of this notice on the tenant. Immediately fill out the following to describe how service was accomplished. Complete all that apply. Keep original for use in filing a lawsuit.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On _______________ at ______________ a.m./p.m.,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Tenant acknowledged receipt of this notice.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_______________________</w:t>
      </w:r>
    </w:p>
    <w:p>
      <w:pPr/>
      <w:r>
        <w:rPr>
          <w:rFonts w:ascii="Times New Roman" w:hAnsi="Times New Roman" w:eastAsia="Times New Roman" w:cs="Times New Roman"/>
          <w:sz w:val="24"/>
        </w:rPr>
        <w:t>Tenant Signature</w:t>
      </w:r>
    </w:p>
    <w:p>
      <w:pPr/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☐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 xml:space="preserve">- </w:t>
      </w:r>
      <w:r>
        <w:rPr>
          <w:rFonts w:ascii="Times New Roman" w:hAnsi="Times New Roman" w:eastAsia="Times New Roman" w:cs="Times New Roman"/>
          <w:sz w:val="24"/>
        </w:rPr>
        <w:t xml:space="preserve">I personally served this notice on the following person:  </w:t>
        <w:tab/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☐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 xml:space="preserve">- </w:t>
      </w:r>
      <w:r>
        <w:rPr>
          <w:rFonts w:ascii="Times New Roman" w:hAnsi="Times New Roman" w:eastAsia="Times New Roman" w:cs="Times New Roman"/>
          <w:sz w:val="24"/>
        </w:rPr>
        <w:t xml:space="preserve">I attempted to make personal service on the tenants named above. 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☐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 xml:space="preserve">- </w:t>
      </w:r>
      <w:r>
        <w:rPr>
          <w:rFonts w:ascii="Times New Roman" w:hAnsi="Times New Roman" w:eastAsia="Times New Roman" w:cs="Times New Roman"/>
          <w:sz w:val="24"/>
        </w:rPr>
        <w:t>I knocked on the door of the premises, and no one answered. I believed tenants were absent, so I securely affixed this Notice to the entry door of the above premises.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☐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 xml:space="preserve">- </w:t>
      </w:r>
      <w:r>
        <w:rPr>
          <w:rFonts w:ascii="Times New Roman" w:hAnsi="Times New Roman" w:eastAsia="Times New Roman" w:cs="Times New Roman"/>
          <w:sz w:val="24"/>
        </w:rPr>
        <w:t>Tenants were served by registered or certified mail.  (The return receipt will be retained for use in court.)</w:t>
      </w:r>
    </w:p>
    <w:p>
      <w:pPr/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_____________     </w:t>
      </w:r>
      <w:r>
        <w:rPr>
          <w:rFonts w:ascii="Times New Roman" w:hAnsi="Times New Roman" w:eastAsia="Times New Roman" w:cs="Times New Roman"/>
          <w:sz w:val="24"/>
        </w:rPr>
        <w:t>_______________________</w:t>
      </w:r>
      <w:r>
        <w:rPr>
          <w:rFonts w:ascii="Times New Roman" w:hAnsi="Times New Roman" w:eastAsia="Times New Roman" w:cs="Times New Roman"/>
          <w:sz w:val="24"/>
        </w:rPr>
        <w:t xml:space="preserve">     _______________________     </w:t>
      </w:r>
    </w:p>
    <w:p>
      <w:pPr/>
      <w:r>
        <w:rPr>
          <w:rFonts w:ascii="Times New Roman" w:hAnsi="Times New Roman" w:eastAsia="Times New Roman" w:cs="Times New Roman"/>
          <w:sz w:val="24"/>
        </w:rPr>
        <w:t xml:space="preserve">        </w:t>
      </w:r>
      <w:r>
        <w:rPr>
          <w:rFonts w:ascii="Times New Roman" w:hAnsi="Times New Roman" w:eastAsia="Times New Roman" w:cs="Times New Roman"/>
          <w:sz w:val="24"/>
        </w:rPr>
        <w:t>Date                                Signature                                  Print Name</w:t>
      </w:r>
    </w:p>
    <w:p>
      <w:pPr/>
    </w:p>
    <w:p>
      <w:pPr/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