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STATE OF HAWAII</w:t>
      </w:r>
    </w:p>
    <w:p>
      <w:pPr>
        <w:jc w:val="center"/>
      </w:pPr>
      <w:r>
        <w:rPr>
          <w:rFonts w:ascii="Times New Roman" w:hAnsi="Times New Roman" w:eastAsia="Times New Roman" w:cs="Times New Roman"/>
          <w:b/>
          <w:sz w:val="24"/>
        </w:rPr>
        <w:t>DURABLE POWER OF ATTORNEY FORM</w:t>
      </w: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in chapter 551E, Hawaii Revised Statutes.</w:t>
      </w:r>
    </w:p>
    <w:p>
      <w:pPr/>
    </w:p>
    <w:p>
      <w:pPr/>
      <w:r>
        <w:rPr>
          <w:rFonts w:ascii="Times New Roman" w:hAnsi="Times New Roman" w:eastAsia="Times New Roman" w:cs="Times New Roman"/>
          <w:sz w:val="24"/>
        </w:rPr>
        <w:t>This power of attorney does not authorize the agent to make health 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r>
        <w:rPr>
          <w:rFonts w:ascii="Times New Roman" w:hAnsi="Times New Roman" w:eastAsia="Times New Roman" w:cs="Times New Roman"/>
          <w:sz w:val="24"/>
        </w:rPr>
        <w:t>Your agent is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sz w:val="24"/>
        </w:rPr>
        <w:t>This power of attorney becomes effective immediately unless you state otherwise in the Special Instructions.</w:t>
      </w:r>
    </w:p>
    <w:p>
      <w:pPr/>
    </w:p>
    <w:p>
      <w:pPr/>
      <w:r>
        <w:rPr>
          <w:rFonts w:ascii="Times New Roman" w:hAnsi="Times New Roman" w:eastAsia="Times New Roman" w:cs="Times New Roman"/>
          <w:sz w:val="24"/>
        </w:rPr>
        <w:t>If you have questions about the power of attorney or the authority you are granting to your agent, you should seek legal advice before signing this form.</w:t>
      </w:r>
    </w:p>
    <w:p>
      <w:pPr/>
    </w:p>
    <w:p>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name the following person as my agent:</w:t>
      </w:r>
    </w:p>
    <w:p>
      <w:pP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Name of Agent:</w:t>
      </w:r>
    </w:p>
    <w:p>
      <w:pPr/>
      <w:r>
        <w:rPr>
          <w:rFonts w:ascii="Times New Roman" w:hAnsi="Times New Roman" w:eastAsia="Times New Roman" w:cs="Times New Roman"/>
          <w:sz w:val="24"/>
        </w:rPr>
        <w:t>[NAME]</w:t>
      </w:r>
    </w:p>
    <w:p>
      <w:pPr/>
    </w:p>
    <w:p>
      <w:pPr/>
      <w:r>
        <w:rPr>
          <w:rFonts w:ascii="Times New Roman" w:hAnsi="Times New Roman" w:eastAsia="Times New Roman" w:cs="Times New Roman"/>
          <w:sz w:val="24"/>
        </w:rPr>
        <w:t>Agent's Address:</w:t>
      </w:r>
    </w:p>
    <w:p>
      <w:pP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Agent's Telephone Number:</w:t>
      </w:r>
    </w:p>
    <w:p>
      <w:pPr/>
      <w:r>
        <w:rPr>
          <w:rFonts w:ascii="Times New Roman" w:hAnsi="Times New Roman" w:eastAsia="Times New Roman" w:cs="Times New Roman"/>
          <w:sz w:val="24"/>
        </w:rPr>
        <w:t>[NUMBER]</w:t>
      </w:r>
    </w:p>
    <w:p>
      <w:pPr/>
      <w:r>
        <w:rPr>
          <w:rFonts w:ascii="Times New Roman" w:hAnsi="Times New Roman" w:eastAsia="Times New Roman" w:cs="Times New Roman"/>
          <w:b/>
          <w:sz w:val="24"/>
        </w:rPr>
        <w:t>DESIGNATION OF SUCCESSOR AGENT(S)</w:t>
      </w:r>
      <w:r>
        <w:rPr>
          <w:rFonts w:ascii="Times New Roman" w:hAnsi="Times New Roman" w:eastAsia="Times New Roman" w:cs="Times New Roman"/>
          <w:sz w:val="24"/>
        </w:rPr>
        <w:t xml:space="preserve">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Name of Successor Agent:</w:t>
      </w:r>
    </w:p>
    <w:p>
      <w:pPr/>
      <w:r>
        <w:rPr>
          <w:rFonts w:ascii="Times New Roman" w:hAnsi="Times New Roman" w:eastAsia="Times New Roman" w:cs="Times New Roman"/>
          <w:sz w:val="24"/>
        </w:rPr>
        <w:t>[NAME]</w:t>
      </w:r>
    </w:p>
    <w:p>
      <w:pPr/>
    </w:p>
    <w:p>
      <w:pP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Successor Agent's Telephone Number:</w:t>
      </w:r>
    </w:p>
    <w:p>
      <w:pPr/>
      <w:r>
        <w:rPr>
          <w:rFonts w:ascii="Times New Roman" w:hAnsi="Times New Roman" w:eastAsia="Times New Roman" w:cs="Times New Roman"/>
          <w:sz w:val="24"/>
        </w:rPr>
        <w:t>[NUMBER]</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Second Successor Agent:</w:t>
      </w:r>
    </w:p>
    <w:p>
      <w:pPr/>
      <w:r>
        <w:rPr>
          <w:rFonts w:ascii="Times New Roman" w:hAnsi="Times New Roman" w:eastAsia="Times New Roman" w:cs="Times New Roman"/>
          <w:sz w:val="24"/>
        </w:rPr>
        <w:t>[NAME]</w:t>
      </w:r>
    </w:p>
    <w:p>
      <w:pPr/>
    </w:p>
    <w:p>
      <w:pPr/>
      <w:r>
        <w:rPr>
          <w:rFonts w:ascii="Times New Roman" w:hAnsi="Times New Roman" w:eastAsia="Times New Roman" w:cs="Times New Roman"/>
          <w:sz w:val="24"/>
        </w:rPr>
        <w:t>Second Successor Agent's Address:</w:t>
      </w:r>
    </w:p>
    <w:p>
      <w:pP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Second Successor Agent's Telephone Number:</w:t>
      </w:r>
    </w:p>
    <w:p>
      <w:pPr/>
      <w:r>
        <w:rPr>
          <w:rFonts w:ascii="Times New Roman" w:hAnsi="Times New Roman" w:eastAsia="Times New Roman" w:cs="Times New Roman"/>
          <w:sz w:val="24"/>
        </w:rPr>
        <w:t>[NUMBER]</w:t>
      </w:r>
    </w:p>
    <w:p>
      <w:pPr/>
    </w:p>
    <w:p>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 as defined in the Uniform Power of Attorney Act in chapter 551E, Hawaii Revised Statutes.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Real Property</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Tangible Personal Property</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Stocks and Bonds</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Commodities and Options</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Banks and Other Financial Institutions</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Operation of Entity or Business</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Insurance and Annuities</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Estates, Trusts, and Other Beneficial Interests</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Claims and Litigation</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Personal and Family Maintenance</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Benefits from Governmental Programs or Civil or Military Service</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Retirement Plans</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Taxes</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All Preceding Subjects</w:t>
      </w:r>
    </w:p>
    <w:p>
      <w:pPr/>
    </w:p>
    <w:p>
      <w:pPr/>
      <w:r>
        <w:rPr>
          <w:rFonts w:ascii="Times New Roman" w:hAnsi="Times New Roman" w:eastAsia="Times New Roman" w:cs="Times New Roman"/>
          <w:b/>
          <w:sz w:val="24"/>
        </w:rPr>
        <w:t>GRANT OF SPECIFIC AUTHORITY</w:t>
      </w:r>
      <w:r>
        <w:rPr>
          <w:rFonts w:ascii="Times New Roman" w:hAnsi="Times New Roman" w:eastAsia="Times New Roman" w:cs="Times New Roman"/>
          <w:sz w:val="24"/>
        </w:rPr>
        <w:t xml:space="preserve">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amend, revoke, or terminate an inter vivos trust</w:t>
      </w:r>
    </w:p>
    <w:p>
      <w:pPr>
        <w:ind w:hanging="2880"/>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Make a gift, subject to the limitations of the Uniform Power of Attorney Act under section 551E</w:t>
      </w:r>
      <w:r>
        <w:rPr>
          <w:rFonts w:ascii="Times New Roman" w:hAnsi="Times New Roman" w:eastAsia="Times New Roman" w:cs="Times New Roman"/>
          <w:sz w:val="24"/>
        </w:rPr>
        <w:t>-</w:t>
      </w:r>
      <w:r>
        <w:rPr>
          <w:rFonts w:ascii="Times New Roman" w:hAnsi="Times New Roman" w:eastAsia="Times New Roman" w:cs="Times New Roman"/>
          <w:sz w:val="24"/>
        </w:rPr>
        <w:t>47, Hawaii Revised Statutes, and any special instructions in this power of attorney</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or change rights of survivorship</w:t>
      </w:r>
    </w:p>
    <w:p>
      <w:pPr>
        <w:ind w:hanging="2880"/>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Create or change a beneficiary designation</w:t>
      </w:r>
    </w:p>
    <w:p>
      <w:pPr>
        <w:ind w:hanging="2880"/>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Authorize another person to exercise the authority granted under this power of attorney</w:t>
      </w:r>
    </w:p>
    <w:p>
      <w:pPr>
        <w:ind w:hanging="2880"/>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Waive the principal's right to be a beneficiary of a joint and survivor annuity, including a survivor benefit under a retirement plan</w:t>
      </w:r>
    </w:p>
    <w:p>
      <w:pPr/>
    </w:p>
    <w:p>
      <w:pPr>
        <w:ind w:hanging="2880"/>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Exercise fiduciary powers that the principal has authority to delegate</w:t>
      </w:r>
    </w:p>
    <w:p>
      <w:pPr>
        <w:ind w:hanging="2880"/>
      </w:pPr>
    </w:p>
    <w:p>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r>
        <w:rPr>
          <w:rFonts w:ascii="Times New Roman" w:hAnsi="Times New Roman" w:eastAsia="Times New Roman" w:cs="Times New Roman"/>
          <w:b/>
          <w:sz w:val="24"/>
        </w:rPr>
        <w:t>SPECIAL INSTRUCTIONS</w:t>
      </w:r>
      <w:r>
        <w:rPr>
          <w:rFonts w:ascii="Times New Roman" w:hAnsi="Times New Roman" w:eastAsia="Times New Roman" w:cs="Times New Roman"/>
          <w:sz w:val="24"/>
        </w:rPr>
        <w:t xml:space="preserve"> (OPTIONAL)</w:t>
      </w:r>
    </w:p>
    <w:p>
      <w:pPr/>
    </w:p>
    <w:p>
      <w:pPr/>
      <w:r>
        <w:rPr>
          <w:rFonts w:ascii="Times New Roman" w:hAnsi="Times New Roman" w:eastAsia="Times New Roman" w:cs="Times New Roman"/>
          <w:sz w:val="24"/>
        </w:rPr>
        <w:t>You may give special instructions on the following lines:</w:t>
      </w:r>
    </w:p>
    <w:p>
      <w:pPr/>
      <w:r>
        <w:rPr>
          <w:rFonts w:ascii="Times New Roman" w:hAnsi="Times New Roman" w:eastAsia="Times New Roman" w:cs="Times New Roman"/>
          <w:sz w:val="24"/>
        </w:rPr>
        <w:t>[INSTRUCTIONS]</w:t>
      </w:r>
    </w:p>
    <w:p>
      <w:pPr/>
    </w:p>
    <w:p>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is effective immediately unless I have stated otherwise in the Special Instructions.</w:t>
      </w:r>
    </w:p>
    <w:p>
      <w:pPr/>
    </w:p>
    <w:p>
      <w:pPr/>
      <w:r>
        <w:rPr>
          <w:rFonts w:ascii="Times New Roman" w:hAnsi="Times New Roman" w:eastAsia="Times New Roman" w:cs="Times New Roman"/>
          <w:b/>
          <w:sz w:val="24"/>
        </w:rPr>
        <w:t>NOMINATION OF CONSERVATOR OR GUARDIAN</w:t>
      </w:r>
      <w:r>
        <w:rPr>
          <w:rFonts w:ascii="Times New Roman" w:hAnsi="Times New Roman" w:eastAsia="Times New Roman" w:cs="Times New Roman"/>
          <w:sz w:val="24"/>
        </w:rPr>
        <w:t xml:space="preserve">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sz w:val="24"/>
        </w:rPr>
        <w:t>Name of Nominee for conservator or guardian of my estate:</w:t>
      </w:r>
    </w:p>
    <w:p>
      <w:pPr/>
      <w:r>
        <w:rPr>
          <w:rFonts w:ascii="Times New Roman" w:hAnsi="Times New Roman" w:eastAsia="Times New Roman" w:cs="Times New Roman"/>
          <w:sz w:val="24"/>
        </w:rPr>
        <w:t>[NAME]</w:t>
      </w:r>
    </w:p>
    <w:p>
      <w:pPr/>
    </w:p>
    <w:p>
      <w:pPr/>
      <w:r>
        <w:rPr>
          <w:rFonts w:ascii="Times New Roman" w:hAnsi="Times New Roman" w:eastAsia="Times New Roman" w:cs="Times New Roman"/>
          <w:sz w:val="24"/>
        </w:rPr>
        <w:t>Nominee's Address:</w:t>
      </w:r>
    </w:p>
    <w:p>
      <w:pP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Nominee's Telephone Number:</w:t>
      </w:r>
    </w:p>
    <w:p>
      <w:pPr/>
      <w:r>
        <w:rPr>
          <w:rFonts w:ascii="Times New Roman" w:hAnsi="Times New Roman" w:eastAsia="Times New Roman" w:cs="Times New Roman"/>
          <w:sz w:val="24"/>
        </w:rPr>
        <w:t>[NUMBER]</w:t>
      </w:r>
    </w:p>
    <w:p>
      <w:pPr/>
    </w:p>
    <w:p>
      <w:pPr/>
      <w:r>
        <w:rPr>
          <w:rFonts w:ascii="Times New Roman" w:hAnsi="Times New Roman" w:eastAsia="Times New Roman" w:cs="Times New Roman"/>
          <w:sz w:val="24"/>
        </w:rPr>
        <w:t>Name of Nominee for guardian of my person:</w:t>
      </w:r>
    </w:p>
    <w:p>
      <w:pPr/>
      <w:r>
        <w:rPr>
          <w:rFonts w:ascii="Times New Roman" w:hAnsi="Times New Roman" w:eastAsia="Times New Roman" w:cs="Times New Roman"/>
          <w:sz w:val="24"/>
        </w:rPr>
        <w:t>[NAME]</w:t>
      </w:r>
    </w:p>
    <w:p>
      <w:pPr/>
    </w:p>
    <w:p>
      <w:pPr/>
      <w:r>
        <w:rPr>
          <w:rFonts w:ascii="Times New Roman" w:hAnsi="Times New Roman" w:eastAsia="Times New Roman" w:cs="Times New Roman"/>
          <w:sz w:val="24"/>
        </w:rPr>
        <w:t>Nominee's Address:</w:t>
      </w:r>
    </w:p>
    <w:p>
      <w:pPr/>
      <w:r>
        <w:rPr>
          <w:rFonts w:ascii="Times New Roman" w:hAnsi="Times New Roman" w:eastAsia="Times New Roman" w:cs="Times New Roman"/>
          <w:sz w:val="24"/>
        </w:rPr>
        <w:t>[ADDRESS]</w:t>
      </w:r>
    </w:p>
    <w:p>
      <w:pPr/>
    </w:p>
    <w:p>
      <w:pPr/>
      <w:r>
        <w:rPr>
          <w:rFonts w:ascii="Times New Roman" w:hAnsi="Times New Roman" w:eastAsia="Times New Roman" w:cs="Times New Roman"/>
          <w:sz w:val="24"/>
        </w:rPr>
        <w:t>Nominee's Telephone Number:</w:t>
      </w:r>
    </w:p>
    <w:p>
      <w:pPr/>
      <w:r>
        <w:rPr>
          <w:rFonts w:ascii="Times New Roman" w:hAnsi="Times New Roman" w:eastAsia="Times New Roman" w:cs="Times New Roman"/>
          <w:sz w:val="24"/>
        </w:rPr>
        <w:t>[NUMBER]</w:t>
      </w:r>
    </w:p>
    <w:p>
      <w:pPr/>
    </w:p>
    <w:p>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r>
        <w:rPr>
          <w:rFonts w:ascii="Times New Roman" w:hAnsi="Times New Roman" w:eastAsia="Times New Roman" w:cs="Times New Roman"/>
          <w:sz w:val="24"/>
        </w:rPr>
        <w:t>SIGNATURE AND ACKNOWLEDGMENT</w:t>
      </w:r>
    </w:p>
    <w:p>
      <w:pPr/>
    </w:p>
    <w:p>
      <w:pPr/>
      <w:r>
        <w:rPr>
          <w:rFonts w:ascii="Times New Roman" w:hAnsi="Times New Roman" w:eastAsia="Times New Roman" w:cs="Times New Roman"/>
          <w:sz w:val="24"/>
        </w:rPr>
        <w:t>____________________________</w:t>
      </w:r>
      <w:r>
        <w:rPr>
          <w:rFonts w:ascii="Times New Roman" w:hAnsi="Times New Roman" w:eastAsia="Times New Roman" w:cs="Times New Roman"/>
          <w:sz w:val="24"/>
        </w:rPr>
        <w:t xml:space="preserve">      _______________________</w:t>
      </w:r>
    </w:p>
    <w:p>
      <w:pPr/>
      <w:r>
        <w:rPr>
          <w:rFonts w:ascii="Times New Roman" w:hAnsi="Times New Roman" w:eastAsia="Times New Roman" w:cs="Times New Roman"/>
          <w:sz w:val="24"/>
        </w:rPr>
        <w:t>Your Signature                                      Date</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Your Name Printed</w:t>
      </w:r>
    </w:p>
    <w:p>
      <w:pP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Your Address</w:t>
      </w:r>
    </w:p>
    <w:p>
      <w:pP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Your Telephone Number</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p>
    <w:p>
      <w:pPr/>
      <w:r>
        <w:rPr>
          <w:rFonts w:ascii="Times New Roman" w:hAnsi="Times New Roman" w:eastAsia="Times New Roman" w:cs="Times New Roman"/>
          <w:sz w:val="24"/>
        </w:rPr>
        <w:t>This document was acknowledged before me on</w:t>
      </w:r>
    </w:p>
    <w:p>
      <w:pPr/>
    </w:p>
    <w:p>
      <w:pPr/>
      <w:r>
        <w:rPr>
          <w:rFonts w:ascii="Times New Roman" w:hAnsi="Times New Roman" w:eastAsia="Times New Roman" w:cs="Times New Roman"/>
          <w:sz w:val="24"/>
        </w:rPr>
        <w:t>[DATE]</w:t>
      </w:r>
      <w:r>
        <w:rPr>
          <w:rFonts w:ascii="Times New Roman" w:hAnsi="Times New Roman" w:eastAsia="Times New Roman" w:cs="Times New Roman"/>
          <w:sz w:val="24"/>
        </w:rPr>
        <w:t>,</w:t>
      </w:r>
    </w:p>
    <w:p>
      <w:pPr/>
      <w:r>
        <w:rPr>
          <w:rFonts w:ascii="Times New Roman" w:hAnsi="Times New Roman" w:eastAsia="Times New Roman" w:cs="Times New Roman"/>
          <w:sz w:val="24"/>
        </w:rPr>
        <w:t>(Date)</w:t>
      </w:r>
    </w:p>
    <w:p>
      <w:pPr/>
    </w:p>
    <w:p>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w:t>
      </w:r>
    </w:p>
    <w:p>
      <w:pPr/>
      <w:r>
        <w:rPr>
          <w:rFonts w:ascii="Times New Roman" w:hAnsi="Times New Roman" w:eastAsia="Times New Roman" w:cs="Times New Roman"/>
          <w:sz w:val="24"/>
        </w:rPr>
        <w:t>(Name of Principal)</w:t>
      </w:r>
    </w:p>
    <w:p>
      <w:pPr/>
    </w:p>
    <w:p>
      <w:pPr/>
      <w:r>
        <w:rPr>
          <w:rFonts w:ascii="Times New Roman" w:hAnsi="Times New Roman" w:eastAsia="Times New Roman" w:cs="Times New Roman"/>
          <w:sz w:val="24"/>
        </w:rPr>
        <w:t>_________________________________</w:t>
      </w:r>
      <w:r>
        <w:rPr>
          <w:rFonts w:ascii="Times New Roman" w:hAnsi="Times New Roman" w:eastAsia="Times New Roman" w:cs="Times New Roman"/>
          <w:sz w:val="24"/>
        </w:rPr>
        <w:t xml:space="preserve">                         (Seal, if any)</w:t>
      </w:r>
    </w:p>
    <w:p>
      <w:pPr/>
      <w:r>
        <w:rPr>
          <w:rFonts w:ascii="Times New Roman" w:hAnsi="Times New Roman" w:eastAsia="Times New Roman" w:cs="Times New Roman"/>
          <w:sz w:val="24"/>
        </w:rPr>
        <w:t>Signature of Notary</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This document prepared by:</w:t>
      </w:r>
    </w:p>
    <w:p>
      <w:pPr/>
      <w:r>
        <w:rPr>
          <w:rFonts w:ascii="Times New Roman" w:hAnsi="Times New Roman" w:eastAsia="Times New Roman" w:cs="Times New Roman"/>
          <w:sz w:val="24"/>
        </w:rPr>
        <w:t>[NAME]</w:t>
      </w:r>
    </w:p>
    <w:p>
      <w:pPr/>
    </w:p>
    <w:p>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sz w:val="24"/>
        </w:rPr>
        <w:t>Agent's Duties</w:t>
      </w:r>
    </w:p>
    <w:p>
      <w:pPr/>
    </w:p>
    <w:p>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(1) Do what you know the principal reasonably expects you to do with the principal's property or, if you do not know the principal's expectations, act in the principal's best interest;</w:t>
      </w:r>
    </w:p>
    <w:p>
      <w:pPr/>
    </w:p>
    <w:p>
      <w:pPr/>
      <w:r>
        <w:rPr>
          <w:rFonts w:ascii="Times New Roman" w:hAnsi="Times New Roman" w:eastAsia="Times New Roman" w:cs="Times New Roman"/>
          <w:sz w:val="24"/>
        </w:rPr>
        <w:t>2) Act in good faith;</w:t>
      </w:r>
    </w:p>
    <w:p>
      <w:pPr/>
    </w:p>
    <w:p>
      <w:pPr/>
      <w:r>
        <w:rPr>
          <w:rFonts w:ascii="Times New Roman" w:hAnsi="Times New Roman" w:eastAsia="Times New Roman" w:cs="Times New Roman"/>
          <w:sz w:val="24"/>
        </w:rPr>
        <w:t>(3) Do nothing beyond the authority granted in this power of attorney; and</w:t>
      </w:r>
    </w:p>
    <w:p>
      <w:pPr/>
    </w:p>
    <w:p>
      <w:pPr/>
      <w:r>
        <w:rPr>
          <w:rFonts w:ascii="Times New Roman" w:hAnsi="Times New Roman" w:eastAsia="Times New Roman" w:cs="Times New Roman"/>
          <w:sz w:val="24"/>
        </w:rPr>
        <w:t>(4) 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(Principal's Name) by (Your Signature)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(1) Act loyally for the principal's benefit;</w:t>
      </w:r>
    </w:p>
    <w:p>
      <w:pPr/>
    </w:p>
    <w:p>
      <w:pPr/>
      <w:r>
        <w:rPr>
          <w:rFonts w:ascii="Times New Roman" w:hAnsi="Times New Roman" w:eastAsia="Times New Roman" w:cs="Times New Roman"/>
          <w:sz w:val="24"/>
        </w:rPr>
        <w:t>(2) Avoid conflicts that would impair your ability to act in the principal's best interest;</w:t>
      </w:r>
    </w:p>
    <w:p>
      <w:pPr/>
    </w:p>
    <w:p>
      <w:pPr/>
      <w:r>
        <w:rPr>
          <w:rFonts w:ascii="Times New Roman" w:hAnsi="Times New Roman" w:eastAsia="Times New Roman" w:cs="Times New Roman"/>
          <w:sz w:val="24"/>
        </w:rPr>
        <w:t>(3) Act with care, competence, and diligence;</w:t>
      </w:r>
    </w:p>
    <w:p>
      <w:pPr/>
    </w:p>
    <w:p>
      <w:pPr/>
      <w:r>
        <w:rPr>
          <w:rFonts w:ascii="Times New Roman" w:hAnsi="Times New Roman" w:eastAsia="Times New Roman" w:cs="Times New Roman"/>
          <w:sz w:val="24"/>
        </w:rPr>
        <w:t>(4) Keep a record of all receipts, disbursements, and transactions made on behalf of the principal;</w:t>
      </w:r>
    </w:p>
    <w:p>
      <w:pPr/>
    </w:p>
    <w:p>
      <w:pPr/>
      <w:r>
        <w:rPr>
          <w:rFonts w:ascii="Times New Roman" w:hAnsi="Times New Roman" w:eastAsia="Times New Roman" w:cs="Times New Roman"/>
          <w:sz w:val="24"/>
        </w:rPr>
        <w:t>(5) Cooperate with any person that has authority to make health care decisions for the principal to do what you know the principal reasonably expects or, if you do not know the principal's expectations, to act in the principal's best interest; and</w:t>
      </w:r>
    </w:p>
    <w:p>
      <w:pPr/>
    </w:p>
    <w:p>
      <w:pPr/>
      <w:r>
        <w:rPr>
          <w:rFonts w:ascii="Times New Roman" w:hAnsi="Times New Roman" w:eastAsia="Times New Roman" w:cs="Times New Roman"/>
          <w:sz w:val="24"/>
        </w:rPr>
        <w:t>(6) 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(1) Death of the principal;</w:t>
      </w:r>
    </w:p>
    <w:p>
      <w:pPr/>
    </w:p>
    <w:p>
      <w:pPr/>
      <w:r>
        <w:rPr>
          <w:rFonts w:ascii="Times New Roman" w:hAnsi="Times New Roman" w:eastAsia="Times New Roman" w:cs="Times New Roman"/>
          <w:sz w:val="24"/>
        </w:rPr>
        <w:t>(2) The principal's revocation of the power of attorney or your authority;</w:t>
      </w:r>
    </w:p>
    <w:p>
      <w:pPr/>
    </w:p>
    <w:p>
      <w:pPr/>
      <w:r>
        <w:rPr>
          <w:rFonts w:ascii="Times New Roman" w:hAnsi="Times New Roman" w:eastAsia="Times New Roman" w:cs="Times New Roman"/>
          <w:sz w:val="24"/>
        </w:rPr>
        <w:t>(3) The occurrence of a termination event stated in the power of attorney;</w:t>
      </w:r>
    </w:p>
    <w:p>
      <w:pPr/>
    </w:p>
    <w:p>
      <w:pPr/>
      <w:r>
        <w:rPr>
          <w:rFonts w:ascii="Times New Roman" w:hAnsi="Times New Roman" w:eastAsia="Times New Roman" w:cs="Times New Roman"/>
          <w:sz w:val="24"/>
        </w:rPr>
        <w:t>(4) The purpose of the power of attorney is fully accomplished; or</w:t>
      </w:r>
    </w:p>
    <w:p>
      <w:pPr/>
    </w:p>
    <w:p>
      <w:pPr/>
      <w:r>
        <w:rPr>
          <w:rFonts w:ascii="Times New Roman" w:hAnsi="Times New Roman" w:eastAsia="Times New Roman" w:cs="Times New Roman"/>
          <w:sz w:val="24"/>
        </w:rPr>
        <w:t>(5) If you are married to the principal, a legal action is filed with a court to end your marriage, or for your legal separation, unless the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Uniform Power of Attorney Act, in chapter 551E, Hawaii Revised Statutes. If you violate the Uniform Power of Attorney Act in chapter 551E, Hawaii Revised Statutes, or act outside the authority granted, you may be liable for any damages caused by your violation.</w:t>
      </w:r>
    </w:p>
    <w:p>
      <w:pPr/>
    </w:p>
    <w:p>
      <w:pPr/>
      <w:r>
        <w:rPr>
          <w:rFonts w:ascii="Times New Roman" w:hAnsi="Times New Roman" w:eastAsia="Times New Roman" w:cs="Times New Roman"/>
          <w:sz w:val="24"/>
        </w:rPr>
        <w:t>If there is anything about this document or your duties that you do not understand, you should seek legal advice.</w:t>
      </w:r>
    </w:p>
    <w:p>
      <w:pPr/>
    </w:p>
    <w:p>
      <w:pPr>
        <w:jc w:val="center"/>
      </w:pPr>
      <w:r>
        <w:rPr>
          <w:rFonts w:ascii="Times New Roman" w:hAnsi="Times New Roman" w:eastAsia="Times New Roman" w:cs="Times New Roman"/>
          <w:b/>
          <w:sz w:val="24"/>
        </w:rPr>
        <w:t>AGENT'S CERTIFICATION AS TO THE VALIDITY OF POWER OF ATTORNEY AND AGENT'S AUTHORITY</w:t>
      </w:r>
    </w:p>
    <w:p>
      <w:pP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(Name of Agent), certify under penalty of perjury that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(Name of Principal), granted me authority as an agent or successor agent in a power of attorney dated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 further certify that to my knowledge:</w:t>
      </w:r>
    </w:p>
    <w:p>
      <w:pPr/>
    </w:p>
    <w:p>
      <w:pPr/>
      <w:r>
        <w:rPr>
          <w:rFonts w:ascii="Times New Roman" w:hAnsi="Times New Roman" w:eastAsia="Times New Roman" w:cs="Times New Roman"/>
          <w:sz w:val="24"/>
        </w:rPr>
        <w:t>The Principal is alive and has not revoked the Power of Attorney or my authority to act under the Power of Attorney and the Power of Attorney and my authority to act under the Power of Attorney have not terminated;</w:t>
      </w:r>
    </w:p>
    <w:p>
      <w:pPr/>
    </w:p>
    <w:p>
      <w:pPr/>
      <w:r>
        <w:rPr>
          <w:rFonts w:ascii="Times New Roman" w:hAnsi="Times New Roman" w:eastAsia="Times New Roman" w:cs="Times New Roman"/>
          <w:sz w:val="24"/>
        </w:rPr>
        <w:t>If the Power of Attorney was drafted to become effective upon the happening of an event or contingency, the event or contingency has occurred;</w:t>
      </w:r>
    </w:p>
    <w:p>
      <w:pPr/>
    </w:p>
    <w:p>
      <w:pPr/>
      <w:r>
        <w:rPr>
          <w:rFonts w:ascii="Times New Roman" w:hAnsi="Times New Roman" w:eastAsia="Times New Roman" w:cs="Times New Roman"/>
          <w:sz w:val="24"/>
        </w:rPr>
        <w:t>If I was named as a successor agent, the prior agent is no longer able or willing to serve; and</w:t>
      </w:r>
    </w:p>
    <w:p>
      <w:pPr/>
    </w:p>
    <w:p>
      <w:pPr/>
      <w:r>
        <w:rPr>
          <w:rFonts w:ascii="Times New Roman" w:hAnsi="Times New Roman" w:eastAsia="Times New Roman" w:cs="Times New Roman"/>
          <w:sz w:val="24"/>
        </w:rPr>
        <w:t>[DETAILS]</w:t>
      </w:r>
      <w:r>
        <w:rPr>
          <w:rFonts w:ascii="Times New Roman" w:hAnsi="Times New Roman" w:eastAsia="Times New Roman" w:cs="Times New Roman"/>
          <w:sz w:val="24"/>
        </w:rPr>
        <w:t xml:space="preserve"> </w:t>
      </w:r>
      <w:r>
        <w:rPr>
          <w:rFonts w:ascii="Times New Roman" w:hAnsi="Times New Roman" w:eastAsia="Times New Roman" w:cs="Times New Roman"/>
          <w:sz w:val="24"/>
        </w:rPr>
        <w:t>(Insert other relevant statements)</w:t>
      </w:r>
    </w:p>
    <w:p>
      <w:pPr/>
    </w:p>
    <w:p>
      <w:pPr/>
      <w:r>
        <w:rPr>
          <w:rFonts w:ascii="Times New Roman" w:hAnsi="Times New Roman" w:eastAsia="Times New Roman" w:cs="Times New Roman"/>
          <w:b/>
          <w:sz w:val="24"/>
        </w:rPr>
        <w:t>SIGNATURE AND ACKNOWLEDGMENT</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____________________________</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r>
        <w:rPr>
          <w:rFonts w:ascii="Times New Roman" w:hAnsi="Times New Roman" w:eastAsia="Times New Roman" w:cs="Times New Roman"/>
          <w:sz w:val="24"/>
        </w:rPr>
        <w:t>Agent’s Signature                                  Date</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Agent’s Name Printed</w:t>
      </w:r>
    </w:p>
    <w:p>
      <w:pP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Agent’s Address</w:t>
      </w:r>
    </w:p>
    <w:p>
      <w:pP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Agent’s Telephone Number</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p>
    <w:p>
      <w:pPr/>
      <w:r>
        <w:rPr>
          <w:rFonts w:ascii="Times New Roman" w:hAnsi="Times New Roman" w:eastAsia="Times New Roman" w:cs="Times New Roman"/>
          <w:sz w:val="24"/>
        </w:rPr>
        <w:t>This document was acknowledged before me on</w:t>
      </w:r>
    </w:p>
    <w:p>
      <w:pPr/>
    </w:p>
    <w:p>
      <w:pPr/>
      <w:r>
        <w:rPr>
          <w:rFonts w:ascii="Times New Roman" w:hAnsi="Times New Roman" w:eastAsia="Times New Roman" w:cs="Times New Roman"/>
          <w:sz w:val="24"/>
        </w:rPr>
        <w:t>[DATE]</w:t>
      </w:r>
      <w:r>
        <w:rPr>
          <w:rFonts w:ascii="Times New Roman" w:hAnsi="Times New Roman" w:eastAsia="Times New Roman" w:cs="Times New Roman"/>
          <w:sz w:val="24"/>
        </w:rPr>
        <w:t>,</w:t>
      </w:r>
    </w:p>
    <w:p>
      <w:pPr/>
      <w:r>
        <w:rPr>
          <w:rFonts w:ascii="Times New Roman" w:hAnsi="Times New Roman" w:eastAsia="Times New Roman" w:cs="Times New Roman"/>
          <w:sz w:val="24"/>
        </w:rPr>
        <w:t>(Date)</w:t>
      </w:r>
    </w:p>
    <w:p>
      <w:pPr/>
    </w:p>
    <w:p>
      <w:pPr/>
      <w:r>
        <w:rPr>
          <w:rFonts w:ascii="Times New Roman" w:hAnsi="Times New Roman" w:eastAsia="Times New Roman" w:cs="Times New Roman"/>
          <w:sz w:val="24"/>
        </w:rPr>
        <w:t xml:space="preserve">by </w:t>
      </w:r>
      <w:r>
        <w:rPr>
          <w:rFonts w:ascii="Times New Roman" w:hAnsi="Times New Roman" w:eastAsia="Times New Roman" w:cs="Times New Roman"/>
          <w:sz w:val="24"/>
        </w:rPr>
        <w:t>[NAME]</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(Name of Agent)</w:t>
      </w:r>
    </w:p>
    <w:p>
      <w:pPr/>
    </w:p>
    <w:p>
      <w:pPr/>
      <w:r>
        <w:rPr>
          <w:rFonts w:ascii="Times New Roman" w:hAnsi="Times New Roman" w:eastAsia="Times New Roman" w:cs="Times New Roman"/>
          <w:sz w:val="24"/>
        </w:rPr>
        <w:t>_________________________________</w:t>
      </w:r>
      <w:r>
        <w:rPr>
          <w:rFonts w:ascii="Times New Roman" w:hAnsi="Times New Roman" w:eastAsia="Times New Roman" w:cs="Times New Roman"/>
          <w:sz w:val="24"/>
        </w:rPr>
        <w:t xml:space="preserve">                         (Seal, if any)</w:t>
      </w:r>
    </w:p>
    <w:p>
      <w:pPr/>
      <w:r>
        <w:rPr>
          <w:rFonts w:ascii="Times New Roman" w:hAnsi="Times New Roman" w:eastAsia="Times New Roman" w:cs="Times New Roman"/>
          <w:sz w:val="24"/>
        </w:rPr>
        <w:t>Signature of Notary</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This document prepared by:</w:t>
      </w:r>
    </w:p>
    <w:p>
      <w:pPr/>
      <w:r>
        <w:rPr>
          <w:rFonts w:ascii="Times New Roman" w:hAnsi="Times New Roman" w:eastAsia="Times New Roman" w:cs="Times New Roman"/>
          <w:sz w:val="24"/>
        </w:rPr>
        <w:t>[DETAILS]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