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HAWAII</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Hawaii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Hawaii.</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