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 SEPARATION AGREEMENT</w:t>
      </w:r>
    </w:p>
    <w:p>
      <w:pPr/>
    </w:p>
    <w:p>
      <w:pPr>
        <w:ind w:hanging="1080"/>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Hawaii Separation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made between:</w:t>
      </w:r>
    </w:p>
    <w:p>
      <w:pPr/>
    </w:p>
    <w:p>
      <w:pPr/>
      <w:r>
        <w:rPr>
          <w:rFonts w:ascii="Times New Roman" w:hAnsi="Times New Roman" w:eastAsia="Times New Roman" w:cs="Times New Roman"/>
          <w:sz w:val="24"/>
        </w:rPr>
        <w:t>Husband</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(“Husband”) with a mailing address of </w:t>
      </w:r>
      <w:r>
        <w:rPr>
          <w:rFonts w:ascii="Times New Roman" w:hAnsi="Times New Roman" w:eastAsia="Times New Roman" w:cs="Times New Roman"/>
          <w:sz w:val="24"/>
        </w:rPr>
        <w:t>[HUSBAND'S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Wife</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(“Wife”) with a mailing address of </w:t>
      </w:r>
      <w:r>
        <w:rPr>
          <w:rFonts w:ascii="Times New Roman" w:hAnsi="Times New Roman" w:eastAsia="Times New Roman" w:cs="Times New Roman"/>
          <w:sz w:val="24"/>
        </w:rPr>
        <w:t>[WIFE'S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When mentioned in a singular version, "Husband" and "Wife" shall be known as a "Spouse," and when mentioned together, the Husband and Wife shall be known as the "Couple."</w:t>
      </w:r>
    </w:p>
    <w:p>
      <w:pPr/>
    </w:p>
    <w:p>
      <w:pPr>
        <w:ind w:hanging="1080"/>
      </w:pPr>
      <w:r>
        <w:rPr>
          <w:rFonts w:ascii="Times New Roman" w:hAnsi="Times New Roman" w:eastAsia="Times New Roman" w:cs="Times New Roman"/>
          <w:b/>
          <w:sz w:val="24"/>
        </w:rPr>
        <w:t>THE MARRIAGE</w:t>
      </w:r>
      <w:r>
        <w:rPr>
          <w:rFonts w:ascii="Times New Roman" w:hAnsi="Times New Roman" w:eastAsia="Times New Roman" w:cs="Times New Roman"/>
          <w:sz w:val="24"/>
        </w:rPr>
        <w:t xml:space="preserve">. The Couple was married on </w:t>
      </w:r>
      <w:r>
        <w:rPr>
          <w:rFonts w:ascii="Times New Roman" w:hAnsi="Times New Roman" w:eastAsia="Times New Roman" w:cs="Times New Roman"/>
          <w:sz w:val="24"/>
        </w:rPr>
        <w:t>[MARRIAGE DATE]</w:t>
      </w:r>
      <w:r>
        <w:rPr>
          <w:rFonts w:ascii="Times New Roman" w:hAnsi="Times New Roman" w:eastAsia="Times New Roman" w:cs="Times New Roman"/>
          <w:sz w:val="24"/>
        </w:rPr>
        <w:t xml:space="preserve">, at the following location: </w:t>
      </w:r>
      <w:r>
        <w:rPr>
          <w:rFonts w:ascii="Times New Roman" w:hAnsi="Times New Roman" w:eastAsia="Times New Roman" w:cs="Times New Roman"/>
          <w:sz w:val="24"/>
        </w:rPr>
        <w:t>[MARRIAGE LOCATION]</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SEPARATION DATE</w:t>
      </w:r>
      <w:r>
        <w:rPr>
          <w:rFonts w:ascii="Times New Roman" w:hAnsi="Times New Roman" w:eastAsia="Times New Roman" w:cs="Times New Roman"/>
          <w:sz w:val="24"/>
        </w:rPr>
        <w:t xml:space="preserve">. The date of separation, or the date the Couple has stopped living together, began on </w:t>
      </w:r>
      <w:r>
        <w:rPr>
          <w:rFonts w:ascii="Times New Roman" w:hAnsi="Times New Roman" w:eastAsia="Times New Roman" w:cs="Times New Roman"/>
          <w:sz w:val="24"/>
        </w:rPr>
        <w:t>[SEPARATION DATE]</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ARMED FORCES</w:t>
      </w:r>
      <w:r>
        <w:rPr>
          <w:rFonts w:ascii="Times New Roman" w:hAnsi="Times New Roman" w:eastAsia="Times New Roman" w:cs="Times New Roman"/>
          <w:sz w:val="24"/>
        </w:rPr>
        <w:t>. The following are current members of the Armed Forces: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None of the Spouses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p>
    <w:p>
      <w:pPr>
        <w:ind w:hanging="1080"/>
      </w:pPr>
      <w:r>
        <w:rPr>
          <w:rFonts w:ascii="Times New Roman" w:hAnsi="Times New Roman" w:eastAsia="Times New Roman" w:cs="Times New Roman"/>
          <w:b/>
          <w:sz w:val="24"/>
        </w:rPr>
        <w:t>NAME CHANGE</w:t>
      </w:r>
      <w:r>
        <w:rPr>
          <w:rFonts w:ascii="Times New Roman" w:hAnsi="Times New Roman" w:eastAsia="Times New Roman" w:cs="Times New Roman"/>
          <w:sz w:val="24"/>
        </w:rPr>
        <w:t>. After the separation is complete: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NEITHER</w:t>
      </w:r>
      <w:r>
        <w:rPr>
          <w:rFonts w:ascii="Times New Roman" w:hAnsi="Times New Roman" w:eastAsia="Times New Roman" w:cs="Times New Roman"/>
          <w:sz w:val="24"/>
        </w:rPr>
        <w:t xml:space="preserve"> Spouse will be changing their name.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following </w:t>
      </w:r>
      <w:r>
        <w:rPr>
          <w:rFonts w:ascii="Times New Roman" w:hAnsi="Times New Roman" w:eastAsia="Times New Roman" w:cs="Times New Roman"/>
          <w:b/>
          <w:sz w:val="24"/>
        </w:rPr>
        <w:t>WILL BE</w:t>
      </w:r>
      <w:r>
        <w:rPr>
          <w:rFonts w:ascii="Times New Roman" w:hAnsi="Times New Roman" w:eastAsia="Times New Roman" w:cs="Times New Roman"/>
          <w:sz w:val="24"/>
        </w:rPr>
        <w:t xml:space="preserve"> changing their name: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to </w:t>
      </w:r>
      <w:r>
        <w:rPr>
          <w:rFonts w:ascii="Times New Roman" w:hAnsi="Times New Roman" w:eastAsia="Times New Roman" w:cs="Times New Roman"/>
          <w:sz w:val="24"/>
        </w:rPr>
        <w:t>[HUSBAND'S NEW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to </w:t>
      </w:r>
      <w:r>
        <w:rPr>
          <w:rFonts w:ascii="Times New Roman" w:hAnsi="Times New Roman" w:eastAsia="Times New Roman" w:cs="Times New Roman"/>
          <w:sz w:val="24"/>
        </w:rPr>
        <w:t>[WIFE'S NEW NAME]</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MINOR CHILDREN</w:t>
      </w:r>
      <w:r>
        <w:rPr>
          <w:rFonts w:ascii="Times New Roman" w:hAnsi="Times New Roman" w:eastAsia="Times New Roman" w:cs="Times New Roman"/>
          <w:sz w:val="24"/>
        </w:rPr>
        <w:t>. Before or during the course of the marriage, the Couple recognizes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ARE</w:t>
      </w:r>
      <w:r>
        <w:rPr>
          <w:rFonts w:ascii="Times New Roman" w:hAnsi="Times New Roman" w:eastAsia="Times New Roman" w:cs="Times New Roman"/>
          <w:sz w:val="24"/>
        </w:rPr>
        <w:t xml:space="preserve"> minor children of the Couple. The details related to child support, custody, and any other terms related to the minor children are found in Attachment A.</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are </w:t>
      </w:r>
      <w:r>
        <w:rPr>
          <w:rFonts w:ascii="Times New Roman" w:hAnsi="Times New Roman" w:eastAsia="Times New Roman" w:cs="Times New Roman"/>
          <w:b/>
          <w:sz w:val="24"/>
        </w:rPr>
        <w:t>NO</w:t>
      </w:r>
      <w:r>
        <w:rPr>
          <w:rFonts w:ascii="Times New Roman" w:hAnsi="Times New Roman" w:eastAsia="Times New Roman" w:cs="Times New Roman"/>
          <w:sz w:val="24"/>
        </w:rPr>
        <w:t xml:space="preserve"> minor children of the Couple.</w:t>
      </w:r>
    </w:p>
    <w:p>
      <w:pPr/>
    </w:p>
    <w:p>
      <w:pPr>
        <w:ind w:hanging="1080"/>
      </w:pPr>
      <w:r>
        <w:rPr>
          <w:rFonts w:ascii="Times New Roman" w:hAnsi="Times New Roman" w:eastAsia="Times New Roman" w:cs="Times New Roman"/>
          <w:b/>
          <w:sz w:val="24"/>
        </w:rPr>
        <w:t>FINANCIAL DISCLOSURE</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ALREADY DISCLOSED</w:t>
      </w:r>
      <w:r>
        <w:rPr>
          <w:rFonts w:ascii="Times New Roman" w:hAnsi="Times New Roman" w:eastAsia="Times New Roman" w:cs="Times New Roman"/>
          <w:sz w:val="24"/>
        </w:rPr>
        <w:t xml:space="preserve"> to one another their financial disclosures in accordance with State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WAIVED</w:t>
      </w:r>
      <w:r>
        <w:rPr>
          <w:rFonts w:ascii="Times New Roman" w:hAnsi="Times New Roman" w:eastAsia="Times New Roman" w:cs="Times New Roman"/>
          <w:sz w:val="24"/>
        </w:rPr>
        <w:t xml:space="preserve"> their right to view each other’s financials along with any other disclosures, forms, or discovery proceedings as by right under State law.</w:t>
      </w:r>
    </w:p>
    <w:p>
      <w:pPr/>
    </w:p>
    <w:p>
      <w:pPr>
        <w:ind w:hanging="1080"/>
      </w:pPr>
      <w:r>
        <w:rPr>
          <w:rFonts w:ascii="Times New Roman" w:hAnsi="Times New Roman" w:eastAsia="Times New Roman" w:cs="Times New Roman"/>
          <w:b/>
          <w:sz w:val="24"/>
        </w:rPr>
        <w:t>SPOUSAL SUPPORT (ALIMONY)</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Spousal Support. Neither Spouse shall be obligated to pay, provide for, or support one another upon commencement of legal separation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BE</w:t>
      </w:r>
      <w:r>
        <w:rPr>
          <w:rFonts w:ascii="Times New Roman" w:hAnsi="Times New Roman" w:eastAsia="Times New Roman" w:cs="Times New Roman"/>
          <w:sz w:val="24"/>
        </w:rPr>
        <w:t xml:space="preserve"> Spousal Support starting on </w:t>
      </w:r>
      <w:r>
        <w:rPr>
          <w:rFonts w:ascii="Times New Roman" w:hAnsi="Times New Roman" w:eastAsia="Times New Roman" w:cs="Times New Roman"/>
          <w:sz w:val="24"/>
        </w:rPr>
        <w:t>[STARTING DATE]</w:t>
      </w:r>
      <w:r>
        <w:rPr>
          <w:rFonts w:ascii="Times New Roman" w:hAnsi="Times New Roman" w:eastAsia="Times New Roman" w:cs="Times New Roman"/>
          <w:sz w:val="24"/>
        </w:rPr>
        <w:t xml:space="preserve">.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(“Paying Spouse”) shall pay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(“Receiving Spouse”):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w:t>
      </w:r>
      <w:r>
        <w:rPr>
          <w:rFonts w:ascii="Times New Roman" w:hAnsi="Times New Roman" w:eastAsia="Times New Roman" w:cs="Times New Roman"/>
          <w:b/>
          <w:sz w:val="24"/>
        </w:rPr>
        <w:t>Perpetuity</w:t>
      </w:r>
      <w:r>
        <w:rPr>
          <w:rFonts w:ascii="Times New Roman" w:hAnsi="Times New Roman" w:eastAsia="Times New Roman" w:cs="Times New Roman"/>
          <w:sz w:val="24"/>
        </w:rPr>
        <w:t>. Payment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month until either Spouse’s death, the remarriage of the Receiving Spouse, or modification or termination by further court order, whichever occurs first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Until an </w:t>
      </w:r>
      <w:r>
        <w:rPr>
          <w:rFonts w:ascii="Times New Roman" w:hAnsi="Times New Roman" w:eastAsia="Times New Roman" w:cs="Times New Roman"/>
          <w:b/>
          <w:sz w:val="24"/>
        </w:rPr>
        <w:t>End Date</w:t>
      </w:r>
      <w:r>
        <w:rPr>
          <w:rFonts w:ascii="Times New Roman" w:hAnsi="Times New Roman" w:eastAsia="Times New Roman" w:cs="Times New Roman"/>
          <w:sz w:val="24"/>
        </w:rPr>
        <w:t>. Payment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month until </w:t>
      </w:r>
      <w:r>
        <w:rPr>
          <w:rFonts w:ascii="Times New Roman" w:hAnsi="Times New Roman" w:eastAsia="Times New Roman" w:cs="Times New Roman"/>
          <w:sz w:val="24"/>
        </w:rPr>
        <w:t>[END DATE]</w:t>
      </w:r>
      <w:r>
        <w:rPr>
          <w:rFonts w:ascii="Times New Roman" w:hAnsi="Times New Roman" w:eastAsia="Times New Roman" w:cs="Times New Roman"/>
          <w:sz w:val="24"/>
        </w:rPr>
        <w:t xml:space="preserve">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b/>
          <w:sz w:val="24"/>
        </w:rPr>
        <w:t>Payment Schedule</w:t>
      </w:r>
      <w:r>
        <w:rPr>
          <w:rFonts w:ascii="Times New Roman" w:hAnsi="Times New Roman" w:eastAsia="Times New Roman" w:cs="Times New Roman"/>
          <w:sz w:val="24"/>
        </w:rPr>
        <w:t xml:space="preserve"> found in Attachment B (“Spousal Support”).</w:t>
      </w:r>
    </w:p>
    <w:p>
      <w:pPr/>
    </w:p>
    <w:p>
      <w:pPr>
        <w:ind w:hanging="1080"/>
      </w:pPr>
      <w:r>
        <w:rPr>
          <w:rFonts w:ascii="Times New Roman" w:hAnsi="Times New Roman" w:eastAsia="Times New Roman" w:cs="Times New Roman"/>
          <w:b/>
          <w:sz w:val="24"/>
        </w:rPr>
        <w:t>HEALTH INSURANCE</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Spouse is responsible for </w:t>
      </w:r>
      <w:r>
        <w:rPr>
          <w:rFonts w:ascii="Times New Roman" w:hAnsi="Times New Roman" w:eastAsia="Times New Roman" w:cs="Times New Roman"/>
          <w:b/>
          <w:sz w:val="24"/>
        </w:rPr>
        <w:t>THEIR OWN</w:t>
      </w:r>
      <w:r>
        <w:rPr>
          <w:rFonts w:ascii="Times New Roman" w:hAnsi="Times New Roman" w:eastAsia="Times New Roman" w:cs="Times New Roman"/>
          <w:sz w:val="24"/>
        </w:rPr>
        <w:t xml:space="preserve"> health insurance.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Health insurance </w:t>
      </w:r>
      <w:r>
        <w:rPr>
          <w:rFonts w:ascii="Times New Roman" w:hAnsi="Times New Roman" w:eastAsia="Times New Roman" w:cs="Times New Roman"/>
          <w:b/>
          <w:sz w:val="24"/>
        </w:rPr>
        <w:t>IS PROVIDED</w:t>
      </w:r>
      <w:r>
        <w:rPr>
          <w:rFonts w:ascii="Times New Roman" w:hAnsi="Times New Roman" w:eastAsia="Times New Roman" w:cs="Times New Roman"/>
          <w:sz w:val="24"/>
        </w:rPr>
        <w:t xml:space="preserve"> by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r>
        <w:rPr>
          <w:rFonts w:ascii="Times New Roman" w:hAnsi="Times New Roman" w:eastAsia="Times New Roman" w:cs="Times New Roman"/>
          <w:sz w:val="24"/>
        </w:rPr>
        <w:t xml:space="preserve"> Wife (“Health Insurance Paying Spouse”)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(“Health Insurance Receiving Spouse”). Health insurance shall include: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Medical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Dental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Vision Care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w:t>
      </w:r>
      <w:r>
        <w:rPr>
          <w:rFonts w:ascii="Times New Roman" w:hAnsi="Times New Roman" w:eastAsia="Times New Roman" w:cs="Times New Roman"/>
          <w:sz w:val="24"/>
        </w:rPr>
        <w:t>.</w:t>
      </w:r>
    </w:p>
    <w:p>
      <w:pPr/>
    </w:p>
    <w:p>
      <w:pPr/>
      <w:r>
        <w:rPr>
          <w:rFonts w:ascii="Times New Roman" w:hAnsi="Times New Roman" w:eastAsia="Times New Roman" w:cs="Times New Roman"/>
          <w:sz w:val="24"/>
        </w:rPr>
        <w:t>To facilitate the use of such coverage for the Health Insurance Receiving Spouse, the Health Insurance Paying Spouse shall cooperate fully and in a timely manner, including, but not limited to, obtaining and providing all necessary insurance cards and claim forms, completing and submitting all necessary documents, and delivering all insurance payments.</w:t>
      </w:r>
    </w:p>
    <w:p>
      <w:pPr/>
    </w:p>
    <w:p>
      <w:pPr>
        <w:ind w:hanging="1080"/>
      </w:pPr>
      <w:r>
        <w:rPr>
          <w:rFonts w:ascii="Times New Roman" w:hAnsi="Times New Roman" w:eastAsia="Times New Roman" w:cs="Times New Roman"/>
          <w:b/>
          <w:sz w:val="24"/>
        </w:rPr>
        <w:t>MARITAL HOME</w:t>
      </w:r>
      <w:r>
        <w:rPr>
          <w:rFonts w:ascii="Times New Roman" w:hAnsi="Times New Roman" w:eastAsia="Times New Roman" w:cs="Times New Roman"/>
          <w:sz w:val="24"/>
        </w:rPr>
        <w:t>. At the time of writing this Agreement, the Couple: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 NOT</w:t>
      </w:r>
      <w:r>
        <w:rPr>
          <w:rFonts w:ascii="Times New Roman" w:hAnsi="Times New Roman" w:eastAsia="Times New Roman" w:cs="Times New Roman"/>
          <w:sz w:val="24"/>
        </w:rPr>
        <w:t xml:space="preserve"> own a home, either separately or jointly.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OWN</w:t>
      </w:r>
      <w:r>
        <w:rPr>
          <w:rFonts w:ascii="Times New Roman" w:hAnsi="Times New Roman" w:eastAsia="Times New Roman" w:cs="Times New Roman"/>
          <w:sz w:val="24"/>
        </w:rPr>
        <w:t xml:space="preserve"> a home, either separately or jointly, at the property address of:</w:t>
      </w:r>
    </w:p>
    <w:p>
      <w:pPr/>
      <w:r>
        <w:rPr>
          <w:rFonts w:ascii="Times New Roman" w:hAnsi="Times New Roman" w:eastAsia="Times New Roman" w:cs="Times New Roman"/>
          <w:sz w:val="24"/>
        </w:rPr>
        <w:t>[MARITAL PROPERTY ADDRESS]</w:t>
      </w:r>
      <w:r>
        <w:rPr>
          <w:rFonts w:ascii="Times New Roman" w:hAnsi="Times New Roman" w:eastAsia="Times New Roman" w:cs="Times New Roman"/>
          <w:sz w:val="24"/>
        </w:rPr>
        <w:t xml:space="preserve"> (“Marital Home”).</w:t>
      </w:r>
    </w:p>
    <w:p>
      <w:pPr/>
    </w:p>
    <w:p>
      <w:pPr/>
      <w:r>
        <w:rPr>
          <w:rFonts w:ascii="Times New Roman" w:hAnsi="Times New Roman" w:eastAsia="Times New Roman" w:cs="Times New Roman"/>
          <w:sz w:val="24"/>
        </w:rPr>
        <w:t>The Marital Home is currently owned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p>
    <w:p>
      <w:pPr/>
      <w:r>
        <w:rPr>
          <w:rFonts w:ascii="Times New Roman" w:hAnsi="Times New Roman" w:eastAsia="Times New Roman" w:cs="Times New Roman"/>
          <w:sz w:val="24"/>
        </w:rPr>
        <w:t>The following currently lives at the Marital Home: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p>
    <w:p>
      <w:pPr/>
      <w:r>
        <w:rPr>
          <w:rFonts w:ascii="Times New Roman" w:hAnsi="Times New Roman" w:eastAsia="Times New Roman" w:cs="Times New Roman"/>
          <w:sz w:val="24"/>
        </w:rPr>
        <w:t>The Marital Home shall be: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Placed for sale as part of this Agreement.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Not placed for sale.</w:t>
      </w:r>
    </w:p>
    <w:p>
      <w:pPr/>
    </w:p>
    <w:p>
      <w:pPr>
        <w:ind w:hanging="1080"/>
      </w:pPr>
      <w:r>
        <w:rPr>
          <w:rFonts w:ascii="Times New Roman" w:hAnsi="Times New Roman" w:eastAsia="Times New Roman" w:cs="Times New Roman"/>
          <w:b/>
          <w:sz w:val="24"/>
        </w:rPr>
        <w:t>HUSBAND’S PROPERTY</w:t>
      </w:r>
      <w:r>
        <w:rPr>
          <w:rFonts w:ascii="Times New Roman" w:hAnsi="Times New Roman" w:eastAsia="Times New Roman" w:cs="Times New Roman"/>
          <w:sz w:val="24"/>
        </w:rPr>
        <w:t xml:space="preserve">. It is declared by the Couple that, under this Agreement, the Husband shall be the sole owner of the following assets and property upon commencement of legal separation: </w:t>
      </w:r>
      <w:r>
        <w:rPr>
          <w:rFonts w:ascii="Times New Roman" w:hAnsi="Times New Roman" w:eastAsia="Times New Roman" w:cs="Times New Roman"/>
          <w:sz w:val="24"/>
        </w:rPr>
        <w:t>[HUSBAND'S PROPERTY]</w:t>
      </w:r>
    </w:p>
    <w:p>
      <w:pPr/>
    </w:p>
    <w:p>
      <w:pPr>
        <w:ind w:hanging="1080"/>
      </w:pPr>
      <w:r>
        <w:rPr>
          <w:rFonts w:ascii="Times New Roman" w:hAnsi="Times New Roman" w:eastAsia="Times New Roman" w:cs="Times New Roman"/>
          <w:b/>
          <w:sz w:val="24"/>
        </w:rPr>
        <w:t>WIFE’S PROPERTY</w:t>
      </w:r>
      <w:r>
        <w:rPr>
          <w:rFonts w:ascii="Times New Roman" w:hAnsi="Times New Roman" w:eastAsia="Times New Roman" w:cs="Times New Roman"/>
          <w:sz w:val="24"/>
        </w:rPr>
        <w:t xml:space="preserve">. It is declared by the Couple that, under this Agreement, the Wife shall be the sole owner of the following assets and property upon commencement of legal separation: </w:t>
      </w:r>
      <w:r>
        <w:rPr>
          <w:rFonts w:ascii="Times New Roman" w:hAnsi="Times New Roman" w:eastAsia="Times New Roman" w:cs="Times New Roman"/>
          <w:sz w:val="24"/>
        </w:rPr>
        <w:t>[WIFE'S PROPERTY]</w:t>
      </w:r>
    </w:p>
    <w:p>
      <w:pPr/>
    </w:p>
    <w:p>
      <w:pPr>
        <w:ind w:hanging="1080"/>
      </w:pPr>
      <w:r>
        <w:rPr>
          <w:rFonts w:ascii="Times New Roman" w:hAnsi="Times New Roman" w:eastAsia="Times New Roman" w:cs="Times New Roman"/>
          <w:b/>
          <w:sz w:val="24"/>
        </w:rPr>
        <w:t>HUSBAND’S LIABILITIES &amp; DEBTS</w:t>
      </w:r>
      <w:r>
        <w:rPr>
          <w:rFonts w:ascii="Times New Roman" w:hAnsi="Times New Roman" w:eastAsia="Times New Roman" w:cs="Times New Roman"/>
          <w:sz w:val="24"/>
        </w:rPr>
        <w:t xml:space="preserve">. It is declared by the Couple that, under this Agreement, the Husband shall accept the following debts, outstanding balances, and liabilities upon commencement of legal separation: </w:t>
      </w:r>
      <w:r>
        <w:rPr>
          <w:rFonts w:ascii="Times New Roman" w:hAnsi="Times New Roman" w:eastAsia="Times New Roman" w:cs="Times New Roman"/>
          <w:sz w:val="24"/>
        </w:rPr>
        <w:t>[HUSBAND'S DEBT]</w:t>
      </w:r>
    </w:p>
    <w:p>
      <w:pPr/>
    </w:p>
    <w:p>
      <w:pPr>
        <w:ind w:hanging="1080"/>
      </w:pPr>
      <w:r>
        <w:rPr>
          <w:rFonts w:ascii="Times New Roman" w:hAnsi="Times New Roman" w:eastAsia="Times New Roman" w:cs="Times New Roman"/>
          <w:b/>
          <w:sz w:val="24"/>
        </w:rPr>
        <w:t>WIFE’S LIABILITIES &amp; DEBTS</w:t>
      </w:r>
      <w:r>
        <w:rPr>
          <w:rFonts w:ascii="Times New Roman" w:hAnsi="Times New Roman" w:eastAsia="Times New Roman" w:cs="Times New Roman"/>
          <w:sz w:val="24"/>
        </w:rPr>
        <w:t xml:space="preserve">. It is declared by the Couple that, under this Agreement, the Wife shall accept the following debts, outstanding balances, and liabilities upon commencement of legal separation: </w:t>
      </w:r>
      <w:r>
        <w:rPr>
          <w:rFonts w:ascii="Times New Roman" w:hAnsi="Times New Roman" w:eastAsia="Times New Roman" w:cs="Times New Roman"/>
          <w:sz w:val="24"/>
        </w:rPr>
        <w:t>[WIFE'S DEBT]</w:t>
      </w:r>
    </w:p>
    <w:p>
      <w:pPr/>
    </w:p>
    <w:p>
      <w:pPr>
        <w:ind w:hanging="1080"/>
      </w:pPr>
      <w:r>
        <w:rPr>
          <w:rFonts w:ascii="Times New Roman" w:hAnsi="Times New Roman" w:eastAsia="Times New Roman" w:cs="Times New Roman"/>
          <w:b/>
          <w:sz w:val="24"/>
        </w:rPr>
        <w:t>RETIREMENT BENEFITS</w:t>
      </w:r>
      <w:r>
        <w:rPr>
          <w:rFonts w:ascii="Times New Roman" w:hAnsi="Times New Roman" w:eastAsia="Times New Roman" w:cs="Times New Roman"/>
          <w:sz w:val="24"/>
        </w:rPr>
        <w:t>. Due to either investment or employment during the marriage, either the Husband or Wife: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 NOT</w:t>
      </w:r>
      <w:r>
        <w:rPr>
          <w:rFonts w:ascii="Times New Roman" w:hAnsi="Times New Roman" w:eastAsia="Times New Roman" w:cs="Times New Roman"/>
          <w:sz w:val="24"/>
        </w:rPr>
        <w:t xml:space="preserve"> have retirement plans.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retirement plans. The Couple has the following retirement plans: </w:t>
      </w:r>
      <w:r>
        <w:rPr>
          <w:rFonts w:ascii="Times New Roman" w:hAnsi="Times New Roman" w:eastAsia="Times New Roman" w:cs="Times New Roman"/>
          <w:sz w:val="24"/>
        </w:rPr>
        <w:t>[LIST THE RETIREMENT PLANS]</w:t>
      </w:r>
      <w:r>
        <w:rPr>
          <w:rFonts w:ascii="Times New Roman" w:hAnsi="Times New Roman" w:eastAsia="Times New Roman" w:cs="Times New Roman"/>
          <w:sz w:val="24"/>
        </w:rPr>
        <w:t xml:space="preserve"> (“Retirement Plans”).</w:t>
      </w:r>
    </w:p>
    <w:p>
      <w:pPr/>
    </w:p>
    <w:p>
      <w:pPr/>
      <w:r>
        <w:rPr>
          <w:rFonts w:ascii="Times New Roman" w:hAnsi="Times New Roman" w:eastAsia="Times New Roman" w:cs="Times New Roman"/>
          <w:sz w:val="24"/>
        </w:rPr>
        <w:t>Upon signing this Agreement, the Retirement Plans shall be owned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 OWNERSHIP]</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PAYMENT TO BALANCE DIVISION</w:t>
      </w:r>
      <w:r>
        <w:rPr>
          <w:rFonts w:ascii="Times New Roman" w:hAnsi="Times New Roman" w:eastAsia="Times New Roman" w:cs="Times New Roman"/>
          <w:sz w:val="24"/>
        </w:rPr>
        <w:t>. To achieve an equal division of the property,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BE</w:t>
      </w:r>
      <w:r>
        <w:rPr>
          <w:rFonts w:ascii="Times New Roman" w:hAnsi="Times New Roman" w:eastAsia="Times New Roman" w:cs="Times New Roman"/>
          <w:sz w:val="24"/>
        </w:rPr>
        <w:t xml:space="preserve"> a cash payment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from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Payment must be made on or before </w:t>
      </w:r>
      <w:r>
        <w:rPr>
          <w:rFonts w:ascii="Times New Roman" w:hAnsi="Times New Roman" w:eastAsia="Times New Roman" w:cs="Times New Roman"/>
          <w:sz w:val="24"/>
        </w:rPr>
        <w:t>[DUE DATE]</w:t>
      </w:r>
      <w:r>
        <w:rPr>
          <w:rFonts w:ascii="Times New Roman" w:hAnsi="Times New Roman" w:eastAsia="Times New Roman" w:cs="Times New Roman"/>
          <w:sz w:val="24"/>
        </w:rPr>
        <w:t>. If payment is late, interest shall accrue on the outstanding amount due, from the due date, at the maximum rate under State law or ten percent (10%) per annum, whichever is greater.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payment from one Spouse to the other. The Couple agrees that a split of the assets and property was fair and divided in good faith. </w:t>
      </w:r>
    </w:p>
    <w:p>
      <w:pPr/>
    </w:p>
    <w:p>
      <w:pPr>
        <w:ind w:hanging="1080"/>
      </w:pPr>
      <w:r>
        <w:rPr>
          <w:rFonts w:ascii="Times New Roman" w:hAnsi="Times New Roman" w:eastAsia="Times New Roman" w:cs="Times New Roman"/>
          <w:b/>
          <w:sz w:val="24"/>
        </w:rPr>
        <w:t>CHANGE OF CIRCUMSTANCES</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CANNOT</w:t>
      </w:r>
      <w:r>
        <w:rPr>
          <w:rFonts w:ascii="Times New Roman" w:hAnsi="Times New Roman" w:eastAsia="Times New Roman" w:cs="Times New Roman"/>
          <w:sz w:val="24"/>
        </w:rPr>
        <w:t xml:space="preserve"> Change. No court shall have jurisdiction to change the Spousal Support payment or non-payment by Husband or Wife to the other Spouse at any time. This shall be regardless of any change of circumstances that may arise. If there is Spousal Support, it cannot change EXCEPT by the Receiving Spouse’s death, remarriage, or termination by further court order, whichever occurs first, which shall terminate the Spousal Support payments.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w:t>
      </w:r>
      <w:r>
        <w:rPr>
          <w:rFonts w:ascii="Times New Roman" w:hAnsi="Times New Roman" w:eastAsia="Times New Roman" w:cs="Times New Roman"/>
          <w:sz w:val="24"/>
        </w:rPr>
        <w:t xml:space="preserve"> Change. Spousal Support may be ordered payable only upon a proper showing in a change of circumstances with either Spouse. A change of circumstance is limited to: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Job Loss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Injury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Disability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Illness/Disease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[ADD ANOTHER REASON]</w:t>
      </w:r>
      <w:r>
        <w:rPr>
          <w:rFonts w:ascii="Times New Roman" w:hAnsi="Times New Roman" w:eastAsia="Times New Roman" w:cs="Times New Roman"/>
          <w:sz w:val="24"/>
        </w:rPr>
        <w:t xml:space="preserve">. </w:t>
      </w:r>
    </w:p>
    <w:p>
      <w:pPr/>
    </w:p>
    <w:p>
      <w:pPr>
        <w:ind w:hanging="1080"/>
      </w:pPr>
      <w:r>
        <w:rPr>
          <w:rFonts w:ascii="Times New Roman" w:hAnsi="Times New Roman" w:eastAsia="Times New Roman" w:cs="Times New Roman"/>
          <w:b/>
          <w:sz w:val="24"/>
        </w:rPr>
        <w:t>GROUNDS FOR LEGAL SEPARATION</w:t>
      </w:r>
      <w:r>
        <w:rPr>
          <w:rFonts w:ascii="Times New Roman" w:hAnsi="Times New Roman" w:eastAsia="Times New Roman" w:cs="Times New Roman"/>
          <w:sz w:val="24"/>
        </w:rPr>
        <w:t>. Irreconcilable differences, the irretrievable breakdown of the marriage, and the incompatibility of temperament have led to this separation with the possibility of reconciliation.</w:t>
      </w:r>
    </w:p>
    <w:p>
      <w:pPr/>
    </w:p>
    <w:p>
      <w:pPr>
        <w:ind w:hanging="1080"/>
      </w:pPr>
      <w:r>
        <w:rPr>
          <w:rFonts w:ascii="Times New Roman" w:hAnsi="Times New Roman" w:eastAsia="Times New Roman" w:cs="Times New Roman"/>
          <w:b/>
          <w:sz w:val="24"/>
        </w:rPr>
        <w:t>OTHER PROPERTY PROVISION</w:t>
      </w:r>
      <w:r>
        <w:rPr>
          <w:rFonts w:ascii="Times New Roman" w:hAnsi="Times New Roman" w:eastAsia="Times New Roman" w:cs="Times New Roman"/>
          <w:sz w:val="24"/>
        </w:rPr>
        <w:t>S. All income, earnings, assets, or other property acquired by either Spouse after the date of this Agreement shall be the separate property of the Spouse acquiring them, and each Spouse disclaims and waives all rights and interest in each asset acquired by the other after that date.</w:t>
      </w:r>
    </w:p>
    <w:p>
      <w:pPr/>
    </w:p>
    <w:p>
      <w:pPr>
        <w:ind w:hanging="1080"/>
      </w:pPr>
      <w:r>
        <w:rPr>
          <w:rFonts w:ascii="Times New Roman" w:hAnsi="Times New Roman" w:eastAsia="Times New Roman" w:cs="Times New Roman"/>
          <w:b/>
          <w:sz w:val="24"/>
        </w:rPr>
        <w:t>ASSETS DISCLOSURE</w:t>
      </w:r>
      <w:r>
        <w:rPr>
          <w:rFonts w:ascii="Times New Roman" w:hAnsi="Times New Roman" w:eastAsia="Times New Roman" w:cs="Times New Roman"/>
          <w:sz w:val="24"/>
        </w:rPr>
        <w:t>. Each Spouse warrants to the other that they do not have any knowledge of any assets other than those disclosed in accordance with Section VII. If the Spouses have waived their rights to financial disclosures, then this Section shall not apply to this Agreement. If either Spouse has any knowledge of any asset other than those disclosed in accordance with Section VII, that warrantor shall transfer or pay to the warrantee, at the warrantee’s election, one of the following:</w:t>
      </w:r>
    </w:p>
    <w:p>
      <w:pPr/>
    </w:p>
    <w:p>
      <w:pPr/>
      <w:r>
        <w:rPr>
          <w:rFonts w:ascii="Times New Roman" w:hAnsi="Times New Roman" w:eastAsia="Times New Roman" w:cs="Times New Roman"/>
          <w:sz w:val="24"/>
        </w:rPr>
        <w:t>If the asset is reasonably susceptible to division, a portion of the asset equal to the warrantee’s interest in it;</w:t>
      </w:r>
    </w:p>
    <w:p>
      <w:pPr/>
      <w:r>
        <w:rPr>
          <w:rFonts w:ascii="Times New Roman" w:hAnsi="Times New Roman" w:eastAsia="Times New Roman" w:cs="Times New Roman"/>
          <w:sz w:val="24"/>
        </w:rPr>
        <w:t>The fair market value of the warrantee’s interest in the asset on the effective date of this Agreement, plus interest at the maximum rate under State law or ten percent (10%) per annum, whichever is greater, from the effective date to the date of payment; or</w:t>
      </w:r>
    </w:p>
    <w:p>
      <w:pPr/>
      <w:r>
        <w:rPr>
          <w:rFonts w:ascii="Times New Roman" w:hAnsi="Times New Roman" w:eastAsia="Times New Roman" w:cs="Times New Roman"/>
          <w:sz w:val="24"/>
        </w:rPr>
        <w:t>The fair market value of the warrantee’s interest in the asset on the date on which the warrantee discovers the existence of the asset, plus interest at the maximum rate under State law or ten percent (10%) per annum, whichever is greater, from the discovery date to the date of payment.</w:t>
      </w:r>
    </w:p>
    <w:p>
      <w:pPr/>
    </w:p>
    <w:p>
      <w:pPr/>
      <w:r>
        <w:rPr>
          <w:rFonts w:ascii="Times New Roman" w:hAnsi="Times New Roman" w:eastAsia="Times New Roman" w:cs="Times New Roman"/>
          <w:sz w:val="24"/>
        </w:rPr>
        <w:t>This provision shall not be deemed to impair the availability, in a court of competent jurisdiction, of any other remedy arising from the nondisclosure of assets.</w:t>
      </w:r>
    </w:p>
    <w:p>
      <w:pPr/>
    </w:p>
    <w:p>
      <w:pPr>
        <w:ind w:hanging="1080"/>
      </w:pPr>
      <w:r>
        <w:rPr>
          <w:rFonts w:ascii="Times New Roman" w:hAnsi="Times New Roman" w:eastAsia="Times New Roman" w:cs="Times New Roman"/>
          <w:b/>
          <w:sz w:val="24"/>
        </w:rPr>
        <w:t>LIABILITIES DISCLOSURE</w:t>
      </w:r>
      <w:r>
        <w:rPr>
          <w:rFonts w:ascii="Times New Roman" w:hAnsi="Times New Roman" w:eastAsia="Times New Roman" w:cs="Times New Roman"/>
          <w:sz w:val="24"/>
        </w:rPr>
        <w:t>. Each Spouse warrants to the other that he or she has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pPr/>
    </w:p>
    <w:p>
      <w:pPr/>
      <w:r>
        <w:rPr>
          <w:rFonts w:ascii="Times New Roman" w:hAnsi="Times New Roman" w:eastAsia="Times New Roman" w:cs="Times New Roman"/>
          <w:sz w:val="24"/>
        </w:rPr>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warrantor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the nondisclosure of such liabilities. </w:t>
      </w:r>
    </w:p>
    <w:p>
      <w:pPr/>
    </w:p>
    <w:p>
      <w:pPr>
        <w:ind w:hanging="1080"/>
      </w:pPr>
      <w:r>
        <w:rPr>
          <w:rFonts w:ascii="Times New Roman" w:hAnsi="Times New Roman" w:eastAsia="Times New Roman" w:cs="Times New Roman"/>
          <w:b/>
          <w:sz w:val="24"/>
        </w:rPr>
        <w:t>UNDISCLOSED GIFTS</w:t>
      </w:r>
      <w:r>
        <w:rPr>
          <w:rFonts w:ascii="Times New Roman" w:hAnsi="Times New Roman" w:eastAsia="Times New Roman" w:cs="Times New Roman"/>
          <w:sz w:val="24"/>
        </w:rPr>
        <w:t>. Either when this Agreement is signed or when a divorce petition is first filed, whichever occurs earliest, no gift shall be made without the other Spouse's consent. If such gift-giving does occur without the other Spouse's consent, that warrantor shall pay to the warrantee a sum equal to half of the fair market value of the asset transferred, with the fair market value to be determined, at the warrantee's election, as of either (a) the effective date of this Agreement or (b) the date on which the warrantee discovers the transfer, less any appreciation in the asset's value attributable solely to acts of the transferee(s) and successor(s). The warrantor shall further pay to the warrantee interest at the maximum rate under State law or ten percent (10%) per annum, whichever is greater, from the date elected for determination of the fair market value of the asset to the date of payment. This provision shall not be deemed to impair the availability, in a court of competent jurisdiction, of any other remedy arising from undisclosed gifts or transfers for less than adequate consideration.</w:t>
      </w:r>
    </w:p>
    <w:p>
      <w:pPr/>
    </w:p>
    <w:p>
      <w:pPr>
        <w:ind w:hanging="1080"/>
      </w:pPr>
      <w:r>
        <w:rPr>
          <w:rFonts w:ascii="Times New Roman" w:hAnsi="Times New Roman" w:eastAsia="Times New Roman" w:cs="Times New Roman"/>
          <w:b/>
          <w:sz w:val="24"/>
        </w:rPr>
        <w:t>FUTURE LIABILITIES</w:t>
      </w:r>
      <w:r>
        <w:rPr>
          <w:rFonts w:ascii="Times New Roman" w:hAnsi="Times New Roman" w:eastAsia="Times New Roman" w:cs="Times New Roman"/>
          <w:sz w:val="24"/>
        </w:rPr>
        <w:t>. Each Spouse warrants to the other that they shall not incur, after the effective date of this Agreement, any liability for which the other shall be or may become personally liable or that could be enforced against an asset held by the other Spouse.</w:t>
      </w:r>
    </w:p>
    <w:p>
      <w:pPr/>
    </w:p>
    <w:p>
      <w:pPr/>
      <w:r>
        <w:rPr>
          <w:rFonts w:ascii="Times New Roman" w:hAnsi="Times New Roman" w:eastAsia="Times New Roman" w:cs="Times New Roman"/>
          <w:sz w:val="24"/>
        </w:rPr>
        <w:t>If either Spouse incurs, after the effective date of this Agreement, any liability for which the other shall be or may become personally liable or that could be enforced against an asset held by the other Spouse, that warrantor shall indemnify the other for any liability on the obligation, attorney fees, and related costs.</w:t>
      </w:r>
    </w:p>
    <w:p>
      <w:pPr/>
    </w:p>
    <w:p>
      <w:pPr>
        <w:ind w:hanging="1080"/>
      </w:pPr>
      <w:r>
        <w:rPr>
          <w:rFonts w:ascii="Times New Roman" w:hAnsi="Times New Roman" w:eastAsia="Times New Roman" w:cs="Times New Roman"/>
          <w:b/>
          <w:sz w:val="24"/>
        </w:rPr>
        <w:t>RELEASE OF LIABILITIES AND CLAIMS</w:t>
      </w:r>
      <w:r>
        <w:rPr>
          <w:rFonts w:ascii="Times New Roman" w:hAnsi="Times New Roman" w:eastAsia="Times New Roman" w:cs="Times New Roman"/>
          <w:sz w:val="24"/>
        </w:rPr>
        <w:t xml:space="preserve">. Except as otherwise provided in this Agreement, each Spouse hereby releases the other from all interspousal obligations, whether incurred before or after the effective date, and all claims to the property of the other. This release extends to all claims based on rights that have accrued before the marriage, including, but not limited to, property and support claims. The Couple has considered such claims in this Agreement. </w:t>
      </w:r>
    </w:p>
    <w:p>
      <w:pPr/>
    </w:p>
    <w:p>
      <w:pPr>
        <w:ind w:hanging="1080"/>
      </w:pPr>
      <w:r>
        <w:rPr>
          <w:rFonts w:ascii="Times New Roman" w:hAnsi="Times New Roman" w:eastAsia="Times New Roman" w:cs="Times New Roman"/>
          <w:b/>
          <w:sz w:val="24"/>
        </w:rPr>
        <w:t>STATUS OF TEMPORARY ORDERS</w:t>
      </w:r>
      <w:r>
        <w:rPr>
          <w:rFonts w:ascii="Times New Roman" w:hAnsi="Times New Roman" w:eastAsia="Times New Roman" w:cs="Times New Roman"/>
          <w:sz w:val="24"/>
        </w:rPr>
        <w:t>. All temporary orders previously rendered by the court in the pending dissolution action of the Couple shall be deemed fully satisfied as to those acts whose performance was required on or before the effective date of this Agreement and shall be deemed superseded by this Agreement as to those acts whose performance was not required.</w:t>
      </w:r>
    </w:p>
    <w:p>
      <w:pPr/>
    </w:p>
    <w:p>
      <w:pPr>
        <w:ind w:hanging="1080"/>
      </w:pPr>
      <w:r>
        <w:rPr>
          <w:rFonts w:ascii="Times New Roman" w:hAnsi="Times New Roman" w:eastAsia="Times New Roman" w:cs="Times New Roman"/>
          <w:b/>
          <w:sz w:val="24"/>
        </w:rPr>
        <w:t>WAIVER OF RIGHTS ON DEATH OF OTHER SPOUSE</w:t>
      </w:r>
      <w:r>
        <w:rPr>
          <w:rFonts w:ascii="Times New Roman" w:hAnsi="Times New Roman" w:eastAsia="Times New Roman" w:cs="Times New Roman"/>
          <w:sz w:val="24"/>
        </w:rPr>
        <w:t>. Except for any Child Support statements made in Attachment A, each Spouse hereby waives the right to receive any property or rights whatsoever on the death of the other, unless such right is created or affirmed by the other under a will or other written document executed after the effective date of this Agreement. Each Spouse believes that he or she has received a fair and reasonable disclosure of the property and financial obligations of the other Spouse.</w:t>
      </w:r>
    </w:p>
    <w:p>
      <w:pPr/>
    </w:p>
    <w:p>
      <w:pPr/>
      <w:r>
        <w:rPr>
          <w:rFonts w:ascii="Times New Roman" w:hAnsi="Times New Roman" w:eastAsia="Times New Roman" w:cs="Times New Roman"/>
          <w:sz w:val="24"/>
        </w:rPr>
        <w:t>Except for rights listed in this Agreement, the rights waived include, but are not limited to, rights to any of the following:</w:t>
      </w:r>
    </w:p>
    <w:p>
      <w:pPr/>
      <w:r>
        <w:rPr>
          <w:rFonts w:ascii="Times New Roman" w:hAnsi="Times New Roman" w:eastAsia="Times New Roman" w:cs="Times New Roman"/>
          <w:sz w:val="24"/>
        </w:rPr>
        <w:t>Property that would pass from the decedent by intestate succession;</w:t>
      </w:r>
    </w:p>
    <w:p>
      <w:pPr/>
      <w:r>
        <w:rPr>
          <w:rFonts w:ascii="Times New Roman" w:hAnsi="Times New Roman" w:eastAsia="Times New Roman" w:cs="Times New Roman"/>
          <w:sz w:val="24"/>
        </w:rPr>
        <w:t xml:space="preserve">Property that would pass from the decedent by testamentary disposition; </w:t>
      </w:r>
    </w:p>
    <w:p>
      <w:pPr/>
      <w:r>
        <w:rPr>
          <w:rFonts w:ascii="Times New Roman" w:hAnsi="Times New Roman" w:eastAsia="Times New Roman" w:cs="Times New Roman"/>
          <w:sz w:val="24"/>
        </w:rPr>
        <w:t xml:space="preserve">A probate homestead; </w:t>
      </w:r>
    </w:p>
    <w:p>
      <w:pPr/>
      <w:r>
        <w:rPr>
          <w:rFonts w:ascii="Times New Roman" w:hAnsi="Times New Roman" w:eastAsia="Times New Roman" w:cs="Times New Roman"/>
          <w:sz w:val="24"/>
        </w:rPr>
        <w:t xml:space="preserve">The setting aside of exempt property; </w:t>
      </w:r>
    </w:p>
    <w:p>
      <w:pPr/>
      <w:r>
        <w:rPr>
          <w:rFonts w:ascii="Times New Roman" w:hAnsi="Times New Roman" w:eastAsia="Times New Roman" w:cs="Times New Roman"/>
          <w:sz w:val="24"/>
        </w:rPr>
        <w:t xml:space="preserve">A family allowance; </w:t>
      </w:r>
    </w:p>
    <w:p>
      <w:pPr/>
      <w:r>
        <w:rPr>
          <w:rFonts w:ascii="Times New Roman" w:hAnsi="Times New Roman" w:eastAsia="Times New Roman" w:cs="Times New Roman"/>
          <w:sz w:val="24"/>
        </w:rPr>
        <w:t xml:space="preserve">The setting aside of an estate; </w:t>
      </w:r>
    </w:p>
    <w:p>
      <w:pPr/>
      <w:r>
        <w:rPr>
          <w:rFonts w:ascii="Times New Roman" w:hAnsi="Times New Roman" w:eastAsia="Times New Roman" w:cs="Times New Roman"/>
          <w:sz w:val="24"/>
        </w:rPr>
        <w:t xml:space="preserve">An election to take property against the decedent’s will; </w:t>
      </w:r>
    </w:p>
    <w:p>
      <w:pPr/>
      <w:r>
        <w:rPr>
          <w:rFonts w:ascii="Times New Roman" w:hAnsi="Times New Roman" w:eastAsia="Times New Roman" w:cs="Times New Roman"/>
          <w:sz w:val="24"/>
        </w:rPr>
        <w:t xml:space="preserve">The statutory share of an omitted Spouse; </w:t>
      </w:r>
    </w:p>
    <w:p>
      <w:pPr/>
      <w:r>
        <w:rPr>
          <w:rFonts w:ascii="Times New Roman" w:hAnsi="Times New Roman" w:eastAsia="Times New Roman" w:cs="Times New Roman"/>
          <w:sz w:val="24"/>
        </w:rPr>
        <w:t xml:space="preserve">An appointment as executor or administrator of the decedent’s estate, except as the nominee of a third Spouse legally entitled to make such a nomination; </w:t>
      </w:r>
    </w:p>
    <w:p>
      <w:pPr/>
      <w:r>
        <w:rPr>
          <w:rFonts w:ascii="Times New Roman" w:hAnsi="Times New Roman" w:eastAsia="Times New Roman" w:cs="Times New Roman"/>
          <w:sz w:val="24"/>
        </w:rPr>
        <w:t xml:space="preserve">Property that would pass from the decedent by non-probate transfer, such as the survivorship interest under a joint tenancy, a Totten trust account, or a payable-on-death account; and </w:t>
      </w:r>
    </w:p>
    <w:p>
      <w:pPr/>
      <w:r>
        <w:rPr>
          <w:rFonts w:ascii="Times New Roman" w:hAnsi="Times New Roman" w:eastAsia="Times New Roman" w:cs="Times New Roman"/>
          <w:sz w:val="24"/>
        </w:rPr>
        <w:t xml:space="preserve">Proceeds as a beneficiary of any type of insurance policy. </w:t>
      </w:r>
    </w:p>
    <w:p>
      <w:pPr/>
    </w:p>
    <w:p>
      <w:pPr>
        <w:ind w:hanging="1080"/>
      </w:pPr>
      <w:r>
        <w:rPr>
          <w:rFonts w:ascii="Times New Roman" w:hAnsi="Times New Roman" w:eastAsia="Times New Roman" w:cs="Times New Roman"/>
          <w:b/>
          <w:sz w:val="24"/>
        </w:rPr>
        <w:t>RECONCILIATION</w:t>
      </w:r>
      <w:r>
        <w:rPr>
          <w:rFonts w:ascii="Times New Roman" w:hAnsi="Times New Roman" w:eastAsia="Times New Roman" w:cs="Times New Roman"/>
          <w:sz w:val="24"/>
        </w:rPr>
        <w:t>. If the Couple reconciles, this Agreement shall nevertheless remain in full effect unless and until it is modified or revoked in writing and signed by the Couple.</w:t>
      </w:r>
    </w:p>
    <w:p>
      <w:pPr/>
    </w:p>
    <w:p>
      <w:pPr>
        <w:ind w:hanging="1080"/>
      </w:pPr>
      <w:r>
        <w:rPr>
          <w:rFonts w:ascii="Times New Roman" w:hAnsi="Times New Roman" w:eastAsia="Times New Roman" w:cs="Times New Roman"/>
          <w:b/>
          <w:sz w:val="24"/>
        </w:rPr>
        <w:t>MODIFICATION BY SUBSEQUENT AGREEMENT</w:t>
      </w:r>
      <w:r>
        <w:rPr>
          <w:rFonts w:ascii="Times New Roman" w:hAnsi="Times New Roman" w:eastAsia="Times New Roman" w:cs="Times New Roman"/>
          <w:sz w:val="24"/>
        </w:rPr>
        <w:t xml:space="preserve">. This Agreement may be modified by subsequent agreement of the Couple only by an instrument in writing signed by both of them, an oral agreement to the extent that the Couple executes it, or an in-court oral agreement made into an order by a court of competent jurisdiction. </w:t>
      </w:r>
    </w:p>
    <w:p>
      <w:pPr/>
    </w:p>
    <w:p>
      <w:pPr>
        <w:ind w:hanging="1080"/>
      </w:pPr>
      <w:r>
        <w:rPr>
          <w:rFonts w:ascii="Times New Roman" w:hAnsi="Times New Roman" w:eastAsia="Times New Roman" w:cs="Times New Roman"/>
          <w:b/>
          <w:sz w:val="24"/>
        </w:rPr>
        <w:t>NOTICE OF BANKRUPTCY FILING</w:t>
      </w:r>
      <w:r>
        <w:rPr>
          <w:rFonts w:ascii="Times New Roman" w:hAnsi="Times New Roman" w:eastAsia="Times New Roman" w:cs="Times New Roman"/>
          <w:sz w:val="24"/>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pPr/>
    </w:p>
    <w:p>
      <w:pPr>
        <w:ind w:hanging="1080"/>
      </w:pPr>
      <w:r>
        <w:rPr>
          <w:rFonts w:ascii="Times New Roman" w:hAnsi="Times New Roman" w:eastAsia="Times New Roman" w:cs="Times New Roman"/>
          <w:b/>
          <w:sz w:val="24"/>
        </w:rPr>
        <w:t>ATTORNEY FEES TO ENFORCE OR MODIFY AGREEMENT</w:t>
      </w:r>
      <w:r>
        <w:rPr>
          <w:rFonts w:ascii="Times New Roman" w:hAnsi="Times New Roman" w:eastAsia="Times New Roman" w:cs="Times New Roman"/>
          <w:sz w:val="24"/>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pPr/>
    </w:p>
    <w:p>
      <w:pPr>
        <w:ind w:hanging="1080"/>
      </w:pPr>
      <w:r>
        <w:rPr>
          <w:rFonts w:ascii="Times New Roman" w:hAnsi="Times New Roman" w:eastAsia="Times New Roman" w:cs="Times New Roman"/>
          <w:b/>
          <w:sz w:val="24"/>
        </w:rPr>
        <w:t>COOPERATION IN IMPLEMENTATION</w:t>
      </w:r>
      <w:r>
        <w:rPr>
          <w:rFonts w:ascii="Times New Roman" w:hAnsi="Times New Roman" w:eastAsia="Times New Roman" w:cs="Times New Roman"/>
          <w:sz w:val="24"/>
        </w:rPr>
        <w:t xml:space="preserve">. On demand of the other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pPr/>
    </w:p>
    <w:p>
      <w:pPr>
        <w:ind w:hanging="1080"/>
      </w:pPr>
      <w:r>
        <w:rPr>
          <w:rFonts w:ascii="Times New Roman" w:hAnsi="Times New Roman" w:eastAsia="Times New Roman" w:cs="Times New Roman"/>
          <w:b/>
          <w:sz w:val="24"/>
        </w:rPr>
        <w:t>EFFECTIVE DATE</w:t>
      </w:r>
      <w:r>
        <w:rPr>
          <w:rFonts w:ascii="Times New Roman" w:hAnsi="Times New Roman" w:eastAsia="Times New Roman" w:cs="Times New Roman"/>
          <w:sz w:val="24"/>
        </w:rPr>
        <w:t xml:space="preserve">. The effective date of this Agreement shall be the date of its execution by the second of the Couple to do so. </w:t>
      </w:r>
    </w:p>
    <w:p>
      <w:pPr/>
    </w:p>
    <w:p>
      <w:pPr>
        <w:ind w:hanging="1080"/>
      </w:pPr>
      <w:r>
        <w:rPr>
          <w:rFonts w:ascii="Times New Roman" w:hAnsi="Times New Roman" w:eastAsia="Times New Roman" w:cs="Times New Roman"/>
          <w:b/>
          <w:sz w:val="24"/>
        </w:rPr>
        <w:t>COURT ACTION</w:t>
      </w:r>
      <w:r>
        <w:rPr>
          <w:rFonts w:ascii="Times New Roman" w:hAnsi="Times New Roman" w:eastAsia="Times New Roman" w:cs="Times New Roman"/>
          <w:sz w:val="24"/>
        </w:rPr>
        <w:t xml:space="preserve">. If a judgment of dissolution of marriage is obtained by either Spouse, the original of this Agreement shall be attached to the judgment. The court shall be requested to do the following: </w:t>
      </w:r>
    </w:p>
    <w:p>
      <w:pPr/>
      <w:r>
        <w:rPr>
          <w:rFonts w:ascii="Times New Roman" w:hAnsi="Times New Roman" w:eastAsia="Times New Roman" w:cs="Times New Roman"/>
          <w:sz w:val="24"/>
        </w:rPr>
        <w:t xml:space="preserve">a.) Approve the entire Agreement as fair and equitable; </w:t>
      </w:r>
    </w:p>
    <w:p>
      <w:pPr/>
      <w:r>
        <w:rPr>
          <w:rFonts w:ascii="Times New Roman" w:hAnsi="Times New Roman" w:eastAsia="Times New Roman" w:cs="Times New Roman"/>
          <w:sz w:val="24"/>
        </w:rPr>
        <w:t xml:space="preserve">b.) Order the Couple to comply with all of its executory provisions; </w:t>
      </w:r>
    </w:p>
    <w:p>
      <w:pPr/>
      <w:r>
        <w:rPr>
          <w:rFonts w:ascii="Times New Roman" w:hAnsi="Times New Roman" w:eastAsia="Times New Roman" w:cs="Times New Roman"/>
          <w:sz w:val="24"/>
        </w:rPr>
        <w:t xml:space="preserve">c.) Merge the court’s provisions relating to all other matters, including child custody, visitation rights, child support, future acts with respect to property division, attorney fees and costs, and income tax, and only those provisions, into the judgment; and </w:t>
      </w:r>
    </w:p>
    <w:p>
      <w:pPr/>
      <w:r>
        <w:rPr>
          <w:rFonts w:ascii="Times New Roman" w:hAnsi="Times New Roman" w:eastAsia="Times New Roman" w:cs="Times New Roman"/>
          <w:sz w:val="24"/>
        </w:rPr>
        <w:t>d.) Incorporate the remainder of the Agreement in the judgment for the sole purpose of identification.</w:t>
      </w:r>
    </w:p>
    <w:p>
      <w:pPr/>
    </w:p>
    <w:p>
      <w:pPr>
        <w:ind w:hanging="1080"/>
      </w:pPr>
      <w:r>
        <w:rPr>
          <w:rFonts w:ascii="Times New Roman" w:hAnsi="Times New Roman" w:eastAsia="Times New Roman" w:cs="Times New Roman"/>
          <w:b/>
          <w:sz w:val="24"/>
        </w:rPr>
        <w:t>ACKNOWLEDGMENTS</w:t>
      </w:r>
      <w:r>
        <w:rPr>
          <w:rFonts w:ascii="Times New Roman" w:hAnsi="Times New Roman" w:eastAsia="Times New Roman" w:cs="Times New Roman"/>
          <w:sz w:val="24"/>
        </w:rPr>
        <w:t>. Each Spouse acknowledges that he or she respectively (1) is fully informed as to the facts relating to the subject matter of this Agreement and as to the rights and liabilities of the Couple; (2) enters into this Agreement voluntarily, free from fraud, undue influence, coercion, or duress of any kind; (3) is representing themselves in an "in pro per" status and is therefore not represented by legal counsel; (4) prior to executing this Agreement, either Spouse may have this Agreement reviewed by an attorney; and (5) has read, considered, and understands each provision of this Agreement.</w:t>
      </w:r>
    </w:p>
    <w:p>
      <w:pPr/>
    </w:p>
    <w:p>
      <w:pPr>
        <w:ind w:hanging="1080"/>
      </w:pP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ind w:hanging="108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 ADDITIONAL TERMS]</w:t>
      </w:r>
    </w:p>
    <w:p>
      <w:pPr/>
    </w:p>
    <w:p>
      <w:pPr>
        <w:ind w:hanging="1080"/>
      </w:pPr>
      <w:r>
        <w:rPr>
          <w:rFonts w:ascii="Times New Roman" w:hAnsi="Times New Roman" w:eastAsia="Times New Roman" w:cs="Times New Roman"/>
          <w:b/>
          <w:sz w:val="24"/>
        </w:rPr>
        <w:t>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ind w:hanging="108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xml:space="preserve">. This Agreement and the foregoing are agreed to by: </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p>
      <w:pPr>
        <w:spacing w:before="0" w:after="0"/>
        <w:jc w:val="center"/>
      </w:pPr>
      <w:r>
        <w:rPr>
          <w:rFonts w:ascii="Times New Roman" w:hAnsi="Times New Roman" w:eastAsia="Times New Roman" w:cs="Times New Roman"/>
          <w:b/>
          <w:sz w:val="24"/>
        </w:rPr>
        <w:t xml:space="preserve">ATTACHMENT A </w:t>
      </w:r>
      <w:r>
        <w:rPr>
          <w:rFonts w:ascii="Times New Roman" w:hAnsi="Times New Roman" w:eastAsia="Times New Roman" w:cs="Times New Roman"/>
          <w:sz w:val="24"/>
        </w:rPr>
        <w:t>(CHILD SUPPORT)</w:t>
      </w:r>
    </w:p>
    <w:p>
      <w:pPr/>
    </w:p>
    <w:p>
      <w:pPr/>
      <w:r>
        <w:rPr>
          <w:rFonts w:ascii="Times New Roman" w:hAnsi="Times New Roman" w:eastAsia="Times New Roman" w:cs="Times New Roman"/>
          <w:b/>
          <w:sz w:val="24"/>
        </w:rPr>
        <w:t>I. MINOR CHILDREN</w:t>
      </w:r>
      <w:r>
        <w:rPr>
          <w:rFonts w:ascii="Times New Roman" w:hAnsi="Times New Roman" w:eastAsia="Times New Roman" w:cs="Times New Roman"/>
          <w:sz w:val="24"/>
        </w:rPr>
        <w:t xml:space="preserve">. There are/is </w:t>
      </w:r>
      <w:r>
        <w:rPr>
          <w:rFonts w:ascii="Times New Roman" w:hAnsi="Times New Roman" w:eastAsia="Times New Roman" w:cs="Times New Roman"/>
          <w:sz w:val="24"/>
        </w:rPr>
        <w:t>[#]</w:t>
      </w:r>
      <w:r>
        <w:rPr>
          <w:rFonts w:ascii="Times New Roman" w:hAnsi="Times New Roman" w:eastAsia="Times New Roman" w:cs="Times New Roman"/>
          <w:sz w:val="24"/>
        </w:rPr>
        <w:t xml:space="preserve"> minor child(ren) that are the direct offspring of the Couple. The minor child(ren) are as follows:</w:t>
      </w:r>
    </w:p>
    <w:p>
      <w:pPr/>
    </w:p>
    <w:p>
      <w:pP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Date of Birth (DOB): </w:t>
      </w:r>
      <w:r>
        <w:rPr>
          <w:rFonts w:ascii="Times New Roman" w:hAnsi="Times New Roman" w:eastAsia="Times New Roman" w:cs="Times New Roman"/>
          <w:sz w:val="24"/>
        </w:rPr>
        <w:t>[DATE OF BIRTH]</w:t>
      </w:r>
    </w:p>
    <w:p>
      <w:pPr/>
    </w:p>
    <w:p>
      <w:pP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Date of Birth (DOB): </w:t>
      </w:r>
      <w:r>
        <w:rPr>
          <w:rFonts w:ascii="Times New Roman" w:hAnsi="Times New Roman" w:eastAsia="Times New Roman" w:cs="Times New Roman"/>
          <w:sz w:val="24"/>
        </w:rPr>
        <w:t>[DATE OF BIRTH]</w:t>
      </w:r>
    </w:p>
    <w:p>
      <w:pPr/>
    </w:p>
    <w:p>
      <w:pP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Date of Birth (DOB): </w:t>
      </w:r>
      <w:r>
        <w:rPr>
          <w:rFonts w:ascii="Times New Roman" w:hAnsi="Times New Roman" w:eastAsia="Times New Roman" w:cs="Times New Roman"/>
          <w:sz w:val="24"/>
        </w:rPr>
        <w:t>[DATE OF BIRTH]</w:t>
      </w:r>
    </w:p>
    <w:p>
      <w:pPr/>
    </w:p>
    <w:p>
      <w:pPr/>
      <w:r>
        <w:rPr>
          <w:rFonts w:ascii="Times New Roman" w:hAnsi="Times New Roman" w:eastAsia="Times New Roman" w:cs="Times New Roman"/>
          <w:sz w:val="24"/>
        </w:rPr>
        <w:t>Aforementioned and hereinafter known as the “Minor Children.”</w:t>
      </w:r>
    </w:p>
    <w:p>
      <w:pPr/>
    </w:p>
    <w:p>
      <w:pPr/>
      <w:r>
        <w:rPr>
          <w:rFonts w:ascii="Times New Roman" w:hAnsi="Times New Roman" w:eastAsia="Times New Roman" w:cs="Times New Roman"/>
          <w:b/>
          <w:sz w:val="24"/>
        </w:rPr>
        <w:t>II. FUTURE CHILDREN</w:t>
      </w:r>
      <w:r>
        <w:rPr>
          <w:rFonts w:ascii="Times New Roman" w:hAnsi="Times New Roman" w:eastAsia="Times New Roman" w:cs="Times New Roman"/>
          <w:sz w:val="24"/>
        </w:rPr>
        <w:t>. The Couple: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IS NOT</w:t>
      </w:r>
      <w:r>
        <w:rPr>
          <w:rFonts w:ascii="Times New Roman" w:hAnsi="Times New Roman" w:eastAsia="Times New Roman" w:cs="Times New Roman"/>
          <w:sz w:val="24"/>
        </w:rPr>
        <w:t xml:space="preserve"> expecting a child in the future.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IS EXPECTING</w:t>
      </w:r>
      <w:r>
        <w:rPr>
          <w:rFonts w:ascii="Times New Roman" w:hAnsi="Times New Roman" w:eastAsia="Times New Roman" w:cs="Times New Roman"/>
          <w:sz w:val="24"/>
        </w:rPr>
        <w:t xml:space="preserve"> a child on the date of </w:t>
      </w:r>
      <w:r>
        <w:rPr>
          <w:rFonts w:ascii="Times New Roman" w:hAnsi="Times New Roman" w:eastAsia="Times New Roman" w:cs="Times New Roman"/>
          <w:sz w:val="24"/>
        </w:rPr>
        <w:t>[EXPECTED DATE]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III. PHYSICAL CUSTODY</w:t>
      </w:r>
      <w:r>
        <w:rPr>
          <w:rFonts w:ascii="Times New Roman" w:hAnsi="Times New Roman" w:eastAsia="Times New Roman" w:cs="Times New Roman"/>
          <w:sz w:val="24"/>
        </w:rPr>
        <w:t>. The Couple chooses to enter into the following custody schedule: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CUSTODY</w:t>
      </w:r>
    </w:p>
    <w:p>
      <w:pPr/>
    </w:p>
    <w:p>
      <w:pPr/>
      <w:r>
        <w:rPr>
          <w:rFonts w:ascii="Times New Roman" w:hAnsi="Times New Roman" w:eastAsia="Times New Roman" w:cs="Times New Roman"/>
          <w:b/>
          <w:sz w:val="24"/>
        </w:rPr>
        <w:t>IV. PARENTING TIME/VISITATION</w:t>
      </w:r>
      <w:r>
        <w:rPr>
          <w:rFonts w:ascii="Times New Roman" w:hAnsi="Times New Roman" w:eastAsia="Times New Roman" w:cs="Times New Roman"/>
          <w:sz w:val="24"/>
        </w:rPr>
        <w:t xml:space="preserve">. The Couple shall have parenting time/visitation with the Minor Children are as follows: </w:t>
      </w:r>
    </w:p>
    <w:p>
      <w:pPr/>
    </w:p>
    <w:p>
      <w:pPr/>
      <w:r>
        <w:rPr>
          <w:rFonts w:ascii="Times New Roman" w:hAnsi="Times New Roman" w:eastAsia="Times New Roman" w:cs="Times New Roman"/>
          <w:sz w:val="24"/>
        </w:rPr>
        <w:t>Husband will have the following schedule with the Minor Children: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Monday thru Friday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Every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Every Other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 Visitation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 VISITATION RIGHTS]</w:t>
      </w:r>
      <w:r>
        <w:rPr>
          <w:rFonts w:ascii="Times New Roman" w:hAnsi="Times New Roman" w:eastAsia="Times New Roman" w:cs="Times New Roman"/>
          <w:sz w:val="24"/>
        </w:rPr>
        <w:t>.</w:t>
      </w:r>
    </w:p>
    <w:p>
      <w:pPr/>
    </w:p>
    <w:p>
      <w:pPr/>
      <w:r>
        <w:rPr>
          <w:rFonts w:ascii="Times New Roman" w:hAnsi="Times New Roman" w:eastAsia="Times New Roman" w:cs="Times New Roman"/>
          <w:sz w:val="24"/>
        </w:rPr>
        <w:t>Wife will have the following schedule with the Minor Children: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Monday thru Friday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Every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Every Other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 Visitation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 VISITATION RIGHTS]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NOTICE OF CHANGE OF RESIDENCE</w:t>
      </w:r>
      <w:r>
        <w:rPr>
          <w:rFonts w:ascii="Times New Roman" w:hAnsi="Times New Roman" w:eastAsia="Times New Roman" w:cs="Times New Roman"/>
          <w:sz w:val="24"/>
        </w:rPr>
        <w:t>. The Couple agrees to the following:</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miles away from another without the other Spouse’s consent.</w:t>
      </w:r>
    </w:p>
    <w:p>
      <w:pPr/>
    </w:p>
    <w:p>
      <w:pPr/>
      <w:r>
        <w:rPr>
          <w:rFonts w:ascii="Times New Roman" w:hAnsi="Times New Roman" w:eastAsia="Times New Roman" w:cs="Times New Roman"/>
          <w:b/>
          <w:sz w:val="24"/>
        </w:rPr>
        <w:t>VI. PREVIOUS COURT ACTIONS</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ALREADY</w:t>
      </w:r>
      <w:r>
        <w:rPr>
          <w:rFonts w:ascii="Times New Roman" w:hAnsi="Times New Roman" w:eastAsia="Times New Roman" w:cs="Times New Roman"/>
          <w:sz w:val="24"/>
        </w:rPr>
        <w:t xml:space="preserve"> had custody and visitation rights administered by a court in the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of </w:t>
      </w:r>
      <w:r>
        <w:rPr>
          <w:rFonts w:ascii="Times New Roman" w:hAnsi="Times New Roman" w:eastAsia="Times New Roman" w:cs="Times New Roman"/>
          <w:sz w:val="24"/>
        </w:rPr>
        <w:t>[COUNTY NAME]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with a </w:t>
      </w:r>
      <w:r>
        <w:rPr>
          <w:rFonts w:ascii="Times New Roman" w:hAnsi="Times New Roman" w:eastAsia="Times New Roman" w:cs="Times New Roman"/>
          <w:sz w:val="24"/>
        </w:rPr>
        <w:t>Case Number</w:t>
      </w:r>
      <w:r>
        <w:rPr>
          <w:rFonts w:ascii="Times New Roman" w:hAnsi="Times New Roman" w:eastAsia="Times New Roman" w:cs="Times New Roman"/>
          <w:sz w:val="24"/>
        </w:rPr>
        <w:t xml:space="preserve"> of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w:t>
      </w:r>
      <w:r>
        <w:rPr>
          <w:rFonts w:ascii="Times New Roman" w:hAnsi="Times New Roman" w:eastAsia="Times New Roman" w:cs="Times New Roman"/>
          <w:sz w:val="24"/>
        </w:rPr>
        <w:t xml:space="preserve"> had custody and visitation rights administered by a court.</w:t>
      </w:r>
    </w:p>
    <w:p>
      <w:pPr/>
    </w:p>
    <w:p>
      <w:pPr/>
      <w:r>
        <w:rPr>
          <w:rFonts w:ascii="Times New Roman" w:hAnsi="Times New Roman" w:eastAsia="Times New Roman" w:cs="Times New Roman"/>
          <w:b/>
          <w:sz w:val="24"/>
        </w:rPr>
        <w:t>VII.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Minor Children for those periods when the Minor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month commencing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VIII. ADDITIONAL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ADDITIONAL SUPPORT</w:t>
      </w:r>
      <w:r>
        <w:rPr>
          <w:rFonts w:ascii="Times New Roman" w:hAnsi="Times New Roman" w:eastAsia="Times New Roman" w:cs="Times New Roman"/>
          <w:sz w:val="24"/>
        </w:rPr>
        <w:t>. Neither Spouse is obligated to pay Additional Support other than the Child Support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additional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(“Additional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SUPPORT PAYMENTS</w:t>
      </w:r>
      <w:r>
        <w:rPr>
          <w:rFonts w:ascii="Times New Roman" w:hAnsi="Times New Roman" w:eastAsia="Times New Roman" w:cs="Times New Roman"/>
          <w:sz w:val="24"/>
        </w:rPr>
        <w:t>. Additional Support payments shall be made in the following manner: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Health and Dental Insurance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shall maintain coverage for each minor child under the medical and dental insurance provided through his/her employment. To facilitate the use of such coverage for the child(ren), the Couple shall cooperate fully and in a timely manner, including, but not limited to, obtaining and providing all necessary insurance cards and claim forms, completing and submitting all necessary documents, and delivering all insurance payments. For purposes of duration and modification, this provision shall be deemed part of the child support orders made by the local court in the Couples’ dissolution action.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Uncovered Health Care Expenses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shall be responsible for medical, dental, orthodontic, optical, psychiatric, psychological, and other health care expenses of the Minor Children, to the extent not covered by insurance. The Spouse incurring the expense shall present to the other Spouse an itemized statement of costs accrued or paid, proof of payment of any costs paid by the Spouse, and any necessary information about how to make payment to the provider within a reasonable time, but not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accruing the costs. The reimbursing Spouse shall make the required payment or reimbursement within a reasonable time, but not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notification of the amount due. For purposes of duration and modification, this provision shall be deemed part of the Child Support orders made by the court in the Couples’ dissolution action.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agrees to make payment to the other Spouse for the following: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IX. DEPENDENTS</w:t>
      </w:r>
      <w:r>
        <w:rPr>
          <w:rFonts w:ascii="Times New Roman" w:hAnsi="Times New Roman" w:eastAsia="Times New Roman" w:cs="Times New Roman"/>
          <w:sz w:val="24"/>
        </w:rPr>
        <w:t>. The following Minor Children can be used as dependents for tax-related benefits: (check all that apply and write the Minor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shall have: </w:t>
      </w:r>
      <w:r>
        <w:rPr>
          <w:rFonts w:ascii="Times New Roman" w:hAnsi="Times New Roman" w:eastAsia="Times New Roman" w:cs="Times New Roman"/>
          <w:sz w:val="24"/>
        </w:rPr>
        <w:t>[ENTER CHILDREN'S NAMES]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shall have: </w:t>
      </w:r>
      <w:r>
        <w:rPr>
          <w:rFonts w:ascii="Times New Roman" w:hAnsi="Times New Roman" w:eastAsia="Times New Roman" w:cs="Times New Roman"/>
          <w:sz w:val="24"/>
        </w:rPr>
        <w:t>[ENTER CHILDREN'S NAMES]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 CHILD SUPPORT ACKNOWLEDGMENTS</w:t>
      </w:r>
      <w:r>
        <w:rPr>
          <w:rFonts w:ascii="Times New Roman" w:hAnsi="Times New Roman" w:eastAsia="Times New Roman" w:cs="Times New Roman"/>
          <w:sz w:val="24"/>
        </w:rPr>
        <w:t>. The Couple declares the following with regard to their agreement regarding Child Support:</w:t>
      </w:r>
    </w:p>
    <w:p>
      <w:pPr/>
      <w:r>
        <w:rPr>
          <w:rFonts w:ascii="Times New Roman" w:hAnsi="Times New Roman" w:eastAsia="Times New Roman" w:cs="Times New Roman"/>
          <w:sz w:val="24"/>
        </w:rPr>
        <w:t xml:space="preserve">a.) The Couple is fully informed of their rights concerning Child Support, including the right to have Child Support awarded in accordance with legislatively determined guidelines; </w:t>
      </w:r>
    </w:p>
    <w:p>
      <w:pPr>
        <w:ind w:firstLine="720"/>
      </w:pPr>
      <w:r>
        <w:rPr>
          <w:rFonts w:ascii="Times New Roman" w:hAnsi="Times New Roman" w:eastAsia="Times New Roman" w:cs="Times New Roman"/>
          <w:sz w:val="24"/>
        </w:rPr>
        <w:t xml:space="preserve">b.) This order is being agreed to without coercion or duress; </w:t>
      </w:r>
    </w:p>
    <w:p>
      <w:pPr>
        <w:ind w:firstLine="720"/>
      </w:pPr>
      <w:r>
        <w:rPr>
          <w:rFonts w:ascii="Times New Roman" w:hAnsi="Times New Roman" w:eastAsia="Times New Roman" w:cs="Times New Roman"/>
          <w:sz w:val="24"/>
        </w:rPr>
        <w:t>c.) The agreement is in the best interests of the child(ren) involved; and</w:t>
      </w:r>
    </w:p>
    <w:p>
      <w:pPr>
        <w:ind w:firstLine="720"/>
      </w:pPr>
      <w:r>
        <w:rPr>
          <w:rFonts w:ascii="Times New Roman" w:hAnsi="Times New Roman" w:eastAsia="Times New Roman" w:cs="Times New Roman"/>
          <w:sz w:val="24"/>
        </w:rPr>
        <w:t>d.) The needs of the child(ren) shall be adequately met by the stipulated amount.</w:t>
      </w:r>
    </w:p>
    <w:p>
      <w:pPr/>
    </w:p>
    <w:p>
      <w:pPr/>
      <w:r>
        <w:rPr>
          <w:rFonts w:ascii="Times New Roman" w:hAnsi="Times New Roman" w:eastAsia="Times New Roman" w:cs="Times New Roman"/>
          <w:sz w:val="24"/>
        </w:rPr>
        <w:t>This Attachment A has been agreed signed by the Couple below:</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