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HAWAII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Hawaii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in the year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