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p>
    <w:p>
      <w:pPr/>
    </w:p>
    <w:p>
      <w:pPr/>
    </w:p>
    <w:p>
      <w:pPr/>
    </w:p>
    <w:p>
      <w:pPr/>
    </w:p>
    <w:p>
      <w:pPr/>
    </w:p>
    <w:p>
      <w:pPr/>
    </w:p>
    <w:p>
      <w:pPr/>
    </w:p>
    <w:p>
      <w:pPr/>
    </w:p>
    <w:p>
      <w:pPr/>
    </w:p>
    <w:p>
      <w:pPr/>
    </w:p>
    <w:p>
      <w:pPr/>
    </w:p>
    <w:p>
      <w:pPr/>
    </w:p>
    <w:p>
      <w:pPr/>
    </w:p>
    <w:p>
      <w:pPr/>
    </w:p>
    <w:p>
      <w:pPr/>
      <w:r>
        <w:rPr>
          <w:rFonts w:ascii="Times New Roman" w:hAnsi="Times New Roman" w:eastAsia="Times New Roman" w:cs="Times New Roman"/>
          <w:sz w:val="24"/>
        </w:rPr>
        <w:t>Space Above This Line for Recorder’s Use</w:t>
      </w:r>
    </w:p>
    <w:p>
      <w:pPr/>
    </w:p>
    <w:p>
      <w:pPr/>
      <w:r>
        <w:rPr>
          <w:rFonts w:ascii="Times New Roman" w:hAnsi="Times New Roman" w:eastAsia="Times New Roman" w:cs="Times New Roman"/>
          <w:sz w:val="24"/>
        </w:rPr>
        <w:t>After Recordation Return by Mail to:</w:t>
      </w:r>
    </w:p>
    <w:p>
      <w:pPr>
        <w:spacing w:line="276" w:lineRule="auto"/>
      </w:pPr>
      <w:r>
        <w:rPr>
          <w:rFonts w:ascii="Times New Roman" w:hAnsi="Times New Roman" w:eastAsia="Times New Roman" w:cs="Times New Roman"/>
          <w:sz w:val="24"/>
        </w:rPr>
        <w:t>___________________________________</w:t>
      </w:r>
    </w:p>
    <w:p>
      <w:pPr>
        <w:spacing w:line="276" w:lineRule="auto"/>
      </w:pPr>
      <w:r>
        <w:rPr>
          <w:rFonts w:ascii="Times New Roman" w:hAnsi="Times New Roman" w:eastAsia="Times New Roman" w:cs="Times New Roman"/>
          <w:sz w:val="24"/>
        </w:rPr>
        <w:t>Address:  ___________________________</w:t>
      </w:r>
    </w:p>
    <w:p>
      <w:pPr>
        <w:spacing w:line="276" w:lineRule="auto"/>
      </w:pPr>
      <w:r>
        <w:rPr>
          <w:rFonts w:ascii="Times New Roman" w:hAnsi="Times New Roman" w:eastAsia="Times New Roman" w:cs="Times New Roman"/>
          <w:sz w:val="24"/>
        </w:rPr>
        <w:t>___________________________________</w:t>
      </w:r>
    </w:p>
    <w:p>
      <w:pPr>
        <w:spacing w:line="276" w:lineRule="auto"/>
      </w:pPr>
      <w:r>
        <w:rPr>
          <w:rFonts w:ascii="Times New Roman" w:hAnsi="Times New Roman" w:eastAsia="Times New Roman" w:cs="Times New Roman"/>
          <w:sz w:val="24"/>
        </w:rPr>
        <w:t>State: _____________ Zip Code: ________</w:t>
      </w:r>
    </w:p>
    <w:p>
      <w:pPr>
        <w:spacing w:line="276" w:lineRule="auto"/>
      </w:pPr>
    </w:p>
    <w:p>
      <w:pPr/>
      <w:r>
        <w:rPr>
          <w:rFonts w:ascii="Times New Roman" w:hAnsi="Times New Roman" w:eastAsia="Times New Roman" w:cs="Times New Roman"/>
          <w:sz w:val="24"/>
        </w:rPr>
        <w:t xml:space="preserve">Tax Map Key No.  ____________________   </w:t>
      </w:r>
    </w:p>
    <w:p>
      <w:pPr/>
    </w:p>
    <w:p>
      <w:pPr/>
      <w:r>
        <w:rPr>
          <w:rFonts w:ascii="Times New Roman" w:hAnsi="Times New Roman" w:eastAsia="Times New Roman" w:cs="Times New Roman"/>
          <w:sz w:val="24"/>
        </w:rPr>
        <w:t>Prior Recorded Instrument Reference No. _________ / Book ____, Page ____</w:t>
      </w:r>
    </w:p>
    <w:p>
      <w:pPr/>
    </w:p>
    <w:p>
      <w:pPr>
        <w:spacing w:line="480" w:lineRule="auto"/>
        <w:jc w:val="center"/>
      </w:pPr>
      <w:r>
        <w:rPr>
          <w:rFonts w:ascii="Times New Roman" w:hAnsi="Times New Roman" w:eastAsia="Times New Roman" w:cs="Times New Roman"/>
          <w:b/>
          <w:sz w:val="24"/>
        </w:rPr>
        <w:t>HAWAII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 xml:space="preserve">with a social security or taxpayer number ending with the last four digits of ______, </w:t>
      </w:r>
      <w:r>
        <w:rPr>
          <w:rFonts w:ascii="Times New Roman" w:hAnsi="Times New Roman" w:eastAsia="Times New Roman" w:cs="Times New Roman"/>
          <w:sz w:val="24"/>
        </w:rPr>
        <w:t>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w:t>
      </w:r>
      <w:r>
        <w:rPr>
          <w:rFonts w:ascii="Times New Roman" w:hAnsi="Times New Roman" w:eastAsia="Times New Roman" w:cs="Times New Roman"/>
          <w:sz w:val="24"/>
        </w:rPr>
        <w:t xml:space="preserve">with a social security or taxpayer number ending with the last four digits of ______, </w:t>
      </w:r>
      <w:r>
        <w:rPr>
          <w:rFonts w:ascii="Times New Roman" w:hAnsi="Times New Roman" w:eastAsia="Times New Roman" w:cs="Times New Roman"/>
          <w:sz w:val="24"/>
        </w:rPr>
        <w:t xml:space="preserve">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xml:space="preserve">, the following described real property and premises, </w:t>
      </w:r>
      <w:r>
        <w:rPr>
          <w:rFonts w:ascii="Times New Roman" w:hAnsi="Times New Roman" w:eastAsia="Times New Roman" w:cs="Times New Roman"/>
          <w:sz w:val="24"/>
        </w:rPr>
        <w:t xml:space="preserve">for which Certificate of Title No. ________________ was duly issued, </w:t>
      </w:r>
      <w:r>
        <w:rPr>
          <w:rFonts w:ascii="Times New Roman" w:hAnsi="Times New Roman" w:eastAsia="Times New Roman" w:cs="Times New Roman"/>
          <w:sz w:val="24"/>
        </w:rPr>
        <w:t>situate in ________________________ County, State of Hawaii,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276" w:lineRule="auto"/>
      </w:pPr>
    </w:p>
    <w:p>
      <w:pPr>
        <w:spacing w:line="276" w:lineRule="auto"/>
        <w:jc w:val="center"/>
      </w:pPr>
      <w:r>
        <w:rPr>
          <w:rFonts w:ascii="Times New Roman" w:hAnsi="Times New Roman" w:eastAsia="Times New Roman" w:cs="Times New Roman"/>
          <w:b/>
          <w:sz w:val="24"/>
        </w:rPr>
        <w:t>[INSERT LEGAL DESCRIPTION HERE AND/OR ATTACH EXHIBIT A]</w:t>
      </w:r>
    </w:p>
    <w:p>
      <w:pPr/>
    </w:p>
    <w:p>
      <w:pP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276" w:lineRule="auto"/>
      </w:pPr>
    </w:p>
    <w:p>
      <w:pPr>
        <w:spacing w:line="276" w:lineRule="auto"/>
      </w:pPr>
    </w:p>
    <w:p>
      <w:pPr>
        <w:spacing w:line="276" w:lineRule="auto"/>
      </w:pPr>
    </w:p>
    <w:p>
      <w:pPr>
        <w:spacing w:line="276" w:lineRule="auto"/>
      </w:pPr>
      <w:r>
        <w:rPr>
          <w:rFonts w:ascii="Times New Roman" w:hAnsi="Times New Roman" w:eastAsia="Times New Roman" w:cs="Times New Roman"/>
          <w:sz w:val="24"/>
        </w:rPr>
        <w:t>PREPARED BY, ________________________</w:t>
      </w:r>
    </w:p>
    <w:p>
      <w:pPr>
        <w:spacing w:line="276" w:lineRule="auto"/>
      </w:pPr>
      <w:r>
        <w:rPr>
          <w:rFonts w:ascii="Times New Roman" w:hAnsi="Times New Roman" w:eastAsia="Times New Roman" w:cs="Times New Roman"/>
          <w:sz w:val="24"/>
        </w:rPr>
        <w:t>Address: ______________________________</w:t>
      </w:r>
    </w:p>
    <w:p>
      <w:pPr>
        <w:spacing w:line="276" w:lineRule="auto"/>
      </w:pPr>
      <w:r>
        <w:rPr>
          <w:rFonts w:ascii="Times New Roman" w:hAnsi="Times New Roman" w:eastAsia="Times New Roman" w:cs="Times New Roman"/>
          <w:sz w:val="24"/>
        </w:rPr>
        <w:t>______________________________________</w:t>
      </w:r>
    </w:p>
    <w:p>
      <w:pPr>
        <w:spacing w:line="276" w:lineRule="auto"/>
      </w:pPr>
      <w:r>
        <w:rPr>
          <w:rFonts w:ascii="Times New Roman" w:hAnsi="Times New Roman" w:eastAsia="Times New Roman" w:cs="Times New Roman"/>
          <w:sz w:val="24"/>
        </w:rPr>
        <w:t>State: _______________ Zip Code: _________</w:t>
      </w:r>
    </w:p>
    <w:p>
      <w:pPr>
        <w:spacing w:line="276" w:lineRule="auto"/>
      </w:pPr>
    </w:p>
    <w:p>
      <w:pPr/>
    </w:p>
    <w:p>
      <w:pPr/>
    </w:p>
    <w:p>
      <w:pPr/>
    </w:p>
    <w:p>
      <w:pPr/>
    </w:p>
    <w:p>
      <w:pPr/>
    </w:p>
    <w:p>
      <w:pPr/>
    </w:p>
    <w:p>
      <w:pPr/>
    </w:p>
    <w:p>
      <w:pPr/>
    </w:p>
    <w:p>
      <w:pPr/>
    </w:p>
    <w:p>
      <w:pPr/>
    </w:p>
    <w:p>
      <w:pPr/>
    </w:p>
    <w:p>
      <w:pPr/>
    </w:p>
    <w:p>
      <w:pPr/>
    </w:p>
    <w:p>
      <w:pPr/>
    </w:p>
    <w:p>
      <w:pPr/>
      <w:r>
        <w:rPr>
          <w:rFonts w:ascii="Times New Roman" w:hAnsi="Times New Roman" w:eastAsia="Times New Roman" w:cs="Times New Roman"/>
          <w:sz w:val="24"/>
        </w:rPr>
        <w:t>STATE OF HAWAII)</w:t>
      </w:r>
    </w:p>
    <w:p>
      <w:pPr/>
    </w:p>
    <w:p>
      <w:pPr/>
      <w:r>
        <w:rPr>
          <w:rFonts w:ascii="Times New Roman" w:hAnsi="Times New Roman" w:eastAsia="Times New Roman" w:cs="Times New Roman"/>
          <w:sz w:val="24"/>
        </w:rPr>
        <w:t>COUNTY OF ___________________)</w:t>
      </w: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