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Hawaii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Hawaii.</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