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36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36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[principal full name], of [city], U.S. Virgin Islands, being of sound mind and legally competent, do hereby appoint [agent full name], of [city], [state or territory],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my Agent becomes disqualified, unavailable, unwilling, or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decision concerning my health care, then I appoint, as alternate, [alternate full name], of [city], [state or territory], to act as my Agent.</w:t>
      </w:r>
    </w:p>
    <w:p>
      <w:pPr>
        <w:keepNext w:val="0"/>
        <w:spacing w:before="200" w:after="0" w:line="260" w:lineRule="exact"/>
        <w:ind w:left="36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36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36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36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health care proxy shall be construed in accordance with the laws of the Territory of the U.S. Virgin Islands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Territory of the U.S. Virgin Islands.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health care proxy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72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of second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administrator, or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clinic, nursing home, rest home, Soldiers Home where the Principal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 has applied for admission.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address and phone number]</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[agent name], proved to me through satisfactory evidence of identification to be the person whose name is signed on the preceding or attached document, and acknowledged to me that he/she/they signed it voluntarily as the Principal's true and lawful agent.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