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PROXY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full name], of [city], Vermont, being of sound mind and legally competent, do hereby appoint [agent full name], of [city, state], to be my lawful health care agent (Agent), hereby revoking all prior health care proxies, all powers to make health care decisions under any prior power of attorney, and all prior declarations and living wills.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full name], of [city, state],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desire not to prolong my life through medical intervention if, after such intervention, I would reasonably be expected for the foreseeable future (i) to live in intractable pain, (ii) to be substantially dependent upon others in order to accomplish the basic life functions of eating, communicating, or maintaining personal hygiene, (iii) not to be able to exchange affection with my loved ones, (iv) not to be able to regain substantial cognitive, communicative, and interactive faculties, or (v) to be in such other circumstance that, in the opinion of my Agent, the burden of sustaining my life degrades my humanity.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It is also my express and deeply held desire not to exist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persistent vegetative state.</w:t>
      </w:r>
    </w:p>
    <w:p>
      <w:pPr>
        <w:keepNext w:val="0"/>
        <w:spacing w:before="200" w:after="0" w:line="260" w:lineRule="exact"/>
        <w:ind w:left="720" w:right="0" w:firstLine="0"/>
        <w:jc w:val="both"/>
      </w:pPr>
      <w:r>
        <w:rPr>
          <w:rFonts w:ascii="Times New Roman" w:hAnsi="Times New Roman" w:eastAsia="Times New Roman" w:cs="Times New Roman"/>
          <w:b w:val="0"/>
          <w:sz w:val="24"/>
        </w:rPr>
        <w:t>It is my intention that this health care proxy and declaration shall be honored by my Agent, my family, and my attending physician and other health care providers as the final expression of my legal right to refuse medical or surgical treatment and my acceptance of the consequences of such refusal.</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proxy shall include, by way of illustration only and not by way of limitation, the following decisions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Simple and invasive diagnostic tests –and– </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to the entry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 not resuscitate" or similar order</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 </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my attorney-in-fact, if any, regarding my financial resources available to cover such expenses.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any conflict between this health care proxy and the decision of my Agent or between any declaration I have made or may make and the decision of my Agent, the good faith decision of my Agent shall govern. Decisions of my Agent pursuant to this health care proxy shall have the same priority over decisions by any other person, including my attorney-in-fact,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shall be construed in accordance with the laws of the state of Vermont,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state of Vermont.</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health care proxy may be revoked by me at any time while I am legally competent by my notifying my Agent, my attending physician, or other health care provider orally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me and delivered to my Agent, my attending physician, or other health care provider, or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 named Principal that we are each over 18 years of age, that the Principal willingly signed this document in our presence and appeared to understand the nature of the document, that to the best of our knowledge the Principal is at least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