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HOMESCHOOL LETTER OF INTENT</w:t>
      </w:r>
    </w:p>
    <w:p>
      <w:pPr>
        <w:spacing w:before="0" w:after="0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b/>
          <w:sz w:val="24"/>
        </w:rPr>
        <w:t>Date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b/>
          <w:sz w:val="24"/>
        </w:rPr>
        <w:t>Superintendent (or Principal)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[SUPERINDENTENT/PRINCIPAL 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b/>
          <w:sz w:val="24"/>
        </w:rPr>
        <w:t>School District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[SCHOOL DISTRICT NAME]</w:t>
      </w:r>
    </w:p>
    <w:p>
      <w:pPr>
        <w:spacing w:before="0" w:after="120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>This letter of intent is to inform the school board that the following child(ren) will be provided with a homeschool education in lieu of attending public/private school:</w:t>
      </w:r>
    </w:p>
    <w:p>
      <w:pPr>
        <w:spacing w:before="0" w:after="120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b/>
          <w:sz w:val="24"/>
        </w:rPr>
        <w:t>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 OF CHILD]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Gender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[GENDER OF CHILD]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D.O.B.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[DATE OF BIRTH]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b/>
          <w:sz w:val="24"/>
        </w:rPr>
        <w:t>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 OF CHILD]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Gender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[GENDER OF CHILD]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D.O.B.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[DATE OF BIRTH]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b/>
          <w:sz w:val="24"/>
        </w:rPr>
        <w:t>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 OF CHILD]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Gender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[GENDER OF CHILD]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D.O.B.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[DATE OF BIRTH]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b/>
          <w:sz w:val="24"/>
        </w:rPr>
        <w:t>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 OF CHILD]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Gender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[GENDER OF CHILD]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D.O.B.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[DATE OF BIRTH]</w:t>
      </w:r>
    </w:p>
    <w:p>
      <w:pPr>
        <w:spacing w:before="0" w:after="120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b/>
          <w:sz w:val="24"/>
        </w:rPr>
        <w:t>Address of Child(ren)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[ADDRESS OF CHILDREN]</w:t>
      </w:r>
    </w:p>
    <w:p>
      <w:pPr>
        <w:spacing w:before="0" w:after="120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 xml:space="preserve">The child(ren) will be taught by </w:t>
      </w:r>
      <w:r>
        <w:rPr>
          <w:rFonts w:ascii="Times New Roman" w:hAnsi="Times New Roman" w:eastAsia="Times New Roman" w:cs="Times New Roman"/>
          <w:sz w:val="24"/>
        </w:rPr>
        <w:t>[PARENT OR AUTHORIZED TEACHER 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at </w:t>
      </w:r>
      <w:r>
        <w:rPr>
          <w:rFonts w:ascii="Times New Roman" w:hAnsi="Times New Roman" w:eastAsia="Times New Roman" w:cs="Times New Roman"/>
          <w:sz w:val="24"/>
        </w:rPr>
        <w:t>[SCHOOLING ADDRESS]</w:t>
      </w:r>
      <w:r>
        <w:rPr>
          <w:rFonts w:ascii="Times New Roman" w:hAnsi="Times New Roman" w:eastAsia="Times New Roman" w:cs="Times New Roman"/>
          <w:sz w:val="24"/>
        </w:rPr>
        <w:t>. The f</w:t>
      </w:r>
      <w:r>
        <w:rPr>
          <w:rFonts w:ascii="Times New Roman" w:hAnsi="Times New Roman" w:eastAsia="Times New Roman" w:cs="Times New Roman"/>
          <w:sz w:val="24"/>
        </w:rPr>
        <w:t xml:space="preserve">ollowing subjects will be covered during the </w:t>
      </w:r>
      <w:r>
        <w:rPr>
          <w:rFonts w:ascii="Times New Roman" w:hAnsi="Times New Roman" w:eastAsia="Times New Roman" w:cs="Times New Roman"/>
          <w:sz w:val="24"/>
        </w:rPr>
        <w:t>[NUMBER OF DAYS]</w:t>
      </w:r>
      <w:r>
        <w:rPr>
          <w:rFonts w:ascii="Times New Roman" w:hAnsi="Times New Roman" w:eastAsia="Times New Roman" w:cs="Times New Roman"/>
          <w:sz w:val="24"/>
        </w:rPr>
        <w:t xml:space="preserve"> days of instruction: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>[LIST SUBJECTS]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 xml:space="preserve">I agree to maintain a portfolio of materials that demonstrate proper educational instruction provided to the child(ren) in the event that the </w:t>
      </w:r>
      <w:r>
        <w:rPr>
          <w:rFonts w:ascii="Times New Roman" w:hAnsi="Times New Roman" w:eastAsia="Times New Roman" w:cs="Times New Roman"/>
          <w:sz w:val="24"/>
        </w:rPr>
        <w:t>[STATE]</w:t>
      </w:r>
      <w:r>
        <w:rPr>
          <w:rFonts w:ascii="Times New Roman" w:hAnsi="Times New Roman" w:eastAsia="Times New Roman" w:cs="Times New Roman"/>
          <w:sz w:val="24"/>
        </w:rPr>
        <w:t xml:space="preserve"> Department of Education request such information. </w:t>
      </w:r>
    </w:p>
    <w:p>
      <w:pPr>
        <w:spacing w:before="0" w:after="120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b/>
          <w:sz w:val="24"/>
        </w:rPr>
        <w:t>Teacher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 xml:space="preserve">Print Name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>Email: ______________________ Telephone: ______________________</w:t>
      </w:r>
    </w:p>
    <w:p>
      <w:pPr>
        <w:spacing w:before="0" w:after="120"/>
      </w:pPr>
    </w:p>
    <w:p>
      <w:pPr>
        <w:spacing w:before="0" w:after="120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 xml:space="preserve">I agree that I am the legal parent/guardian of the child(ren) and hereby declare my intent to homeschool said child(ren). </w:t>
      </w:r>
    </w:p>
    <w:p>
      <w:pPr>
        <w:spacing w:before="0" w:after="120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b/>
          <w:sz w:val="24"/>
        </w:rPr>
        <w:t xml:space="preserve">Parent/Guardian Signature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 xml:space="preserve">Print Name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>Email: ______________________ Telephone: ______________________</w:t>
      </w:r>
    </w:p>
    <w:p>
      <w:pPr>
        <w:spacing w:before="0" w:after="120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b/>
          <w:sz w:val="24"/>
        </w:rPr>
        <w:t xml:space="preserve">Parent/Guardian Signature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 xml:space="preserve">Print Name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>Email: ______________________ Telephone: ______________________</w:t>
      </w:r>
    </w:p>
    <w:p>
      <w:pPr>
        <w:spacing w:before="0" w:after="120"/>
      </w:pPr>
    </w:p>
    <w:p>
      <w:pPr>
        <w:spacing w:before="0" w:after="120"/>
      </w:pPr>
    </w:p>
    <w:p>
      <w:pPr>
        <w:spacing w:before="0" w:after="120"/>
      </w:pPr>
    </w:p>
    <w:p>
      <w:pPr>
        <w:spacing w:before="0" w:after="120"/>
      </w:pPr>
    </w:p>
    <w:p>
      <w:pPr>
        <w:spacing w:before="0" w:after="120"/>
      </w:pPr>
    </w:p>
    <w:p>
      <w:pPr>
        <w:spacing w:before="0" w:after="120"/>
      </w:pPr>
    </w:p>
    <w:p>
      <w:pPr>
        <w:spacing w:before="0" w:after="120"/>
      </w:pPr>
    </w:p>
    <w:p>
      <w:pPr>
        <w:spacing w:before="0" w:after="120"/>
      </w:pPr>
    </w:p>
    <w:p>
      <w:pPr>
        <w:spacing w:before="0" w:after="120"/>
      </w:pPr>
    </w:p>
    <w:p>
      <w:pPr>
        <w:spacing w:before="0" w:after="120"/>
      </w:pPr>
    </w:p>
    <w:p>
      <w:pPr>
        <w:spacing w:before="0" w:after="12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NOTARY CERTIFICATE (IF REQUIRED)</w:t>
      </w:r>
    </w:p>
    <w:p>
      <w:pPr>
        <w:spacing w:before="0" w:after="120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 xml:space="preserve">STATE OF </w:t>
      </w:r>
      <w:r>
        <w:rPr>
          <w:rFonts w:ascii="Times New Roman" w:hAnsi="Times New Roman" w:eastAsia="Times New Roman" w:cs="Times New Roman"/>
          <w:sz w:val="24"/>
        </w:rPr>
        <w:t>[STATE]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 xml:space="preserve">COUNTY OF </w:t>
      </w:r>
      <w:r>
        <w:rPr>
          <w:rFonts w:ascii="Times New Roman" w:hAnsi="Times New Roman" w:eastAsia="Times New Roman" w:cs="Times New Roman"/>
          <w:sz w:val="24"/>
        </w:rPr>
        <w:t>[COUNTY]</w:t>
      </w:r>
    </w:p>
    <w:p>
      <w:pPr>
        <w:spacing w:before="0" w:after="120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 xml:space="preserve">On this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, before me appeared </w:t>
      </w:r>
      <w:r>
        <w:rPr>
          <w:rFonts w:ascii="Times New Roman" w:hAnsi="Times New Roman" w:eastAsia="Times New Roman" w:cs="Times New Roman"/>
          <w:sz w:val="24"/>
        </w:rPr>
        <w:t>[PARENT AND AUTHORIZED TEACHER NAME(S)]</w:t>
      </w:r>
      <w:r>
        <w:rPr>
          <w:rFonts w:ascii="Times New Roman" w:hAnsi="Times New Roman" w:eastAsia="Times New Roman" w:cs="Times New Roman"/>
          <w:sz w:val="24"/>
        </w:rPr>
        <w:t xml:space="preserve">, known to me or satisfactorily proven to be the person(s) whose name(s) is/are subscribed to the within instrument, in my presence executed the foregoing letter of intent and acknowledged that they executed the same as their free act and deed. </w:t>
      </w:r>
    </w:p>
    <w:p>
      <w:pPr>
        <w:spacing w:before="0" w:after="120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b/>
          <w:sz w:val="24"/>
        </w:rPr>
        <w:t>Notary Public 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>Print Name ______________________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>My commission expires: 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