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HUNTING RELEASE OF LIABILITY WAIVER</w:t>
      </w:r>
    </w:p>
    <w:p>
      <w:pPr/>
    </w:p>
    <w:p>
      <w:pPr/>
      <w:r>
        <w:rPr>
          <w:rFonts w:ascii="Times New Roman" w:hAnsi="Times New Roman" w:eastAsia="Times New Roman" w:cs="Times New Roman"/>
          <w:sz w:val="24"/>
        </w:rPr>
        <w:t xml:space="preserve">This Hunting Release of Liability Waiver dated on </w:t>
      </w:r>
      <w:r>
        <w:rPr>
          <w:rFonts w:ascii="Times New Roman" w:hAnsi="Times New Roman" w:eastAsia="Times New Roman" w:cs="Times New Roman"/>
          <w:sz w:val="24"/>
        </w:rPr>
        <w:t>[DATE]</w:t>
      </w:r>
      <w:r>
        <w:rPr>
          <w:rFonts w:ascii="Times New Roman" w:hAnsi="Times New Roman" w:eastAsia="Times New Roman" w:cs="Times New Roman"/>
          <w:sz w:val="24"/>
        </w:rPr>
        <w:t>, is between:</w:t>
      </w:r>
    </w:p>
    <w:p>
      <w:pPr/>
    </w:p>
    <w:p>
      <w:pPr/>
      <w:r>
        <w:rPr>
          <w:rFonts w:ascii="Times New Roman" w:hAnsi="Times New Roman" w:eastAsia="Times New Roman" w:cs="Times New Roman"/>
          <w:sz w:val="24"/>
        </w:rPr>
        <w:t>Hunter</w:t>
      </w:r>
      <w:r>
        <w:rPr>
          <w:rFonts w:ascii="Times New Roman" w:hAnsi="Times New Roman" w:eastAsia="Times New Roman" w:cs="Times New Roman"/>
          <w:sz w:val="24"/>
        </w:rPr>
        <w:t xml:space="preserve">: </w:t>
      </w:r>
      <w:r>
        <w:rPr>
          <w:rFonts w:ascii="Times New Roman" w:hAnsi="Times New Roman" w:eastAsia="Times New Roman" w:cs="Times New Roman"/>
          <w:sz w:val="24"/>
        </w:rPr>
        <w:t>[HUNTER'S NAME]</w:t>
      </w:r>
      <w:r>
        <w:rPr>
          <w:rFonts w:ascii="Times New Roman" w:hAnsi="Times New Roman" w:eastAsia="Times New Roman" w:cs="Times New Roman"/>
          <w:sz w:val="24"/>
        </w:rPr>
        <w:t xml:space="preserve"> (“Hunter”), who hereby releases:</w:t>
      </w:r>
    </w:p>
    <w:p>
      <w:pPr/>
    </w:p>
    <w:p>
      <w:pPr/>
      <w:r>
        <w:rPr>
          <w:rFonts w:ascii="Times New Roman" w:hAnsi="Times New Roman" w:eastAsia="Times New Roman" w:cs="Times New Roman"/>
          <w:sz w:val="24"/>
        </w:rPr>
        <w:t>Landowner</w:t>
      </w:r>
      <w:r>
        <w:rPr>
          <w:rFonts w:ascii="Times New Roman" w:hAnsi="Times New Roman" w:eastAsia="Times New Roman" w:cs="Times New Roman"/>
          <w:sz w:val="24"/>
        </w:rPr>
        <w:t xml:space="preserve">: </w:t>
      </w:r>
      <w:r>
        <w:rPr>
          <w:rFonts w:ascii="Times New Roman" w:hAnsi="Times New Roman" w:eastAsia="Times New Roman" w:cs="Times New Roman"/>
          <w:sz w:val="24"/>
        </w:rPr>
        <w:t>[LANDOWNER'S NAME]</w:t>
      </w:r>
      <w:r>
        <w:rPr>
          <w:rFonts w:ascii="Times New Roman" w:hAnsi="Times New Roman" w:eastAsia="Times New Roman" w:cs="Times New Roman"/>
          <w:sz w:val="24"/>
        </w:rPr>
        <w:t xml:space="preserve"> (“Landowner”), on the following:</w:t>
      </w:r>
    </w:p>
    <w:p>
      <w:pPr/>
    </w:p>
    <w:p>
      <w:pPr>
        <w:ind w:hanging="360"/>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p>
    <w:p>
      <w:pPr>
        <w:ind w:hanging="360"/>
      </w:pPr>
      <w:r>
        <w:rPr>
          <w:rFonts w:ascii="Times New Roman" w:hAnsi="Times New Roman" w:eastAsia="Times New Roman" w:cs="Times New Roman"/>
          <w:sz w:val="24"/>
        </w:rPr>
        <w:t>Total Land</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Acres </w:t>
      </w:r>
      <w:r>
        <w:rPr>
          <w:rFonts w:ascii="Times New Roman" w:hAnsi="Times New Roman" w:eastAsia="Times New Roman" w:cs="Times New Roman"/>
          <w:sz w:val="24"/>
        </w:rPr>
        <w:t xml:space="preserve"> Square Miles</w:t>
      </w:r>
    </w:p>
    <w:p>
      <w:pPr>
        <w:ind w:hanging="360"/>
      </w:pPr>
      <w:r>
        <w:rPr>
          <w:rFonts w:ascii="Times New Roman" w:hAnsi="Times New Roman" w:eastAsia="Times New Roman" w:cs="Times New Roman"/>
          <w:sz w:val="24"/>
        </w:rPr>
        <w:t>Other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[ENTER BOUNDARIES, DETAILS, ETC.]</w:t>
      </w:r>
    </w:p>
    <w:p>
      <w:pPr/>
    </w:p>
    <w:p>
      <w:pPr/>
      <w:r>
        <w:rPr>
          <w:rFonts w:ascii="Times New Roman" w:hAnsi="Times New Roman" w:eastAsia="Times New Roman" w:cs="Times New Roman"/>
          <w:sz w:val="24"/>
        </w:rPr>
        <w:t>Hereinafter known as the “Property.”</w:t>
      </w:r>
    </w:p>
    <w:p>
      <w:pPr/>
    </w:p>
    <w:p>
      <w:pPr/>
      <w:r>
        <w:rPr>
          <w:rFonts w:ascii="Times New Roman" w:hAnsi="Times New Roman" w:eastAsia="Times New Roman" w:cs="Times New Roman"/>
          <w:sz w:val="24"/>
        </w:rPr>
        <w:t>The Hunter acknowledges and understands that hunting, fishing, and related activities on the Property involve inherent risks and dangers, including but not limited to the risk of personal injury, death, or property damage. The Hunter voluntarily assumes all such risks, both known and unknown, and accepts full responsibility for any personal injury, death, or property damage resulting from such activities on the Property in addition to:</w:t>
      </w:r>
    </w:p>
    <w:p>
      <w:pPr/>
      <w:r>
        <w:rPr>
          <w:rFonts w:ascii="Times New Roman" w:hAnsi="Times New Roman" w:eastAsia="Times New Roman" w:cs="Times New Roman"/>
          <w:sz w:val="24"/>
        </w:rPr>
        <w:t>Release and Waiver of Claims</w:t>
      </w:r>
      <w:r>
        <w:rPr>
          <w:rFonts w:ascii="Times New Roman" w:hAnsi="Times New Roman" w:eastAsia="Times New Roman" w:cs="Times New Roman"/>
          <w:sz w:val="24"/>
        </w:rPr>
        <w:t>. The Hunter hereby releases, waives, discharges, and covenants not to sue the Landowner, its officers, agents, employees, and assigns (collectively, the "Releasees") from all liability to the Hunter, their personal representatives, assigns, heirs, and next of kin for any loss or damage, and any claim or demands therefore, on account of injury to the person or property or resulting in the death of the Hunter, arising out of or related to the activities conducted on the Property, whether caused by the negligence of the Releasees or otherwise.</w:t>
      </w:r>
    </w:p>
    <w:p>
      <w:pPr/>
      <w:r>
        <w:rPr>
          <w:rFonts w:ascii="Times New Roman" w:hAnsi="Times New Roman" w:eastAsia="Times New Roman" w:cs="Times New Roman"/>
          <w:sz w:val="24"/>
        </w:rPr>
        <w:t>Indemnification and Hold Harmless</w:t>
      </w:r>
      <w:r>
        <w:rPr>
          <w:rFonts w:ascii="Times New Roman" w:hAnsi="Times New Roman" w:eastAsia="Times New Roman" w:cs="Times New Roman"/>
          <w:sz w:val="24"/>
        </w:rPr>
        <w:t>. The Hunter agrees to indemnify and hold harmless the Releasees from any and all claims, actions, suits, costs, expenses, damages, and liabilities, including attorney’s fees, arising out of, connected with, or resulting from the Hunter’s activities on the Property, including without limitation, any injury, death, or property damage, whether caused by the negligence of the Releasees or otherwise.</w:t>
      </w:r>
    </w:p>
    <w:p>
      <w:pPr/>
      <w:r>
        <w:rPr>
          <w:rFonts w:ascii="Times New Roman" w:hAnsi="Times New Roman" w:eastAsia="Times New Roman" w:cs="Times New Roman"/>
          <w:sz w:val="24"/>
        </w:rPr>
        <w:t>Insurance</w:t>
      </w:r>
      <w:r>
        <w:rPr>
          <w:rFonts w:ascii="Times New Roman" w:hAnsi="Times New Roman" w:eastAsia="Times New Roman" w:cs="Times New Roman"/>
          <w:sz w:val="24"/>
        </w:rPr>
        <w:t>. The Hunter agrees to carry at its own expense, adequate liability insurance covering any legal liability arising out of the Hunter's activities on the Property, with the Landowner named as an additional insured under the policy. Proof of such insurance shall be provided to the Landowner upon request.</w:t>
      </w:r>
    </w:p>
    <w:p>
      <w:pPr/>
      <w:r>
        <w:rPr>
          <w:rFonts w:ascii="Times New Roman" w:hAnsi="Times New Roman" w:eastAsia="Times New Roman" w:cs="Times New Roman"/>
          <w:sz w:val="24"/>
        </w:rPr>
        <w:t>Acknowledgment of Understanding</w:t>
      </w:r>
      <w:r>
        <w:rPr>
          <w:rFonts w:ascii="Times New Roman" w:hAnsi="Times New Roman" w:eastAsia="Times New Roman" w:cs="Times New Roman"/>
          <w:sz w:val="24"/>
        </w:rPr>
        <w:t>. The Hunter has read this Release of Liability Waiver, fully understands its terms, and understands that it is giving up substantial rights, including its right to sue. The Hunter acknowledges that it is signing the agreement freely and voluntarily and intends by its signature for this release and indemnification clause to be a complete and unconditional release of all liability to the greatest extent allowed by law.</w:t>
      </w:r>
    </w:p>
    <w:p>
      <w:pPr/>
    </w:p>
    <w:p>
      <w:pPr/>
      <w:r>
        <w:rPr>
          <w:rFonts w:ascii="Times New Roman" w:hAnsi="Times New Roman" w:eastAsia="Times New Roman" w:cs="Times New Roman"/>
          <w:sz w:val="24"/>
        </w:rPr>
        <w:t xml:space="preserve">Hunter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w:t>
      </w:r>
    </w:p>
    <w:p>
      <w:pPr/>
      <w:r>
        <w:rPr>
          <w:rFonts w:ascii="Times New Roman" w:hAnsi="Times New Roman" w:eastAsia="Times New Roman" w:cs="Times New Roman"/>
          <w:sz w:val="24"/>
        </w:rPr>
        <w:t>Print Name: 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