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Idaho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Idaho.</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