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IDAHO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________________________ County, State of Idaho,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IDAHO</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