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IDAHO</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Idaho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Idaho.</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