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IDAHO</w:t>
      </w:r>
    </w:p>
    <w:p>
      <w:pPr>
        <w:jc w:val="center"/>
      </w:pPr>
      <w:r>
        <w:rPr>
          <w:rFonts w:ascii="Times New Roman" w:hAnsi="Times New Roman" w:eastAsia="Times New Roman" w:cs="Times New Roman"/>
          <w:b/>
          <w:sz w:val="24"/>
        </w:rPr>
        <w:t>UNSECURED PROMISSORY NOTE</w:t>
      </w:r>
    </w:p>
    <w:p>
      <w:pPr/>
    </w:p>
    <w:p>
      <w:pPr/>
      <w:r>
        <w:rPr>
          <w:rFonts w:ascii="Times New Roman" w:hAnsi="Times New Roman" w:eastAsia="Times New Roman" w:cs="Times New Roman"/>
          <w:b/>
          <w:sz w:val="24"/>
        </w:rPr>
        <w:t>THE PARTIES</w:t>
      </w:r>
      <w:r>
        <w:rPr>
          <w:rFonts w:ascii="Times New Roman" w:hAnsi="Times New Roman" w:eastAsia="Times New Roman" w:cs="Times New Roman"/>
          <w:sz w:val="24"/>
        </w:rPr>
        <w:t xml:space="preserve">. This Idaho Unsecured Promissory Note (“Note”) made on </w:t>
      </w:r>
      <w:r>
        <w:rPr>
          <w:rFonts w:ascii="Times New Roman" w:hAnsi="Times New Roman" w:eastAsia="Times New Roman" w:cs="Times New Roman"/>
          <w:sz w:val="24"/>
        </w:rPr>
        <w:t>[DATE]</w:t>
      </w:r>
      <w:r>
        <w:rPr>
          <w:rFonts w:ascii="Times New Roman" w:hAnsi="Times New Roman" w:eastAsia="Times New Roman" w:cs="Times New Roman"/>
          <w:sz w:val="24"/>
        </w:rPr>
        <w:t>, is by and between:</w:t>
      </w:r>
    </w:p>
    <w:p>
      <w:pPr/>
    </w:p>
    <w:p>
      <w:pPr/>
      <w:r>
        <w:rPr>
          <w:rFonts w:ascii="Times New Roman" w:hAnsi="Times New Roman" w:eastAsia="Times New Roman" w:cs="Times New Roman"/>
          <w:sz w:val="24"/>
        </w:rPr>
        <w:t>Borrower</w:t>
      </w:r>
      <w:r>
        <w:rPr>
          <w:rFonts w:ascii="Times New Roman" w:hAnsi="Times New Roman" w:eastAsia="Times New Roman" w:cs="Times New Roman"/>
          <w:sz w:val="24"/>
        </w:rPr>
        <w:t xml:space="preserve">: </w:t>
      </w:r>
      <w:r>
        <w:rPr>
          <w:rFonts w:ascii="Times New Roman" w:hAnsi="Times New Roman" w:eastAsia="Times New Roman" w:cs="Times New Roman"/>
          <w:sz w:val="24"/>
        </w:rPr>
        <w:t>[BORROWER'S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(“Borrower”), and</w:t>
      </w:r>
    </w:p>
    <w:p>
      <w:pPr/>
    </w:p>
    <w:p>
      <w:pPr/>
      <w:r>
        <w:rPr>
          <w:rFonts w:ascii="Times New Roman" w:hAnsi="Times New Roman" w:eastAsia="Times New Roman" w:cs="Times New Roman"/>
          <w:sz w:val="24"/>
        </w:rPr>
        <w:t>Lender</w:t>
      </w:r>
      <w:r>
        <w:rPr>
          <w:rFonts w:ascii="Times New Roman" w:hAnsi="Times New Roman" w:eastAsia="Times New Roman" w:cs="Times New Roman"/>
          <w:sz w:val="24"/>
        </w:rPr>
        <w:t xml:space="preserve">: </w:t>
      </w:r>
      <w:r>
        <w:rPr>
          <w:rFonts w:ascii="Times New Roman" w:hAnsi="Times New Roman" w:eastAsia="Times New Roman" w:cs="Times New Roman"/>
          <w:sz w:val="24"/>
        </w:rPr>
        <w:t>[LENDER'S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(“Lender”). </w:t>
      </w:r>
    </w:p>
    <w:p>
      <w:pPr/>
    </w:p>
    <w:p>
      <w:pPr/>
      <w:r>
        <w:rPr>
          <w:rFonts w:ascii="Times New Roman" w:hAnsi="Times New Roman" w:eastAsia="Times New Roman" w:cs="Times New Roman"/>
          <w:b/>
          <w:sz w:val="24"/>
        </w:rPr>
        <w:t>LOAN TERMS</w:t>
      </w:r>
      <w:r>
        <w:rPr>
          <w:rFonts w:ascii="Times New Roman" w:hAnsi="Times New Roman" w:eastAsia="Times New Roman" w:cs="Times New Roman"/>
          <w:sz w:val="24"/>
        </w:rPr>
        <w:t>. The Lender agrees to lend the Borrower under the following terms:</w:t>
      </w:r>
    </w:p>
    <w:p>
      <w:pPr/>
    </w:p>
    <w:p>
      <w:pPr/>
      <w:r>
        <w:rPr>
          <w:rFonts w:ascii="Times New Roman" w:hAnsi="Times New Roman" w:eastAsia="Times New Roman" w:cs="Times New Roman"/>
          <w:b/>
          <w:sz w:val="24"/>
        </w:rPr>
        <w:t>Principal Amount</w:t>
      </w:r>
      <w:r>
        <w:rPr>
          <w:rFonts w:ascii="Times New Roman" w:hAnsi="Times New Roman" w:eastAsia="Times New Roman" w:cs="Times New Roman"/>
          <w:sz w:val="24"/>
        </w:rPr>
        <w:t>: $</w:t>
      </w:r>
      <w:r>
        <w:rPr>
          <w:rFonts w:ascii="Times New Roman" w:hAnsi="Times New Roman" w:eastAsia="Times New Roman" w:cs="Times New Roman"/>
          <w:sz w:val="24"/>
        </w:rPr>
        <w:t>[AMOUNT BORROWED]</w:t>
      </w:r>
    </w:p>
    <w:p>
      <w:pPr/>
      <w:r>
        <w:rPr>
          <w:rFonts w:ascii="Times New Roman" w:hAnsi="Times New Roman" w:eastAsia="Times New Roman" w:cs="Times New Roman"/>
          <w:b/>
          <w:sz w:val="24"/>
        </w:rPr>
        <w:t>Interest Rate</w:t>
      </w:r>
      <w:r>
        <w:rPr>
          <w:rFonts w:ascii="Times New Roman" w:hAnsi="Times New Roman" w:eastAsia="Times New Roman" w:cs="Times New Roman"/>
          <w:sz w:val="24"/>
        </w:rPr>
        <w:t xml:space="preserve">: </w:t>
      </w:r>
      <w:r>
        <w:rPr>
          <w:rFonts w:ascii="Times New Roman" w:hAnsi="Times New Roman" w:eastAsia="Times New Roman" w:cs="Times New Roman"/>
          <w:sz w:val="24"/>
        </w:rPr>
        <w:t>[INTEREST RATE]</w:t>
      </w:r>
      <w:r>
        <w:rPr>
          <w:rFonts w:ascii="Times New Roman" w:hAnsi="Times New Roman" w:eastAsia="Times New Roman" w:cs="Times New Roman"/>
          <w:sz w:val="24"/>
        </w:rPr>
        <w:t>% compounded per: (check one)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Month </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Annum</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r>
        <w:rPr>
          <w:rFonts w:ascii="Times New Roman" w:hAnsi="Times New Roman" w:eastAsia="Times New Roman" w:cs="Times New Roman"/>
          <w:b/>
          <w:sz w:val="24"/>
        </w:rPr>
        <w:t>Borrower to Receive the Borrowed Money on</w:t>
      </w:r>
      <w:r>
        <w:rPr>
          <w:rFonts w:ascii="Times New Roman" w:hAnsi="Times New Roman" w:eastAsia="Times New Roman" w:cs="Times New Roman"/>
          <w:sz w:val="24"/>
        </w:rPr>
        <w:t xml:space="preserve">: </w:t>
      </w:r>
      <w:r>
        <w:rPr>
          <w:rFonts w:ascii="Times New Roman" w:hAnsi="Times New Roman" w:eastAsia="Times New Roman" w:cs="Times New Roman"/>
          <w:sz w:val="24"/>
        </w:rPr>
        <w:t>[DATE]</w:t>
      </w:r>
    </w:p>
    <w:p>
      <w:pPr/>
    </w:p>
    <w:p>
      <w:pPr/>
      <w:r>
        <w:rPr>
          <w:rFonts w:ascii="Times New Roman" w:hAnsi="Times New Roman" w:eastAsia="Times New Roman" w:cs="Times New Roman"/>
          <w:sz w:val="24"/>
        </w:rPr>
        <w:t>Hereinafter known as the “Borrowed Money.”</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PAYMENTS</w:t>
      </w:r>
      <w:r>
        <w:rPr>
          <w:rFonts w:ascii="Times New Roman" w:hAnsi="Times New Roman" w:eastAsia="Times New Roman" w:cs="Times New Roman"/>
          <w:sz w:val="24"/>
        </w:rPr>
        <w:t>. The full balance of the Borrowed Money, including all accrued interest and any other fees or penalties, is due and payable in: (check one)</w:t>
      </w:r>
    </w:p>
    <w:p>
      <w:pPr>
        <w:keepNext/>
        <w:keepLines/>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A LUMP SUM</w:t>
      </w:r>
      <w:r>
        <w:rPr>
          <w:rFonts w:ascii="Times New Roman" w:hAnsi="Times New Roman" w:eastAsia="Times New Roman" w:cs="Times New Roman"/>
          <w:sz w:val="24"/>
        </w:rPr>
        <w:t>. The Borrower shall repay the Borrowed Money as a lump sum, in full, in the amount of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(principal and interest) by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INSTALLMENTS</w:t>
      </w:r>
      <w:r>
        <w:rPr>
          <w:rFonts w:ascii="Times New Roman" w:hAnsi="Times New Roman" w:eastAsia="Times New Roman" w:cs="Times New Roman"/>
          <w:sz w:val="24"/>
        </w:rPr>
        <w:t>. Borrower shall pay principal and interest installment amounts equal to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with the first (1</w:t>
      </w:r>
      <w:r>
        <w:rPr>
          <w:rFonts w:ascii="Times New Roman" w:hAnsi="Times New Roman" w:eastAsia="Times New Roman" w:cs="Times New Roman"/>
          <w:sz w:val="24"/>
        </w:rPr>
        <w:t>st</w:t>
      </w:r>
      <w:r>
        <w:rPr>
          <w:rFonts w:ascii="Times New Roman" w:hAnsi="Times New Roman" w:eastAsia="Times New Roman" w:cs="Times New Roman"/>
          <w:sz w:val="24"/>
        </w:rPr>
        <w:t xml:space="preserve">) payment due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and the remaining payments to be paid</w:t>
      </w:r>
      <w:r>
        <w:rPr>
          <w:rFonts w:ascii="Times New Roman" w:hAnsi="Times New Roman" w:eastAsia="Times New Roman" w:cs="Times New Roman"/>
          <w:sz w:val="24"/>
        </w:rPr>
        <w:t>: (check one)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 xml:space="preserve">Weekly </w:t>
      </w:r>
      <w:r>
        <w:rPr>
          <w:rFonts w:ascii="Times New Roman" w:hAnsi="Times New Roman" w:eastAsia="Times New Roman" w:cs="Times New Roman"/>
          <w:sz w:val="24"/>
        </w:rPr>
        <w:t xml:space="preserve">with any remaining balance payable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Monthly</w:t>
      </w:r>
      <w:r>
        <w:rPr>
          <w:rFonts w:ascii="Times New Roman" w:hAnsi="Times New Roman" w:eastAsia="Times New Roman" w:cs="Times New Roman"/>
          <w:sz w:val="24"/>
        </w:rPr>
        <w:t xml:space="preserve"> with any remaining balance payable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Quarterly</w:t>
      </w:r>
      <w:r>
        <w:rPr>
          <w:rFonts w:ascii="Times New Roman" w:hAnsi="Times New Roman" w:eastAsia="Times New Roman" w:cs="Times New Roman"/>
          <w:sz w:val="24"/>
        </w:rPr>
        <w:t xml:space="preserve"> with any remaining balance payable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p>
    <w:p>
      <w:pPr/>
      <w:r>
        <w:rPr>
          <w:rFonts w:ascii="Times New Roman" w:hAnsi="Times New Roman" w:eastAsia="Times New Roman" w:cs="Times New Roman"/>
          <w:sz w:val="24"/>
        </w:rPr>
        <w:t>Hereinafter known as the “Repayment Period.”</w:t>
      </w:r>
    </w:p>
    <w:p>
      <w:pPr/>
    </w:p>
    <w:p>
      <w:pPr/>
      <w:r>
        <w:rPr>
          <w:rFonts w:ascii="Times New Roman" w:hAnsi="Times New Roman" w:eastAsia="Times New Roman" w:cs="Times New Roman"/>
          <w:b/>
          <w:sz w:val="24"/>
        </w:rPr>
        <w:t>PAYMENT IS DUE</w:t>
      </w:r>
      <w:r>
        <w:rPr>
          <w:rFonts w:ascii="Times New Roman" w:hAnsi="Times New Roman" w:eastAsia="Times New Roman" w:cs="Times New Roman"/>
          <w:sz w:val="24"/>
        </w:rPr>
        <w:t xml:space="preserve">. Any payment made by the Borrower is considered late if made more than </w:t>
      </w:r>
      <w:r>
        <w:rPr>
          <w:rFonts w:ascii="Times New Roman" w:hAnsi="Times New Roman" w:eastAsia="Times New Roman" w:cs="Times New Roman"/>
          <w:sz w:val="24"/>
        </w:rPr>
        <w:t>[#]</w:t>
      </w:r>
      <w:r>
        <w:rPr>
          <w:rFonts w:ascii="Times New Roman" w:hAnsi="Times New Roman" w:eastAsia="Times New Roman" w:cs="Times New Roman"/>
          <w:sz w:val="24"/>
        </w:rPr>
        <w:t xml:space="preserve"> day(s) after any payment due date (“Payment Due Date”). This shall include, but not be limited to, any payment made related to the Repayment Period, the Due Date, or any other payment mentioned in this Note.</w:t>
      </w:r>
    </w:p>
    <w:p>
      <w:pPr/>
    </w:p>
    <w:p>
      <w:pPr/>
      <w:r>
        <w:rPr>
          <w:rFonts w:ascii="Times New Roman" w:hAnsi="Times New Roman" w:eastAsia="Times New Roman" w:cs="Times New Roman"/>
          <w:b/>
          <w:sz w:val="24"/>
        </w:rPr>
        <w:t>LATE FEE</w:t>
      </w:r>
      <w:r>
        <w:rPr>
          <w:rFonts w:ascii="Times New Roman" w:hAnsi="Times New Roman" w:eastAsia="Times New Roman" w:cs="Times New Roman"/>
          <w:sz w:val="24"/>
        </w:rPr>
        <w:t>. If the Borrower makes a late payment for any Payment Due Date, there shall be: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LATE FEE</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LATE FEE</w:t>
      </w:r>
      <w:r>
        <w:rPr>
          <w:rFonts w:ascii="Times New Roman" w:hAnsi="Times New Roman" w:eastAsia="Times New Roman" w:cs="Times New Roman"/>
          <w:sz w:val="24"/>
        </w:rPr>
        <w:t>. The Borrower shall pay a late fee of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for each: (check one)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Occurrence</w:t>
      </w:r>
      <w:r>
        <w:rPr>
          <w:rFonts w:ascii="Times New Roman" w:hAnsi="Times New Roman" w:eastAsia="Times New Roman" w:cs="Times New Roman"/>
          <w:sz w:val="24"/>
        </w:rPr>
        <w:t xml:space="preserve"> payment is late.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Day</w:t>
      </w:r>
      <w:r>
        <w:rPr>
          <w:rFonts w:ascii="Times New Roman" w:hAnsi="Times New Roman" w:eastAsia="Times New Roman" w:cs="Times New Roman"/>
          <w:sz w:val="24"/>
        </w:rPr>
        <w:t xml:space="preserve"> payment is late.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SECURITY</w:t>
      </w:r>
      <w:r>
        <w:rPr>
          <w:rFonts w:ascii="Times New Roman" w:hAnsi="Times New Roman" w:eastAsia="Times New Roman" w:cs="Times New Roman"/>
          <w:sz w:val="24"/>
        </w:rPr>
        <w:t>. This Note shall be unsecured; therefore, no security or collateral shall be provided as part of this note.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CO-SIGNER</w:t>
      </w:r>
      <w:r>
        <w:rPr>
          <w:rFonts w:ascii="Times New Roman" w:hAnsi="Times New Roman" w:eastAsia="Times New Roman" w:cs="Times New Roman"/>
          <w:sz w:val="24"/>
        </w:rPr>
        <w:t>.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CO-SIGNER</w:t>
      </w:r>
      <w:r>
        <w:rPr>
          <w:rFonts w:ascii="Times New Roman" w:hAnsi="Times New Roman" w:eastAsia="Times New Roman" w:cs="Times New Roman"/>
          <w:sz w:val="24"/>
        </w:rPr>
        <w:t>.</w:t>
      </w:r>
      <w:r>
        <w:rPr>
          <w:rFonts w:ascii="Times New Roman" w:hAnsi="Times New Roman" w:eastAsia="Times New Roman" w:cs="Times New Roman"/>
          <w:b/>
          <w:sz w:val="24"/>
        </w:rPr>
        <w:t xml:space="preserve"> </w:t>
      </w:r>
      <w:r>
        <w:rPr>
          <w:rFonts w:ascii="Times New Roman" w:hAnsi="Times New Roman" w:eastAsia="Times New Roman" w:cs="Times New Roman"/>
          <w:sz w:val="24"/>
        </w:rPr>
        <w:t>This Note shall not have a Co-Signer.</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CO-SIGNER</w:t>
      </w:r>
      <w:r>
        <w:rPr>
          <w:rFonts w:ascii="Times New Roman" w:hAnsi="Times New Roman" w:eastAsia="Times New Roman" w:cs="Times New Roman"/>
          <w:sz w:val="24"/>
        </w:rPr>
        <w:t>.</w:t>
      </w:r>
      <w:r>
        <w:rPr>
          <w:rFonts w:ascii="Times New Roman" w:hAnsi="Times New Roman" w:eastAsia="Times New Roman" w:cs="Times New Roman"/>
          <w:b/>
          <w:sz w:val="24"/>
        </w:rPr>
        <w:t xml:space="preserve"> </w:t>
      </w:r>
      <w:r>
        <w:rPr>
          <w:rFonts w:ascii="Times New Roman" w:hAnsi="Times New Roman" w:eastAsia="Times New Roman" w:cs="Times New Roman"/>
          <w:sz w:val="24"/>
        </w:rPr>
        <w:t xml:space="preserve">This Note shall have a Co-Signer known as </w:t>
      </w:r>
      <w:r>
        <w:rPr>
          <w:rFonts w:ascii="Times New Roman" w:hAnsi="Times New Roman" w:eastAsia="Times New Roman" w:cs="Times New Roman"/>
          <w:sz w:val="24"/>
        </w:rPr>
        <w:t>[CO-SIGNER'S NAME]</w:t>
      </w:r>
      <w:r>
        <w:rPr>
          <w:rFonts w:ascii="Times New Roman" w:hAnsi="Times New Roman" w:eastAsia="Times New Roman" w:cs="Times New Roman"/>
          <w:sz w:val="24"/>
        </w:rPr>
        <w:t xml:space="preserve"> ("Co-Signer”) who agrees to the liabilities and obligations on behalf of the Borrower under the terms of this Note. If the Borrower does not make payment, the Co-Signer shall be personally responsible and is guaranteeing the payment of the principal, late fees, and all accrued interest under the terms of this Note.</w:t>
      </w:r>
    </w:p>
    <w:p>
      <w:pPr/>
    </w:p>
    <w:p>
      <w:pPr/>
      <w:r>
        <w:rPr>
          <w:rFonts w:ascii="Times New Roman" w:hAnsi="Times New Roman" w:eastAsia="Times New Roman" w:cs="Times New Roman"/>
          <w:b/>
          <w:sz w:val="24"/>
        </w:rPr>
        <w:t>PREPAYMENT PENALTY</w:t>
      </w:r>
      <w:r>
        <w:rPr>
          <w:rFonts w:ascii="Times New Roman" w:hAnsi="Times New Roman" w:eastAsia="Times New Roman" w:cs="Times New Roman"/>
          <w:sz w:val="24"/>
        </w:rPr>
        <w:t>. The Borrower shall be charged: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PRE-PAYMENT PENALTY</w:t>
      </w:r>
      <w:r>
        <w:rPr>
          <w:rFonts w:ascii="Times New Roman" w:hAnsi="Times New Roman" w:eastAsia="Times New Roman" w:cs="Times New Roman"/>
          <w:sz w:val="24"/>
        </w:rPr>
        <w:t>. The Borrower is eligible to pre-pay the Borrowed Money, at any time, with no pre-payment fee.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A PRE-PAYMENT PENALTY</w:t>
      </w:r>
      <w:r>
        <w:rPr>
          <w:rFonts w:ascii="Times New Roman" w:hAnsi="Times New Roman" w:eastAsia="Times New Roman" w:cs="Times New Roman"/>
          <w:sz w:val="24"/>
        </w:rPr>
        <w:t>. If the Borrower pays any Borrowed Money to the Lender with the specific purpose of paying less interest, there shall be a pre-payment fee of: (check one)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sz w:val="24"/>
        </w:rPr>
        <w:t>[AMOUNT]</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sz w:val="24"/>
        </w:rPr>
        <w:t>[PERCENT]</w:t>
      </w:r>
      <w:r>
        <w:rPr>
          <w:rFonts w:ascii="Times New Roman" w:hAnsi="Times New Roman" w:eastAsia="Times New Roman" w:cs="Times New Roman"/>
          <w:sz w:val="24"/>
        </w:rPr>
        <w:t>% of the pre-paid amount.</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Other. </w:t>
      </w:r>
      <w:r>
        <w:rPr>
          <w:rFonts w:ascii="Times New Roman" w:hAnsi="Times New Roman" w:eastAsia="Times New Roman" w:cs="Times New Roman"/>
          <w:sz w:val="24"/>
        </w:rPr>
        <w:t>[OTHER]</w:t>
      </w:r>
    </w:p>
    <w:p>
      <w:pPr/>
    </w:p>
    <w:p>
      <w:pPr/>
      <w:r>
        <w:rPr>
          <w:rFonts w:ascii="Times New Roman" w:hAnsi="Times New Roman" w:eastAsia="Times New Roman" w:cs="Times New Roman"/>
          <w:b/>
          <w:sz w:val="24"/>
        </w:rPr>
        <w:t>INTEREST DUE IN THE EVENT OF DEFAULT</w:t>
      </w:r>
      <w:r>
        <w:rPr>
          <w:rFonts w:ascii="Times New Roman" w:hAnsi="Times New Roman" w:eastAsia="Times New Roman" w:cs="Times New Roman"/>
          <w:sz w:val="24"/>
        </w:rPr>
        <w:t xml:space="preserve">. In the event the Borrower fails to pay the Note in full on the Due Date, the unpaid principal shall accrue interest at the maximum rate allowed by law until the Borrower is no longer in default. </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ALLOCATION OF PAYMENTS</w:t>
      </w:r>
      <w:r>
        <w:rPr>
          <w:rFonts w:ascii="Times New Roman" w:hAnsi="Times New Roman" w:eastAsia="Times New Roman" w:cs="Times New Roman"/>
          <w:sz w:val="24"/>
        </w:rPr>
        <w:t>. Payments shall be first (1</w:t>
      </w:r>
      <w:r>
        <w:rPr>
          <w:rFonts w:ascii="Times New Roman" w:hAnsi="Times New Roman" w:eastAsia="Times New Roman" w:cs="Times New Roman"/>
          <w:sz w:val="24"/>
        </w:rPr>
        <w:t>st</w:t>
      </w:r>
      <w:r>
        <w:rPr>
          <w:rFonts w:ascii="Times New Roman" w:hAnsi="Times New Roman" w:eastAsia="Times New Roman" w:cs="Times New Roman"/>
          <w:sz w:val="24"/>
        </w:rPr>
        <w:t>) credited to any late fees due, second (2</w:t>
      </w:r>
      <w:r>
        <w:rPr>
          <w:rFonts w:ascii="Times New Roman" w:hAnsi="Times New Roman" w:eastAsia="Times New Roman" w:cs="Times New Roman"/>
          <w:sz w:val="24"/>
        </w:rPr>
        <w:t>nd</w:t>
      </w:r>
      <w:r>
        <w:rPr>
          <w:rFonts w:ascii="Times New Roman" w:hAnsi="Times New Roman" w:eastAsia="Times New Roman" w:cs="Times New Roman"/>
          <w:sz w:val="24"/>
        </w:rPr>
        <w:t>) any to interest due, and any remainder will be credited to the principal.</w:t>
      </w:r>
    </w:p>
    <w:p>
      <w:pP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 </w:t>
      </w:r>
    </w:p>
    <w:p>
      <w:pPr/>
      <w:r>
        <w:rPr>
          <w:rFonts w:ascii="Times New Roman" w:hAnsi="Times New Roman" w:eastAsia="Times New Roman" w:cs="Times New Roman"/>
          <w:b/>
          <w:sz w:val="24"/>
        </w:rPr>
        <w:t>ACCELERATION</w:t>
      </w:r>
      <w:r>
        <w:rPr>
          <w:rFonts w:ascii="Times New Roman" w:hAnsi="Times New Roman" w:eastAsia="Times New Roman" w:cs="Times New Roman"/>
          <w:sz w:val="24"/>
        </w:rPr>
        <w:t xml:space="preserve">. If the Borrower is in default under this Note or is in default under another provision of this Note, and such default is not cured within the minimum allotted time by law after written notice of such default, then Lender may, at its option, declare all outstanding sums owed on this Note to be immediately due and payable. </w:t>
      </w:r>
      <w:r>
        <w:rPr>
          <w:rFonts w:ascii="Times New Roman" w:hAnsi="Times New Roman" w:eastAsia="Times New Roman" w:cs="Times New Roman"/>
          <w:sz w:val="24"/>
        </w:rPr>
        <w:t>This includes any rights of possession in relation to the Security described in Section 6.</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ATTORNEYS’ FEES AND COSTS</w:t>
      </w:r>
      <w:r>
        <w:rPr>
          <w:rFonts w:ascii="Times New Roman" w:hAnsi="Times New Roman" w:eastAsia="Times New Roman" w:cs="Times New Roman"/>
          <w:sz w:val="24"/>
        </w:rPr>
        <w:t>. Borrower shall pay all costs incurred by Lender in collecting sums due under this Note after a default, including reasonable attorneys’ fees. If Lender or Borrower sues to enforce this Note or to obtain a declaration of its rights hereunder, the prevailing party in any such proceeding shall be entitled to recover its reasonable attorneys’ fees and costs incurred in the proceeding (including those incurred in any bankruptcy proceeding or appeal) from the non-prevailing party.</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WAIVER OF PRESENTMENTS</w:t>
      </w:r>
      <w:r>
        <w:rPr>
          <w:rFonts w:ascii="Times New Roman" w:hAnsi="Times New Roman" w:eastAsia="Times New Roman" w:cs="Times New Roman"/>
          <w:sz w:val="24"/>
        </w:rPr>
        <w:t>. Borrower waives presentment for payment, a notice of dishonor, protest, and notice of protest.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NON-WAIVER</w:t>
      </w:r>
      <w:r>
        <w:rPr>
          <w:rFonts w:ascii="Times New Roman" w:hAnsi="Times New Roman" w:eastAsia="Times New Roman" w:cs="Times New Roman"/>
          <w:sz w:val="24"/>
        </w:rPr>
        <w:t>. No failure or delay by Lender in exercising Lender’s rights under this Note shall be considered a waiver of such rights.</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SEVERABILITY</w:t>
      </w:r>
      <w:r>
        <w:rPr>
          <w:rFonts w:ascii="Times New Roman" w:hAnsi="Times New Roman" w:eastAsia="Times New Roman" w:cs="Times New Roman"/>
          <w:sz w:val="24"/>
        </w:rPr>
        <w:t>. In the event that any provision herein is determined to be void or unenforceable for any reason, such determination shall not affect the validity or enforceability of any other provision, all of which shall remain in full force and effect.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INTEGRATION</w:t>
      </w:r>
      <w:r>
        <w:rPr>
          <w:rFonts w:ascii="Times New Roman" w:hAnsi="Times New Roman" w:eastAsia="Times New Roman" w:cs="Times New Roman"/>
          <w:sz w:val="24"/>
        </w:rPr>
        <w:t>. There are no agreements, verbal or otherwise that modify or affect the terms of this Note. This Note may not be modified or amended except by a written agreement signed by Borrower and Lender.</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CONFLICTING TERMS</w:t>
      </w:r>
      <w:r>
        <w:rPr>
          <w:rFonts w:ascii="Times New Roman" w:hAnsi="Times New Roman" w:eastAsia="Times New Roman" w:cs="Times New Roman"/>
          <w:sz w:val="24"/>
        </w:rPr>
        <w:t>. The terms of this Note shall control over any conflicting terms in any referenced agreement or document.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NOTICE</w:t>
      </w:r>
      <w:r>
        <w:rPr>
          <w:rFonts w:ascii="Times New Roman" w:hAnsi="Times New Roman" w:eastAsia="Times New Roman" w:cs="Times New Roman"/>
          <w:sz w:val="24"/>
        </w:rPr>
        <w:t>. Any notices required or permitted to be given hereunder shall be given in writing and shall be delivered (a) in person, (b) by certified mail, postage prepaid, return receipt requested, (c) by facsimile, or (d) by a commercial overnight courier that guarantees next day delivery and provides a receipt, and such notices shall be made to the parties at the addresses listed above.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EXECUTION</w:t>
      </w:r>
      <w:r>
        <w:rPr>
          <w:rFonts w:ascii="Times New Roman" w:hAnsi="Times New Roman" w:eastAsia="Times New Roman" w:cs="Times New Roman"/>
          <w:sz w:val="24"/>
        </w:rPr>
        <w:t>. The Borrower executes this Note as a principal and not as a surety. If there is a Co-Signer, the Borrower and Co-Signer shall be jointly and severally liable under this Note.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GOVERNING LAW</w:t>
      </w:r>
      <w:r>
        <w:rPr>
          <w:rFonts w:ascii="Times New Roman" w:hAnsi="Times New Roman" w:eastAsia="Times New Roman" w:cs="Times New Roman"/>
          <w:sz w:val="24"/>
        </w:rPr>
        <w:t>. This Note shall be governed under the laws in the State of Idaho.</w:t>
      </w:r>
    </w:p>
    <w:p>
      <w:pPr/>
      <w:r>
        <w:rPr>
          <w:rFonts w:ascii="Times New Roman" w:hAnsi="Times New Roman" w:eastAsia="Times New Roman" w:cs="Times New Roman"/>
          <w:b/>
          <w:sz w:val="24"/>
        </w:rPr>
        <w:t xml:space="preserve"> </w:t>
      </w:r>
    </w:p>
    <w:p>
      <w:pPr/>
      <w:r>
        <w:rPr>
          <w:rFonts w:ascii="Times New Roman" w:hAnsi="Times New Roman" w:eastAsia="Times New Roman" w:cs="Times New Roman"/>
          <w:b/>
          <w:sz w:val="24"/>
        </w:rPr>
        <w:t>ADDITIONAL TERMS &amp; CONDITIONS</w:t>
      </w:r>
      <w:r>
        <w:rPr>
          <w:rFonts w:ascii="Times New Roman" w:hAnsi="Times New Roman" w:eastAsia="Times New Roman" w:cs="Times New Roman"/>
          <w:sz w:val="24"/>
        </w:rPr>
        <w:t xml:space="preserve">. </w:t>
      </w:r>
      <w:r>
        <w:rPr>
          <w:rFonts w:ascii="Times New Roman" w:hAnsi="Times New Roman" w:eastAsia="Times New Roman" w:cs="Times New Roman"/>
          <w:sz w:val="24"/>
        </w:rPr>
        <w:t>[ADDITIONAL TERMS &amp; CONDITIONS]</w:t>
      </w:r>
    </w:p>
    <w:p>
      <w:pPr/>
    </w:p>
    <w:p>
      <w:pPr/>
      <w:r>
        <w:rPr>
          <w:rFonts w:ascii="Times New Roman" w:hAnsi="Times New Roman" w:eastAsia="Times New Roman" w:cs="Times New Roman"/>
          <w:b/>
          <w:sz w:val="24"/>
        </w:rPr>
        <w:t>ENTIRE AGREEMENT</w:t>
      </w:r>
      <w:r>
        <w:rPr>
          <w:rFonts w:ascii="Times New Roman" w:hAnsi="Times New Roman" w:eastAsia="Times New Roman" w:cs="Times New Roman"/>
          <w:sz w:val="24"/>
        </w:rPr>
        <w:t>.</w:t>
      </w:r>
      <w:r>
        <w:rPr>
          <w:rFonts w:ascii="Times New Roman" w:hAnsi="Times New Roman" w:eastAsia="Times New Roman" w:cs="Times New Roman"/>
          <w:b/>
          <w:sz w:val="24"/>
        </w:rPr>
        <w:t xml:space="preserve"> </w:t>
      </w:r>
      <w:r>
        <w:rPr>
          <w:rFonts w:ascii="Times New Roman" w:hAnsi="Times New Roman" w:eastAsia="Times New Roman" w:cs="Times New Roman"/>
          <w:sz w:val="24"/>
        </w:rPr>
        <w:t>This Note contains all the terms agreed to by the parties relating to its subject matter, including any attachments or addendums. This Note replaces all previous discussions, understandings, and oral agreements. The Borrower and Lender agree to the terms and conditions and shall be bound until the Borrower repays the Borrowed Money in full.</w:t>
      </w:r>
    </w:p>
    <w:p>
      <w:pPr/>
    </w:p>
    <w:p>
      <w:pPr/>
    </w:p>
    <w:p>
      <w:pPr/>
      <w:r>
        <w:rPr>
          <w:rFonts w:ascii="Times New Roman" w:hAnsi="Times New Roman" w:eastAsia="Times New Roman" w:cs="Times New Roman"/>
          <w:b/>
          <w:sz w:val="24"/>
        </w:rPr>
        <w:t>Lender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____________________________</w:t>
      </w:r>
    </w:p>
    <w:p>
      <w:pPr/>
    </w:p>
    <w:p>
      <w:pPr/>
    </w:p>
    <w:p>
      <w:pPr/>
      <w:r>
        <w:rPr>
          <w:rFonts w:ascii="Times New Roman" w:hAnsi="Times New Roman" w:eastAsia="Times New Roman" w:cs="Times New Roman"/>
          <w:b/>
          <w:sz w:val="24"/>
        </w:rPr>
        <w:t>Borrower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____________________________</w:t>
      </w:r>
    </w:p>
    <w:p>
      <w:pPr/>
    </w:p>
    <w:p>
      <w:pPr/>
    </w:p>
    <w:p>
      <w:pPr/>
      <w:r>
        <w:rPr>
          <w:rFonts w:ascii="Times New Roman" w:hAnsi="Times New Roman" w:eastAsia="Times New Roman" w:cs="Times New Roman"/>
          <w:b/>
          <w:sz w:val="24"/>
        </w:rPr>
        <w:t>Co-Signer Signature</w:t>
      </w:r>
      <w:r>
        <w:rPr>
          <w:rFonts w:ascii="Times New Roman" w:hAnsi="Times New Roman" w:eastAsia="Times New Roman" w:cs="Times New Roman"/>
          <w:sz w:val="24"/>
        </w:rPr>
        <w:t xml:space="preserve"> (if any):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____________________________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