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53" w:after="360"/>
        <w:jc w:val="center"/>
      </w:pPr>
      <w:r>
        <w:rPr>
          <w:rFonts w:ascii="Times New Roman" w:hAnsi="Times New Roman" w:eastAsia="Times New Roman" w:cs="Times New Roman"/>
          <w:b/>
          <w:sz w:val="24"/>
        </w:rPr>
        <w:t xml:space="preserve">ILLINOIS </w:t>
      </w:r>
      <w:r>
        <w:rPr>
          <w:rFonts w:ascii="Times New Roman" w:hAnsi="Times New Roman" w:eastAsia="Times New Roman" w:cs="Times New Roman"/>
          <w:b/>
          <w:sz w:val="24"/>
        </w:rPr>
        <w:t>LIMITED POWER OF ATTORNEY</w:t>
      </w:r>
    </w:p>
    <w:p>
      <w:pPr>
        <w:spacing w:before="10" w:after="0"/>
      </w:pPr>
    </w:p>
    <w:p>
      <w:pPr>
        <w:spacing w:line="276" w:lineRule="auto"/>
      </w:pPr>
      <w:r>
        <w:rPr>
          <w:rFonts w:ascii="Times New Roman" w:hAnsi="Times New Roman" w:eastAsia="Times New Roman" w:cs="Times New Roman"/>
          <w:sz w:val="24"/>
        </w:rPr>
        <w:t xml:space="preserve">        </w:t>
      </w:r>
      <w:r>
        <w:rPr>
          <w:rFonts w:ascii="Times New Roman" w:hAnsi="Times New Roman" w:eastAsia="Times New Roman" w:cs="Times New Roman"/>
          <w:sz w:val="24"/>
        </w:rPr>
        <w:t>BE IT ACKNOWLEDGED that</w:t>
      </w:r>
      <w:r>
        <w:rPr>
          <w:rFonts w:ascii="Times New Roman" w:hAnsi="Times New Roman" w:eastAsia="Times New Roman" w:cs="Times New Roman"/>
          <w:sz w:val="24"/>
        </w:rPr>
        <w:t xml:space="preserve"> </w:t>
      </w:r>
      <w:r>
        <w:rPr>
          <w:rFonts w:ascii="Times New Roman" w:hAnsi="Times New Roman" w:eastAsia="Times New Roman" w:cs="Times New Roman"/>
          <w:sz w:val="24"/>
        </w:rPr>
        <w:t>I,</w:t>
      </w:r>
      <w:r>
        <w:rPr>
          <w:rFonts w:ascii="Times New Roman" w:hAnsi="Times New Roman" w:eastAsia="Times New Roman" w:cs="Times New Roman"/>
          <w:sz w:val="24"/>
        </w:rPr>
        <w:t xml:space="preserve"> </w:t>
      </w:r>
      <w:r>
        <w:rPr>
          <w:rFonts w:ascii="Times New Roman" w:hAnsi="Times New Roman" w:eastAsia="Times New Roman" w:cs="Times New Roman"/>
          <w:sz w:val="24"/>
        </w:rPr>
        <w:t>[PRINCIPAL'S NAME]</w:t>
      </w:r>
      <w:r>
        <w:rPr>
          <w:rFonts w:ascii="Times New Roman" w:hAnsi="Times New Roman" w:eastAsia="Times New Roman" w:cs="Times New Roman"/>
          <w:sz w:val="24"/>
        </w:rPr>
        <w:t xml:space="preserve">, the “Principal,” whose address is </w:t>
      </w:r>
      <w:r>
        <w:rPr>
          <w:rFonts w:ascii="Times New Roman" w:hAnsi="Times New Roman" w:eastAsia="Times New Roman" w:cs="Times New Roman"/>
          <w:sz w:val="24"/>
        </w:rPr>
        <w:t>[PRINCIPAL'S ADDRESS]</w:t>
      </w:r>
      <w:r>
        <w:rPr>
          <w:rFonts w:ascii="Times New Roman" w:hAnsi="Times New Roman" w:eastAsia="Times New Roman" w:cs="Times New Roman"/>
          <w:sz w:val="24"/>
        </w:rPr>
        <w:t xml:space="preserve">, hereby grant a limited and specific power of attorney to </w:t>
      </w:r>
      <w:r>
        <w:rPr>
          <w:rFonts w:ascii="Times New Roman" w:hAnsi="Times New Roman" w:eastAsia="Times New Roman" w:cs="Times New Roman"/>
          <w:sz w:val="24"/>
        </w:rPr>
        <w:t>[AGENT'S NAME]</w:t>
      </w:r>
      <w:r>
        <w:rPr>
          <w:rFonts w:ascii="Times New Roman" w:hAnsi="Times New Roman" w:eastAsia="Times New Roman" w:cs="Times New Roman"/>
          <w:sz w:val="24"/>
        </w:rPr>
        <w:t xml:space="preserve">, my true and lawful agent, of </w:t>
      </w:r>
      <w:r>
        <w:rPr>
          <w:rFonts w:ascii="Times New Roman" w:hAnsi="Times New Roman" w:eastAsia="Times New Roman" w:cs="Times New Roman"/>
          <w:sz w:val="24"/>
        </w:rPr>
        <w:t>[AGENT'S ADDRESS]</w:t>
      </w:r>
      <w:r>
        <w:rPr>
          <w:rFonts w:ascii="Times New Roman" w:hAnsi="Times New Roman" w:eastAsia="Times New Roman" w:cs="Times New Roman"/>
          <w:sz w:val="24"/>
        </w:rPr>
        <w:t xml:space="preserve"> as my</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Attorney-in-Fact”.</w:t>
      </w:r>
    </w:p>
    <w:p>
      <w:pPr>
        <w:spacing w:line="276" w:lineRule="auto"/>
      </w:pPr>
    </w:p>
    <w:p>
      <w:pPr>
        <w:spacing w:line="276" w:lineRule="auto"/>
        <w:ind w:firstLine="720"/>
      </w:pPr>
      <w:r>
        <w:rPr>
          <w:rFonts w:ascii="Times New Roman" w:hAnsi="Times New Roman" w:eastAsia="Times New Roman" w:cs="Times New Roman"/>
          <w:sz w:val="24"/>
        </w:rPr>
        <w:t>Said Attorney-in-Fact shall have full power and authority to undertake and</w:t>
      </w:r>
      <w:r>
        <w:rPr>
          <w:rFonts w:ascii="Times New Roman" w:hAnsi="Times New Roman" w:eastAsia="Times New Roman" w:cs="Times New Roman"/>
          <w:sz w:val="24"/>
        </w:rPr>
        <w:t xml:space="preserve"> </w:t>
      </w:r>
      <w:r>
        <w:rPr>
          <w:rFonts w:ascii="Times New Roman" w:hAnsi="Times New Roman" w:eastAsia="Times New Roman" w:cs="Times New Roman"/>
          <w:sz w:val="24"/>
        </w:rPr>
        <w:t>perform only the following acts on my</w:t>
      </w:r>
      <w:r>
        <w:rPr>
          <w:rFonts w:ascii="Times New Roman" w:hAnsi="Times New Roman" w:eastAsia="Times New Roman" w:cs="Times New Roman"/>
          <w:sz w:val="24"/>
        </w:rPr>
        <w:t xml:space="preserve"> </w:t>
      </w:r>
      <w:r>
        <w:rPr>
          <w:rFonts w:ascii="Times New Roman" w:hAnsi="Times New Roman" w:eastAsia="Times New Roman" w:cs="Times New Roman"/>
          <w:sz w:val="24"/>
        </w:rPr>
        <w:t>behalf:</w:t>
      </w:r>
    </w:p>
    <w:p>
      <w:pPr/>
    </w:p>
    <w:p>
      <w:pPr/>
      <w:r>
        <w:rPr>
          <w:rFonts w:ascii="Times New Roman" w:hAnsi="Times New Roman" w:eastAsia="Times New Roman" w:cs="Times New Roman"/>
          <w:sz w:val="24"/>
        </w:rPr>
        <w:t xml:space="preserve">1. </w:t>
      </w:r>
      <w:r>
        <w:rPr>
          <w:rFonts w:ascii="Times New Roman" w:hAnsi="Times New Roman" w:eastAsia="Times New Roman" w:cs="Times New Roman"/>
          <w:sz w:val="24"/>
        </w:rPr>
        <w:t>[DESCRIBE ACT]</w:t>
      </w:r>
    </w:p>
    <w:p>
      <w:pPr/>
    </w:p>
    <w:p>
      <w:pPr/>
      <w:r>
        <w:rPr>
          <w:rFonts w:ascii="Times New Roman" w:hAnsi="Times New Roman" w:eastAsia="Times New Roman" w:cs="Times New Roman"/>
          <w:sz w:val="24"/>
        </w:rPr>
        <w:t xml:space="preserve">2. </w:t>
      </w:r>
      <w:r>
        <w:rPr>
          <w:rFonts w:ascii="Times New Roman" w:hAnsi="Times New Roman" w:eastAsia="Times New Roman" w:cs="Times New Roman"/>
          <w:sz w:val="24"/>
        </w:rPr>
        <w:t>[DESCRIBE ACT]</w:t>
      </w:r>
    </w:p>
    <w:p>
      <w:pPr/>
    </w:p>
    <w:p>
      <w:pPr/>
      <w:r>
        <w:rPr>
          <w:rFonts w:ascii="Times New Roman" w:hAnsi="Times New Roman" w:eastAsia="Times New Roman" w:cs="Times New Roman"/>
          <w:sz w:val="24"/>
        </w:rPr>
        <w:t xml:space="preserve">3. </w:t>
      </w:r>
      <w:r>
        <w:rPr>
          <w:rFonts w:ascii="Times New Roman" w:hAnsi="Times New Roman" w:eastAsia="Times New Roman" w:cs="Times New Roman"/>
          <w:sz w:val="24"/>
        </w:rPr>
        <w:t>[DESCRIBE ACT]</w:t>
      </w:r>
    </w:p>
    <w:p>
      <w:pPr/>
    </w:p>
    <w:p>
      <w:pPr/>
      <w:r>
        <w:rPr>
          <w:rFonts w:ascii="Times New Roman" w:hAnsi="Times New Roman" w:eastAsia="Times New Roman" w:cs="Times New Roman"/>
          <w:sz w:val="24"/>
        </w:rPr>
        <w:t xml:space="preserve">4. </w:t>
      </w:r>
      <w:r>
        <w:rPr>
          <w:rFonts w:ascii="Times New Roman" w:hAnsi="Times New Roman" w:eastAsia="Times New Roman" w:cs="Times New Roman"/>
          <w:sz w:val="24"/>
        </w:rPr>
        <w:t>[DESCRIBE ACT]</w:t>
      </w:r>
    </w:p>
    <w:p>
      <w:pPr/>
    </w:p>
    <w:p>
      <w:pPr/>
      <w:r>
        <w:rPr>
          <w:rFonts w:ascii="Times New Roman" w:hAnsi="Times New Roman" w:eastAsia="Times New Roman" w:cs="Times New Roman"/>
          <w:sz w:val="24"/>
        </w:rPr>
        <w:t xml:space="preserve">5. </w:t>
      </w:r>
      <w:r>
        <w:rPr>
          <w:rFonts w:ascii="Times New Roman" w:hAnsi="Times New Roman" w:eastAsia="Times New Roman" w:cs="Times New Roman"/>
          <w:sz w:val="24"/>
        </w:rPr>
        <w:t>[DESCRIBE ACT]</w:t>
      </w:r>
    </w:p>
    <w:p>
      <w:pPr/>
      <w:r>
        <w:rPr>
          <w:rFonts w:ascii="Times New Roman" w:hAnsi="Times New Roman" w:eastAsia="Times New Roman" w:cs="Times New Roman"/>
          <w:sz w:val="24"/>
        </w:rPr>
        <w:tab/>
      </w:r>
    </w:p>
    <w:p>
      <w:pPr/>
    </w:p>
    <w:p>
      <w:pPr/>
      <w:r>
        <w:rPr>
          <w:rFonts w:ascii="Times New Roman" w:hAnsi="Times New Roman" w:eastAsia="Times New Roman" w:cs="Times New Roman"/>
          <w:sz w:val="24"/>
        </w:rPr>
        <w:t>This power of attorney may</w:t>
      </w:r>
      <w:r>
        <w:rPr>
          <w:rFonts w:ascii="Times New Roman" w:hAnsi="Times New Roman" w:eastAsia="Times New Roman" w:cs="Times New Roman"/>
          <w:sz w:val="24"/>
        </w:rPr>
        <w:t xml:space="preserve"> </w:t>
      </w:r>
      <w:r>
        <w:rPr>
          <w:rFonts w:ascii="Times New Roman" w:hAnsi="Times New Roman" w:eastAsia="Times New Roman" w:cs="Times New Roman"/>
          <w:sz w:val="24"/>
        </w:rPr>
        <w:t>be</w:t>
      </w:r>
      <w:r>
        <w:rPr>
          <w:rFonts w:ascii="Times New Roman" w:hAnsi="Times New Roman" w:eastAsia="Times New Roman" w:cs="Times New Roman"/>
          <w:sz w:val="24"/>
        </w:rPr>
        <w:t xml:space="preserve"> </w:t>
      </w:r>
      <w:r>
        <w:rPr>
          <w:rFonts w:ascii="Times New Roman" w:hAnsi="Times New Roman" w:eastAsia="Times New Roman" w:cs="Times New Roman"/>
          <w:sz w:val="24"/>
        </w:rPr>
        <w:t>revoked in any of the following manners:</w:t>
      </w:r>
    </w:p>
    <w:p>
      <w:pPr/>
    </w:p>
    <w:p>
      <w:pPr>
        <w:jc w:val="center"/>
      </w:pPr>
      <w:r>
        <w:rPr>
          <w:rFonts w:ascii="Times New Roman" w:hAnsi="Times New Roman" w:eastAsia="Times New Roman" w:cs="Times New Roman"/>
          <w:b/>
          <w:sz w:val="24"/>
        </w:rPr>
        <w:t>(Initial and Check All Applicable Boxes)</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By the Principal at any time by signing a Revocation.</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When the act(s) designated above have been completed.</w:t>
      </w:r>
    </w:p>
    <w:p>
      <w:pP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On </w:t>
      </w:r>
      <w:r>
        <w:rPr>
          <w:rFonts w:ascii="Times New Roman" w:hAnsi="Times New Roman" w:eastAsia="Times New Roman" w:cs="Times New Roman"/>
          <w:sz w:val="24"/>
        </w:rPr>
        <w:t>[DESCRIBE CIRCUMSTANCE]</w:t>
      </w:r>
      <w:r>
        <w:rPr>
          <w:rFonts w:ascii="Times New Roman" w:hAnsi="Times New Roman" w:eastAsia="Times New Roman" w:cs="Times New Roman"/>
          <w:sz w:val="24"/>
        </w:rPr>
        <w:t>.</w:t>
      </w:r>
    </w:p>
    <w:p>
      <w:pPr/>
    </w:p>
    <w:p>
      <w:pPr/>
    </w:p>
    <w:p>
      <w:pPr>
        <w:spacing w:line="276" w:lineRule="auto"/>
      </w:pPr>
      <w:r>
        <w:rPr>
          <w:rFonts w:ascii="Times New Roman" w:hAnsi="Times New Roman" w:eastAsia="Times New Roman" w:cs="Times New Roman"/>
          <w:b/>
          <w:sz w:val="24"/>
        </w:rPr>
        <w:t>This power of attorney form shall automatically be revoked upon my death or incapacitation</w:t>
      </w:r>
      <w:r>
        <w:rPr>
          <w:rFonts w:ascii="Times New Roman" w:hAnsi="Times New Roman" w:eastAsia="Times New Roman" w:cs="Times New Roman"/>
          <w:sz w:val="24"/>
        </w:rPr>
        <w:t>,</w:t>
      </w:r>
      <w:r>
        <w:rPr>
          <w:rFonts w:ascii="Times New Roman" w:hAnsi="Times New Roman" w:eastAsia="Times New Roman" w:cs="Times New Roman"/>
          <w:sz w:val="24"/>
        </w:rPr>
        <w:t xml:space="preserve"> </w:t>
      </w:r>
      <w:r>
        <w:rPr>
          <w:rFonts w:ascii="Times New Roman" w:hAnsi="Times New Roman" w:eastAsia="Times New Roman" w:cs="Times New Roman"/>
          <w:sz w:val="24"/>
        </w:rPr>
        <w:t>provided any person relying on this power of attorney shall have full rights to accept and</w:t>
      </w:r>
      <w:r>
        <w:rPr>
          <w:rFonts w:ascii="Times New Roman" w:hAnsi="Times New Roman" w:eastAsia="Times New Roman" w:cs="Times New Roman"/>
          <w:sz w:val="24"/>
        </w:rPr>
        <w:t xml:space="preserve"> </w:t>
      </w:r>
      <w:r>
        <w:rPr>
          <w:rFonts w:ascii="Times New Roman" w:hAnsi="Times New Roman" w:eastAsia="Times New Roman" w:cs="Times New Roman"/>
          <w:sz w:val="24"/>
        </w:rPr>
        <w:t>reply</w:t>
      </w:r>
      <w:r>
        <w:rPr>
          <w:rFonts w:ascii="Times New Roman" w:hAnsi="Times New Roman" w:eastAsia="Times New Roman" w:cs="Times New Roman"/>
          <w:sz w:val="24"/>
        </w:rPr>
        <w:t xml:space="preserve"> </w:t>
      </w:r>
      <w:r>
        <w:rPr>
          <w:rFonts w:ascii="Times New Roman" w:hAnsi="Times New Roman" w:eastAsia="Times New Roman" w:cs="Times New Roman"/>
          <w:sz w:val="24"/>
        </w:rPr>
        <w:t>upon the authority of my Attorney-in-Fact until in receipt of actual notice of</w:t>
      </w:r>
      <w:r>
        <w:rPr>
          <w:rFonts w:ascii="Times New Roman" w:hAnsi="Times New Roman" w:eastAsia="Times New Roman" w:cs="Times New Roman"/>
          <w:sz w:val="24"/>
        </w:rPr>
        <w:t xml:space="preserve"> </w:t>
      </w:r>
      <w:r>
        <w:rPr>
          <w:rFonts w:ascii="Times New Roman" w:hAnsi="Times New Roman" w:eastAsia="Times New Roman" w:cs="Times New Roman"/>
          <w:sz w:val="24"/>
        </w:rPr>
        <w:t>revocation.</w:t>
      </w:r>
    </w:p>
    <w:p>
      <w:pPr/>
    </w:p>
    <w:p>
      <w:pPr/>
      <w:r>
        <w:rPr>
          <w:rFonts w:ascii="Times New Roman" w:hAnsi="Times New Roman" w:eastAsia="Times New Roman" w:cs="Times New Roman"/>
          <w:sz w:val="24"/>
        </w:rPr>
        <w:t>If any agent named by me shall die, become incompetent, resign or refuse to accept the office of agent, I name the following (each to act alone and successively, in the order named) as successor(s) to such agent:</w:t>
      </w:r>
    </w:p>
    <w:p>
      <w:pPr/>
    </w:p>
    <w:p>
      <w:pPr/>
      <w:r>
        <w:rPr>
          <w:rFonts w:ascii="Times New Roman" w:hAnsi="Times New Roman" w:eastAsia="Times New Roman" w:cs="Times New Roman"/>
          <w:sz w:val="24"/>
        </w:rPr>
        <w:t>[NAME OF SUCCESSOR AGENT]</w:t>
      </w:r>
    </w:p>
    <w:p>
      <w:pPr/>
    </w:p>
    <w:p>
      <w:pPr/>
      <w:r>
        <w:rPr>
          <w:rFonts w:ascii="Times New Roman" w:hAnsi="Times New Roman" w:eastAsia="Times New Roman" w:cs="Times New Roman"/>
          <w:b/>
          <w:sz w:val="24"/>
        </w:rPr>
        <w:t>State Law</w:t>
      </w:r>
      <w:r>
        <w:rPr>
          <w:rFonts w:ascii="Times New Roman" w:hAnsi="Times New Roman" w:eastAsia="Times New Roman" w:cs="Times New Roman"/>
          <w:sz w:val="24"/>
        </w:rPr>
        <w:t xml:space="preserve">. This power of attorney is governed by the laws of the State of </w:t>
      </w:r>
      <w:r>
        <w:rPr>
          <w:rFonts w:ascii="Times New Roman" w:hAnsi="Times New Roman" w:eastAsia="Times New Roman" w:cs="Times New Roman"/>
          <w:sz w:val="24"/>
        </w:rPr>
        <w:t>Illinois.</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Signed</w:t>
      </w:r>
      <w:r>
        <w:rPr>
          <w:rFonts w:ascii="Times New Roman" w:hAnsi="Times New Roman" w:eastAsia="Times New Roman" w:cs="Times New Roman"/>
          <w:sz w:val="24"/>
        </w:rPr>
        <w:t xml:space="preserve"> on </w:t>
      </w:r>
      <w:r>
        <w:rPr>
          <w:rFonts w:ascii="Times New Roman" w:hAnsi="Times New Roman" w:eastAsia="Times New Roman" w:cs="Times New Roman"/>
          <w:sz w:val="24"/>
        </w:rPr>
        <w:t>[DATE]</w:t>
      </w:r>
      <w:r>
        <w:rPr>
          <w:rFonts w:ascii="Times New Roman" w:hAnsi="Times New Roman" w:eastAsia="Times New Roman" w:cs="Times New Roman"/>
          <w:sz w:val="24"/>
        </w:rPr>
        <w:t>.</w:t>
      </w:r>
    </w:p>
    <w:p>
      <w:pPr>
        <w:spacing w:before="0" w:after="120"/>
      </w:pPr>
    </w:p>
    <w:p>
      <w:pPr/>
      <w:r>
        <w:rPr>
          <w:rFonts w:ascii="Times New Roman" w:hAnsi="Times New Roman" w:eastAsia="Times New Roman" w:cs="Times New Roman"/>
          <w:sz w:val="24"/>
        </w:rPr>
        <w:t>________________________________</w:t>
      </w:r>
    </w:p>
    <w:p>
      <w:pPr>
        <w:spacing w:line="20" w:lineRule="exact"/>
      </w:pPr>
    </w:p>
    <w:p>
      <w:pPr>
        <w:spacing w:before="40" w:after="0" w:line="173" w:lineRule="exact"/>
      </w:pPr>
      <w:r>
        <w:rPr>
          <w:rFonts w:ascii="Times New Roman" w:hAnsi="Times New Roman" w:eastAsia="Times New Roman" w:cs="Times New Roman"/>
          <w:b/>
          <w:sz w:val="24"/>
        </w:rPr>
        <w:t>Principal’s Signature</w:t>
      </w:r>
    </w:p>
    <w:p>
      <w:pPr>
        <w:spacing w:before="60" w:after="0" w:line="173" w:lineRule="exact"/>
      </w:pPr>
    </w:p>
    <w:p>
      <w:pPr/>
      <w:r>
        <w:rPr>
          <w:rFonts w:ascii="Times New Roman" w:hAnsi="Times New Roman" w:eastAsia="Times New Roman" w:cs="Times New Roman"/>
          <w:sz w:val="24"/>
        </w:rPr>
        <w:t>________________________________</w:t>
      </w:r>
    </w:p>
    <w:p>
      <w:pPr>
        <w:spacing w:line="20" w:lineRule="exact"/>
      </w:pPr>
      <w:r>
        <w:rPr>
          <w:rFonts w:ascii="Times New Roman" w:hAnsi="Times New Roman" w:eastAsia="Times New Roman" w:cs="Times New Roman"/>
          <w:sz w:val="24"/>
        </w:rPr>
        <w:t>PRI</w:t>
      </w:r>
    </w:p>
    <w:p>
      <w:pPr>
        <w:spacing w:before="40" w:after="0" w:line="173" w:lineRule="exact"/>
      </w:pPr>
      <w:r>
        <w:rPr>
          <w:rFonts w:ascii="Times New Roman" w:hAnsi="Times New Roman" w:eastAsia="Times New Roman" w:cs="Times New Roman"/>
          <w:sz w:val="24"/>
        </w:rPr>
        <w:t>Principal’s Printed Name</w:t>
      </w:r>
    </w:p>
    <w:p>
      <w:pPr/>
    </w:p>
    <w:p>
      <w:pPr>
        <w:jc w:val="center"/>
      </w:pPr>
    </w:p>
    <w:p>
      <w:pPr>
        <w:jc w:val="center"/>
      </w:pPr>
      <w:r>
        <w:rPr>
          <w:rFonts w:ascii="Times New Roman" w:hAnsi="Times New Roman" w:eastAsia="Times New Roman" w:cs="Times New Roman"/>
          <w:b/>
          <w:sz w:val="24"/>
        </w:rPr>
        <w:t>ACCEPTANCE OF APPOINTMENT</w:t>
      </w:r>
    </w:p>
    <w:p>
      <w:pPr>
        <w:jc w:val="center"/>
      </w:pPr>
    </w:p>
    <w:p>
      <w:pPr>
        <w:spacing w:line="276" w:lineRule="auto"/>
      </w:pPr>
      <w:r>
        <w:rPr>
          <w:rFonts w:ascii="Times New Roman" w:hAnsi="Times New Roman" w:eastAsia="Times New Roman" w:cs="Times New Roman"/>
          <w:sz w:val="24"/>
        </w:rPr>
        <w:tab/>
        <w:t xml:space="preserve">I, </w:t>
      </w:r>
      <w:r>
        <w:rPr>
          <w:rFonts w:ascii="Times New Roman" w:hAnsi="Times New Roman" w:eastAsia="Times New Roman" w:cs="Times New Roman"/>
          <w:sz w:val="24"/>
        </w:rPr>
        <w:t>[NAME OF ATTORNEY-IN-FACT]</w:t>
      </w:r>
      <w:r>
        <w:rPr>
          <w:rFonts w:ascii="Times New Roman" w:hAnsi="Times New Roman" w:eastAsia="Times New Roman" w:cs="Times New Roman"/>
          <w:sz w:val="24"/>
        </w:rPr>
        <w:t xml:space="preserve">, </w:t>
      </w:r>
      <w:r>
        <w:rPr>
          <w:rFonts w:ascii="Times New Roman" w:hAnsi="Times New Roman" w:eastAsia="Times New Roman" w:cs="Times New Roman"/>
          <w:sz w:val="24"/>
        </w:rPr>
        <w:t>the Attorney-in-Fact named above, hereby accept appointment as Attorney-in-Fact in accordance with the foregoing instrument.</w:t>
      </w:r>
    </w:p>
    <w:p>
      <w:pPr/>
    </w:p>
    <w:p>
      <w:pPr/>
    </w:p>
    <w:p>
      <w:pPr>
        <w:jc w:val="both"/>
      </w:pPr>
      <w:r>
        <w:rPr>
          <w:rFonts w:ascii="Times New Roman" w:hAnsi="Times New Roman" w:eastAsia="Times New Roman" w:cs="Times New Roman"/>
          <w:sz w:val="24"/>
        </w:rPr>
        <w:t>________________________________</w:t>
      </w:r>
    </w:p>
    <w:p>
      <w:pPr/>
      <w:r>
        <w:rPr>
          <w:rFonts w:ascii="Times New Roman" w:hAnsi="Times New Roman" w:eastAsia="Times New Roman" w:cs="Times New Roman"/>
          <w:b/>
          <w:sz w:val="24"/>
        </w:rPr>
        <w:t>Attorney-in-Fact’s Signature</w:t>
      </w:r>
    </w:p>
    <w:p>
      <w:pPr/>
    </w:p>
    <w:p>
      <w:pPr/>
      <w:r>
        <w:rPr>
          <w:rFonts w:ascii="Times New Roman" w:hAnsi="Times New Roman" w:eastAsia="Times New Roman" w:cs="Times New Roman"/>
          <w:sz w:val="24"/>
        </w:rPr>
        <w:t>________________________________</w:t>
      </w:r>
    </w:p>
    <w:p>
      <w:pPr/>
      <w:r>
        <w:rPr>
          <w:rFonts w:ascii="Times New Roman" w:hAnsi="Times New Roman" w:eastAsia="Times New Roman" w:cs="Times New Roman"/>
          <w:sz w:val="24"/>
        </w:rPr>
        <w:t>Attorney-in-Fact’s Printed Name</w:t>
      </w:r>
    </w:p>
    <w:p>
      <w:pPr/>
    </w:p>
    <w:p>
      <w:pPr/>
    </w:p>
    <w:p>
      <w:pPr>
        <w:jc w:val="center"/>
      </w:pPr>
      <w:r>
        <w:rPr>
          <w:rFonts w:ascii="Times New Roman" w:hAnsi="Times New Roman" w:eastAsia="Times New Roman" w:cs="Times New Roman"/>
          <w:b/>
          <w:sz w:val="24"/>
        </w:rPr>
        <w:t>WITNESS</w:t>
      </w:r>
    </w:p>
    <w:p>
      <w:pPr>
        <w:jc w:val="center"/>
      </w:pPr>
    </w:p>
    <w:p>
      <w:pPr/>
      <w:r>
        <w:rPr>
          <w:rFonts w:ascii="Times New Roman" w:hAnsi="Times New Roman" w:eastAsia="Times New Roman" w:cs="Times New Roman"/>
          <w:sz w:val="24"/>
        </w:rPr>
        <w:t xml:space="preserve">The undersigned witness certifies that </w:t>
      </w:r>
      <w:r>
        <w:rPr>
          <w:rFonts w:ascii="Times New Roman" w:hAnsi="Times New Roman" w:eastAsia="Times New Roman" w:cs="Times New Roman"/>
          <w:sz w:val="24"/>
        </w:rPr>
        <w:t>[NAME OF PRINCIPAL]</w:t>
      </w:r>
      <w:r>
        <w:rPr>
          <w:rFonts w:ascii="Times New Roman" w:hAnsi="Times New Roman" w:eastAsia="Times New Roman" w:cs="Times New Roman"/>
          <w:sz w:val="24"/>
        </w:rPr>
        <w:t>, known to me to be the same person whose name is subscribed as principal to the foregoing power of attorney, appeared before me and the notary public and acknowledged signing and delivering the instrument as the free and voluntary act of the principal, for the uses and purposes therein set forth. I believe him or her to be of sound mind and memory. The undersigned witness also certifies that the witness is not: (a) the attending physician or mental health service provider or a relative of the physician or provider; (b) an owner, operator, or relative of an owner or operator of a health care facility in which the principal is a patient or resident; (c) a parent, sibling, descendant, or any spouse of such parent, sibling, or descendant of either the principal or any agent or successor agent under the foregoing power of attorney, whether such relationship is by blood, marriage, or adoption; or (d) an agent or successor agent under the foregoing power of attorney.</w:t>
      </w:r>
    </w:p>
    <w:p>
      <w:pPr/>
    </w:p>
    <w:p>
      <w:pPr/>
    </w:p>
    <w:p>
      <w:pPr/>
      <w:r>
        <w:rPr>
          <w:rFonts w:ascii="Times New Roman" w:hAnsi="Times New Roman" w:eastAsia="Times New Roman" w:cs="Times New Roman"/>
          <w:sz w:val="24"/>
        </w:rPr>
        <w:t>________________________________</w:t>
      </w:r>
      <w:r>
        <w:rPr>
          <w:rFonts w:ascii="Times New Roman" w:hAnsi="Times New Roman" w:eastAsia="Times New Roman" w:cs="Times New Roman"/>
          <w:sz w:val="24"/>
        </w:rPr>
        <w:tab/>
        <w:t xml:space="preserve">  </w:t>
      </w:r>
      <w:r>
        <w:rPr>
          <w:rFonts w:ascii="Times New Roman" w:hAnsi="Times New Roman" w:eastAsia="Times New Roman" w:cs="Times New Roman"/>
          <w:sz w:val="24"/>
        </w:rPr>
        <w:t>[WITNESS ADDRESS]</w:t>
      </w:r>
      <w:r>
        <w:rPr>
          <w:rFonts w:ascii="Times New Roman" w:hAnsi="Times New Roman" w:eastAsia="Times New Roman" w:cs="Times New Roman"/>
          <w:sz w:val="24"/>
        </w:rPr>
        <w:br/>
      </w:r>
      <w:r>
        <w:rPr>
          <w:rFonts w:ascii="Times New Roman" w:hAnsi="Times New Roman" w:eastAsia="Times New Roman" w:cs="Times New Roman"/>
          <w:b/>
          <w:sz w:val="24"/>
        </w:rPr>
        <w:t>Witness Signature</w:t>
      </w:r>
      <w:r>
        <w:rPr>
          <w:rFonts w:ascii="Times New Roman" w:hAnsi="Times New Roman" w:eastAsia="Times New Roman" w:cs="Times New Roman"/>
          <w:sz w:val="24"/>
        </w:rPr>
        <w:tab/>
        <w:tab/>
        <w:tab/>
        <w:tab/>
        <w:t xml:space="preserve">  </w:t>
      </w:r>
    </w:p>
    <w:p>
      <w:pPr/>
    </w:p>
    <w:p>
      <w:pPr/>
      <w:r>
        <w:rPr>
          <w:rFonts w:ascii="Times New Roman" w:hAnsi="Times New Roman" w:eastAsia="Times New Roman" w:cs="Times New Roman"/>
          <w:sz w:val="24"/>
        </w:rPr>
        <w:t>__________________________</w:t>
        <w:tab/>
      </w:r>
      <w:r>
        <w:rPr>
          <w:rFonts w:ascii="Times New Roman" w:hAnsi="Times New Roman" w:eastAsia="Times New Roman" w:cs="Times New Roman"/>
          <w:sz w:val="24"/>
        </w:rPr>
        <w:t xml:space="preserve">             </w:t>
      </w:r>
      <w:r>
        <w:rPr>
          <w:rFonts w:ascii="Times New Roman" w:hAnsi="Times New Roman" w:eastAsia="Times New Roman" w:cs="Times New Roman"/>
          <w:sz w:val="24"/>
        </w:rPr>
        <w:t>[CITY, STATE &amp; ZIP CODE]</w:t>
      </w:r>
      <w:r>
        <w:rPr>
          <w:rFonts w:ascii="Times New Roman" w:hAnsi="Times New Roman" w:eastAsia="Times New Roman" w:cs="Times New Roman"/>
          <w:sz w:val="24"/>
        </w:rPr>
        <w:br/>
      </w:r>
      <w:r>
        <w:rPr>
          <w:rFonts w:ascii="Times New Roman" w:hAnsi="Times New Roman" w:eastAsia="Times New Roman" w:cs="Times New Roman"/>
          <w:sz w:val="24"/>
        </w:rPr>
        <w:t xml:space="preserve">Witness Print Name                                   </w:t>
      </w:r>
    </w:p>
    <w:p>
      <w:pPr>
        <w:jc w:val="center"/>
      </w:pPr>
    </w:p>
    <w:p>
      <w:pPr>
        <w:jc w:val="center"/>
      </w:pPr>
    </w:p>
    <w:p>
      <w:pPr>
        <w:jc w:val="center"/>
      </w:pPr>
      <w:r>
        <w:rPr>
          <w:rFonts w:ascii="Times New Roman" w:hAnsi="Times New Roman" w:eastAsia="Times New Roman" w:cs="Times New Roman"/>
          <w:b/>
          <w:sz w:val="24"/>
        </w:rPr>
        <w:t>NOTARY ACKNOWLEDGMENT</w:t>
      </w:r>
      <w:r>
        <w:rPr>
          <w:rFonts w:ascii="Times New Roman" w:hAnsi="Times New Roman" w:eastAsia="Times New Roman" w:cs="Times New Roman"/>
          <w:sz w:val="24"/>
        </w:rPr>
        <w:br/>
      </w:r>
    </w:p>
    <w:p>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p>
    <w:p>
      <w:pPr/>
    </w:p>
    <w:p>
      <w:pPr/>
      <w:r>
        <w:rPr>
          <w:rFonts w:ascii="Times New Roman" w:hAnsi="Times New Roman" w:eastAsia="Times New Roman" w:cs="Times New Roman"/>
          <w:sz w:val="24"/>
        </w:rPr>
        <w:t>[COUNTY]</w:t>
      </w:r>
      <w:r>
        <w:rPr>
          <w:rFonts w:ascii="Times New Roman" w:hAnsi="Times New Roman" w:eastAsia="Times New Roman" w:cs="Times New Roman"/>
          <w:sz w:val="24"/>
        </w:rPr>
        <w:t xml:space="preserve"> County, SS. </w:t>
      </w:r>
    </w:p>
    <w:p>
      <w:pPr/>
    </w:p>
    <w:p>
      <w:pPr/>
    </w:p>
    <w:p>
      <w:pPr/>
      <w:r>
        <w:rPr>
          <w:rFonts w:ascii="Times New Roman" w:hAnsi="Times New Roman" w:eastAsia="Times New Roman" w:cs="Times New Roman"/>
          <w:sz w:val="24"/>
        </w:rPr>
        <w:t xml:space="preserve">On this </w:t>
      </w:r>
      <w:r>
        <w:rPr>
          <w:rFonts w:ascii="Times New Roman" w:hAnsi="Times New Roman" w:eastAsia="Times New Roman" w:cs="Times New Roman"/>
          <w:sz w:val="24"/>
        </w:rPr>
        <w:t>[#]</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w:t>
      </w:r>
      <w:r>
        <w:rPr>
          <w:rFonts w:ascii="Times New Roman" w:hAnsi="Times New Roman" w:eastAsia="Times New Roman" w:cs="Times New Roman"/>
          <w:sz w:val="24"/>
        </w:rPr>
        <w:t xml:space="preserve">, </w:t>
      </w:r>
      <w:r>
        <w:rPr>
          <w:rFonts w:ascii="Times New Roman" w:hAnsi="Times New Roman" w:eastAsia="Times New Roman" w:cs="Times New Roman"/>
          <w:sz w:val="24"/>
        </w:rPr>
        <w:t>[YEAR]</w:t>
      </w:r>
      <w:r>
        <w:rPr>
          <w:rFonts w:ascii="Times New Roman" w:hAnsi="Times New Roman" w:eastAsia="Times New Roman" w:cs="Times New Roman"/>
          <w:sz w:val="24"/>
        </w:rPr>
        <w:t xml:space="preserve">, the undersigned, a notary public in and for the above county and state, certifies that </w:t>
      </w:r>
      <w:r>
        <w:rPr>
          <w:rFonts w:ascii="Times New Roman" w:hAnsi="Times New Roman" w:eastAsia="Times New Roman" w:cs="Times New Roman"/>
          <w:sz w:val="24"/>
        </w:rPr>
        <w:t>[NAME OF PRINCIPAL]</w:t>
      </w:r>
      <w:r>
        <w:rPr>
          <w:rFonts w:ascii="Times New Roman" w:hAnsi="Times New Roman" w:eastAsia="Times New Roman" w:cs="Times New Roman"/>
          <w:sz w:val="24"/>
        </w:rPr>
        <w:t xml:space="preserve">, known to me to be the same person whose name is subscribed as principal to the foregoing power of attorney, appeared before me and the witness </w:t>
      </w:r>
      <w:r>
        <w:rPr>
          <w:rFonts w:ascii="Times New Roman" w:hAnsi="Times New Roman" w:eastAsia="Times New Roman" w:cs="Times New Roman"/>
          <w:sz w:val="24"/>
        </w:rPr>
        <w:t>[NAME OF WITNESS]</w:t>
      </w:r>
      <w:r>
        <w:rPr>
          <w:rFonts w:ascii="Times New Roman" w:hAnsi="Times New Roman" w:eastAsia="Times New Roman" w:cs="Times New Roman"/>
          <w:sz w:val="24"/>
        </w:rPr>
        <w:t xml:space="preserve"> in person and acknowledged signing and delivering the instrument as the free and voluntary act of the principal, for the uses and purposes therein set forth, and certified to the correctness of the signature(s) of the agent(s)).</w:t>
      </w:r>
    </w:p>
    <w:p>
      <w:pPr/>
      <w:r>
        <w:rPr>
          <w:rFonts w:ascii="Times New Roman" w:hAnsi="Times New Roman" w:eastAsia="Times New Roman" w:cs="Times New Roman"/>
          <w:sz w:val="24"/>
        </w:rPr>
        <w:tab/>
        <w:tab/>
        <w:tab/>
        <w:tab/>
        <w:tab/>
      </w:r>
    </w:p>
    <w:p>
      <w:pPr/>
      <w:r>
        <w:rPr>
          <w:rFonts w:ascii="Times New Roman" w:hAnsi="Times New Roman" w:eastAsia="Times New Roman" w:cs="Times New Roman"/>
          <w:sz w:val="24"/>
        </w:rPr>
        <w:t>_________________________________________</w:t>
      </w:r>
    </w:p>
    <w:p>
      <w:pPr/>
      <w:r>
        <w:rPr>
          <w:rFonts w:ascii="Times New Roman" w:hAnsi="Times New Roman" w:eastAsia="Times New Roman" w:cs="Times New Roman"/>
          <w:sz w:val="24"/>
        </w:rPr>
        <w:t>Notary Public</w:t>
        <w:tab/>
      </w:r>
    </w:p>
    <w:p>
      <w:pPr/>
    </w:p>
    <w:p>
      <w:pPr/>
      <w:r>
        <w:rPr>
          <w:rFonts w:ascii="Times New Roman" w:hAnsi="Times New Roman" w:eastAsia="Times New Roman" w:cs="Times New Roman"/>
          <w:sz w:val="24"/>
        </w:rPr>
        <w:t xml:space="preserve">Print Name: </w:t>
      </w:r>
      <w:r>
        <w:rPr>
          <w:rFonts w:ascii="Times New Roman" w:hAnsi="Times New Roman" w:eastAsia="Times New Roman" w:cs="Times New Roman"/>
          <w:sz w:val="24"/>
        </w:rPr>
        <w:t>[NAME OF NOTARY PUBLIC AGENT]</w:t>
      </w:r>
      <w:r>
        <w:rPr>
          <w:rFonts w:ascii="Times New Roman" w:hAnsi="Times New Roman" w:eastAsia="Times New Roman" w:cs="Times New Roman"/>
          <w:sz w:val="24"/>
        </w:rPr>
        <w:t xml:space="preserve"> </w:t>
      </w:r>
    </w:p>
    <w:p>
      <w:pP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