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1</w:t>
      </w:r>
      <w:r>
        <w:rPr>
          <w:rFonts w:ascii="Times New Roman" w:hAnsi="Times New Roman" w:eastAsia="Times New Roman" w:cs="Times New Roman"/>
          <w:b/>
          <w:sz w:val="24"/>
        </w:rPr>
        <w:t xml:space="preserve">ILLINOIS POWER OF ATTORNEY </w:t>
      </w:r>
    </w:p>
    <w:p>
      <w:pPr/>
      <w:r>
        <w:rPr>
          <w:rFonts w:ascii="Times New Roman" w:hAnsi="Times New Roman" w:eastAsia="Times New Roman" w:cs="Times New Roman"/>
          <w:sz w:val="24"/>
        </w:rPr>
        <w:t>FOR HEALTH CARE OF A MINOR DEPENDENT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PURSUANT TO 755 ILCS 45/4-1 </w:t>
      </w:r>
      <w:r>
        <w:rPr>
          <w:rFonts w:ascii="Times New Roman" w:hAnsi="Times New Roman" w:eastAsia="Times New Roman" w:cs="Times New Roman"/>
          <w:b/>
          <w:sz w:val="24"/>
        </w:rPr>
        <w:t>et seq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  <w:r>
        <w:rPr>
          <w:rFonts w:ascii="Times New Roman" w:hAnsi="Times New Roman" w:eastAsia="Times New Roman" w:cs="Times New Roman"/>
          <w:b/>
          <w:sz w:val="24"/>
        </w:rPr>
        <w:tab/>
      </w: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1.</w:t>
      </w:r>
      <w:r>
        <w:rPr>
          <w:rFonts w:ascii="Times New Roman" w:hAnsi="Times New Roman" w:eastAsia="Times New Roman" w:cs="Times New Roman"/>
          <w:sz w:val="24"/>
        </w:rPr>
        <w:tab/>
        <w:t xml:space="preserve">My/our child is </w:t>
      </w:r>
      <w:r>
        <w:rPr>
          <w:rFonts w:ascii="Times New Roman" w:hAnsi="Times New Roman" w:eastAsia="Times New Roman" w:cs="Times New Roman"/>
          <w:sz w:val="24"/>
        </w:rPr>
        <w:t>[NAME OF MINOR]</w:t>
      </w:r>
      <w:r>
        <w:rPr>
          <w:rFonts w:ascii="Times New Roman" w:hAnsi="Times New Roman" w:eastAsia="Times New Roman" w:cs="Times New Roman"/>
          <w:sz w:val="24"/>
        </w:rPr>
        <w:t xml:space="preserve"> born on </w:t>
      </w:r>
      <w:r>
        <w:rPr>
          <w:rFonts w:ascii="Times New Roman" w:hAnsi="Times New Roman" w:eastAsia="Times New Roman" w:cs="Times New Roman"/>
          <w:sz w:val="24"/>
        </w:rPr>
        <w:t>[MINOR'S BIRTH DATE]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>
        <w:jc w:val="both"/>
      </w:pPr>
    </w:p>
    <w:p>
      <w:pPr>
        <w:ind w:firstLine="720"/>
        <w:jc w:val="both"/>
      </w:pPr>
      <w:r>
        <w:rPr>
          <w:rFonts w:ascii="Times New Roman" w:hAnsi="Times New Roman" w:eastAsia="Times New Roman" w:cs="Times New Roman"/>
          <w:sz w:val="24"/>
        </w:rPr>
        <w:t>I/we (</w:t>
      </w:r>
      <w:r>
        <w:rPr>
          <w:rFonts w:ascii="Times New Roman" w:hAnsi="Times New Roman" w:eastAsia="Times New Roman" w:cs="Times New Roman"/>
          <w:sz w:val="24"/>
        </w:rPr>
        <w:t>Biological Parent/Legal Guardian</w:t>
      </w:r>
      <w:r>
        <w:rPr>
          <w:rFonts w:ascii="Times New Roman" w:hAnsi="Times New Roman" w:eastAsia="Times New Roman" w:cs="Times New Roman"/>
          <w:sz w:val="24"/>
        </w:rPr>
        <w:t>), *</w:t>
      </w:r>
      <w:r>
        <w:rPr>
          <w:rFonts w:ascii="Times New Roman" w:hAnsi="Times New Roman" w:eastAsia="Times New Roman" w:cs="Times New Roman"/>
          <w:sz w:val="24"/>
        </w:rPr>
        <w:t>[NAME OF PARENT/GUARDIAN]</w:t>
      </w:r>
      <w:r>
        <w:rPr>
          <w:rFonts w:ascii="Times New Roman" w:hAnsi="Times New Roman" w:eastAsia="Times New Roman" w:cs="Times New Roman"/>
          <w:sz w:val="24"/>
        </w:rPr>
        <w:t xml:space="preserve">, hereby appoint </w:t>
      </w:r>
      <w:r>
        <w:rPr>
          <w:rFonts w:ascii="Times New Roman" w:hAnsi="Times New Roman" w:eastAsia="Times New Roman" w:cs="Times New Roman"/>
          <w:sz w:val="24"/>
        </w:rPr>
        <w:t xml:space="preserve">                                                      </w:t>
      </w:r>
      <w:r>
        <w:rPr>
          <w:rFonts w:ascii="Times New Roman" w:hAnsi="Times New Roman" w:eastAsia="Times New Roman" w:cs="Times New Roman"/>
          <w:sz w:val="24"/>
        </w:rPr>
        <w:t>[NAME OF AGENT]</w:t>
      </w:r>
      <w:r>
        <w:rPr>
          <w:rFonts w:ascii="Times New Roman" w:hAnsi="Times New Roman" w:eastAsia="Times New Roman" w:cs="Times New Roman"/>
          <w:sz w:val="24"/>
        </w:rPr>
        <w:t xml:space="preserve">, as my attorney-in-fact (my “agent” to act for me and in my name in any way I could act in person) to make any and all decisions for me/us concerning my/our child’s personal care, medical treatment; including but not limited to routine and ordinary care, evaluation, treatment, including diagnostic evaluations of any sort, including invasive and non-invasive procedures to the extent customarily used (of an emergency or non- emergency nature), including in-patient or out-patient hospitalization and all other health care and to require, withhold or withdraw any type of medical treatment or procedure as I/we would want to require, withhold or withdraw for my/our child if I could act in person.  My/our agent shall have the same access to medical records that I have, including the right to disclose the contents to others. </w:t>
      </w:r>
    </w:p>
    <w:p>
      <w:pPr>
        <w:jc w:val="both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Biological Parent/Legal Guardian: </w:t>
      </w:r>
      <w:r>
        <w:rPr>
          <w:rFonts w:ascii="Times New Roman" w:hAnsi="Times New Roman" w:eastAsia="Times New Roman" w:cs="Times New Roman"/>
          <w:sz w:val="24"/>
        </w:rPr>
        <w:t>[INITIAL]</w:t>
      </w:r>
      <w:r>
        <w:rPr>
          <w:rFonts w:ascii="Times New Roman" w:hAnsi="Times New Roman" w:eastAsia="Times New Roman" w:cs="Times New Roman"/>
          <w:sz w:val="24"/>
        </w:rPr>
        <w:t xml:space="preserve"> 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Additional Biological Parent/Legal Guardian: </w:t>
      </w:r>
      <w:r>
        <w:rPr>
          <w:rFonts w:ascii="Times New Roman" w:hAnsi="Times New Roman" w:eastAsia="Times New Roman" w:cs="Times New Roman"/>
          <w:sz w:val="24"/>
        </w:rPr>
        <w:t>[INITIAL]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ab/>
        <w:t xml:space="preserve">I/we specifically acknowledge and authorize my/our appointed agent  </w:t>
      </w:r>
      <w:r>
        <w:rPr>
          <w:rFonts w:ascii="Times New Roman" w:hAnsi="Times New Roman" w:eastAsia="Times New Roman" w:cs="Times New Roman"/>
          <w:sz w:val="24"/>
        </w:rPr>
        <w:t>[NAME OF AGENT]</w:t>
      </w:r>
      <w:r>
        <w:rPr>
          <w:rFonts w:ascii="Times New Roman" w:hAnsi="Times New Roman" w:eastAsia="Times New Roman" w:cs="Times New Roman"/>
          <w:sz w:val="24"/>
        </w:rPr>
        <w:t xml:space="preserve"> (</w:t>
      </w:r>
      <w:r>
        <w:rPr>
          <w:rFonts w:ascii="Times New Roman" w:hAnsi="Times New Roman" w:eastAsia="Times New Roman" w:cs="Times New Roman"/>
          <w:sz w:val="24"/>
        </w:rPr>
        <w:t>Safe Family Parent(s)</w:t>
      </w:r>
      <w:r>
        <w:rPr>
          <w:rFonts w:ascii="Times New Roman" w:hAnsi="Times New Roman" w:eastAsia="Times New Roman" w:cs="Times New Roman"/>
          <w:sz w:val="24"/>
        </w:rPr>
        <w:t>) to assume the following medical care rights and responsibilities:</w:t>
        <w:tab/>
      </w: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  </w:t>
      </w:r>
      <w:r>
        <w:rPr>
          <w:rFonts w:ascii="Times New Roman" w:hAnsi="Times New Roman" w:eastAsia="Times New Roman" w:cs="Times New Roman"/>
          <w:b/>
          <w:sz w:val="24"/>
        </w:rPr>
        <w:t>Physical Examination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ab/>
        <w:t>I/we authorize my/our appointed agent (</w:t>
      </w:r>
      <w:r>
        <w:rPr>
          <w:rFonts w:ascii="Times New Roman" w:hAnsi="Times New Roman" w:eastAsia="Times New Roman" w:cs="Times New Roman"/>
          <w:sz w:val="24"/>
        </w:rPr>
        <w:t>Safe Family Parent(s)</w:t>
      </w:r>
      <w:r>
        <w:rPr>
          <w:rFonts w:ascii="Times New Roman" w:hAnsi="Times New Roman" w:eastAsia="Times New Roman" w:cs="Times New Roman"/>
          <w:sz w:val="24"/>
        </w:rPr>
        <w:t>) to consent to and obtain a physical examination for my/our child.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  </w:t>
      </w:r>
      <w:r>
        <w:rPr>
          <w:rFonts w:ascii="Times New Roman" w:hAnsi="Times New Roman" w:eastAsia="Times New Roman" w:cs="Times New Roman"/>
          <w:b/>
          <w:sz w:val="24"/>
        </w:rPr>
        <w:t>Routine and Ordinary Medical Care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ab/>
        <w:t>I/we authorize my/our appointed agent (</w:t>
      </w:r>
      <w:r>
        <w:rPr>
          <w:rFonts w:ascii="Times New Roman" w:hAnsi="Times New Roman" w:eastAsia="Times New Roman" w:cs="Times New Roman"/>
          <w:sz w:val="24"/>
        </w:rPr>
        <w:t>Safe Family Parent(s)</w:t>
      </w:r>
      <w:r>
        <w:rPr>
          <w:rFonts w:ascii="Times New Roman" w:hAnsi="Times New Roman" w:eastAsia="Times New Roman" w:cs="Times New Roman"/>
          <w:sz w:val="24"/>
        </w:rPr>
        <w:t>) to consent to and obtain any routine or ordinary medical care for my child including inoculations and immunizations.  I /we also understand that staff will make a reasonable effort to contact me/us prior to such care but that failure to contact me/us will not be a reason to not obtain care for my/our child.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  </w:t>
      </w:r>
      <w:r>
        <w:rPr>
          <w:rFonts w:ascii="Times New Roman" w:hAnsi="Times New Roman" w:eastAsia="Times New Roman" w:cs="Times New Roman"/>
          <w:b/>
          <w:sz w:val="24"/>
        </w:rPr>
        <w:t>Diagnosis and Treatment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ab/>
        <w:t>I/we authorize my/our appointed (</w:t>
      </w:r>
      <w:r>
        <w:rPr>
          <w:rFonts w:ascii="Times New Roman" w:hAnsi="Times New Roman" w:eastAsia="Times New Roman" w:cs="Times New Roman"/>
          <w:sz w:val="24"/>
        </w:rPr>
        <w:t>Safe Family Parent(s)</w:t>
      </w:r>
      <w:r>
        <w:rPr>
          <w:rFonts w:ascii="Times New Roman" w:hAnsi="Times New Roman" w:eastAsia="Times New Roman" w:cs="Times New Roman"/>
          <w:sz w:val="24"/>
        </w:rPr>
        <w:t>) to consent to and to obtain diagnosis and treatment for my/our child, whether invasive or non-invasive, as is deemed necessary and appropriate to prevent or care for any medical condition my child is reasonably believed to have or to alleviate my/our child’s pain and suffering.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  </w:t>
      </w:r>
      <w:r>
        <w:rPr>
          <w:rFonts w:ascii="Times New Roman" w:hAnsi="Times New Roman" w:eastAsia="Times New Roman" w:cs="Times New Roman"/>
          <w:b/>
          <w:sz w:val="24"/>
        </w:rPr>
        <w:t>Extraordinary Medical Care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ab/>
        <w:t>I/we authorize my/our appointed  (</w:t>
      </w:r>
      <w:r>
        <w:rPr>
          <w:rFonts w:ascii="Times New Roman" w:hAnsi="Times New Roman" w:eastAsia="Times New Roman" w:cs="Times New Roman"/>
          <w:sz w:val="24"/>
        </w:rPr>
        <w:t>Safe Family Parent(s)</w:t>
      </w:r>
      <w:r>
        <w:rPr>
          <w:rFonts w:ascii="Times New Roman" w:hAnsi="Times New Roman" w:eastAsia="Times New Roman" w:cs="Times New Roman"/>
          <w:sz w:val="24"/>
        </w:rPr>
        <w:t>) to consent to and obtain any extraordinary medical care for my/our child including hospitalization, blood transfusion, surgery, and treatment in the event of a medical emergency which, in the opinion of the attending physician, may endanger his/her life, cause disfigurement, physical impairment or undue discomfort if delayed.  I/we also understand that staff will make a reasonable effort to contact me/us prior to such care, but that failure to contact me/us will not be a reason to deny treatment to my/our child.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  </w:t>
      </w:r>
      <w:r>
        <w:rPr>
          <w:rFonts w:ascii="Times New Roman" w:hAnsi="Times New Roman" w:eastAsia="Times New Roman" w:cs="Times New Roman"/>
          <w:b/>
          <w:sz w:val="24"/>
        </w:rPr>
        <w:t>Medical Card or Private Medical Insurance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ab/>
        <w:t>If my/our child has a Medicaid card, I /we agree to give my/our appointed (</w:t>
      </w:r>
      <w:r>
        <w:rPr>
          <w:rFonts w:ascii="Times New Roman" w:hAnsi="Times New Roman" w:eastAsia="Times New Roman" w:cs="Times New Roman"/>
          <w:sz w:val="24"/>
        </w:rPr>
        <w:t>Safe Family Parent(s)</w:t>
      </w:r>
      <w:r>
        <w:rPr>
          <w:rFonts w:ascii="Times New Roman" w:hAnsi="Times New Roman" w:eastAsia="Times New Roman" w:cs="Times New Roman"/>
          <w:sz w:val="24"/>
        </w:rPr>
        <w:t>) the current card and will continue to provide the current card throughout the child’s stay.  If my/our child has private medical insurance, I /we will give my/our appointed (</w:t>
      </w:r>
      <w:r>
        <w:rPr>
          <w:rFonts w:ascii="Times New Roman" w:hAnsi="Times New Roman" w:eastAsia="Times New Roman" w:cs="Times New Roman"/>
          <w:sz w:val="24"/>
        </w:rPr>
        <w:t>Safe Family Parent(s)</w:t>
      </w:r>
      <w:r>
        <w:rPr>
          <w:rFonts w:ascii="Times New Roman" w:hAnsi="Times New Roman" w:eastAsia="Times New Roman" w:cs="Times New Roman"/>
          <w:sz w:val="24"/>
        </w:rPr>
        <w:t>) a copy of my/our insurance card and other pertinent information regarding the medical insurance and to pay any co-payments or other charges not covered by the medical insurance.  If my/our child is not covered under an insurance plan either private or public, I/we agree to pay for any and all medical care that it required for my/our child.</w:t>
      </w:r>
    </w:p>
    <w:p>
      <w:pPr>
        <w:jc w:val="both"/>
      </w:pPr>
    </w:p>
    <w:p>
      <w:pPr/>
      <w:r>
        <w:rPr>
          <w:rFonts w:ascii="Times New Roman" w:hAnsi="Times New Roman" w:eastAsia="Times New Roman" w:cs="Times New Roman"/>
          <w:sz w:val="24"/>
        </w:rPr>
        <w:tab/>
        <w:t xml:space="preserve">Applicable card numbers and providers:  </w:t>
      </w:r>
      <w:r>
        <w:rPr>
          <w:rFonts w:ascii="Times New Roman" w:hAnsi="Times New Roman" w:eastAsia="Times New Roman" w:cs="Times New Roman"/>
          <w:sz w:val="24"/>
        </w:rPr>
        <w:t>[LIST CARD NUMBERS AND PROVIDERS]</w:t>
      </w:r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jc w:val="both"/>
      </w:pPr>
    </w:p>
    <w:p>
      <w:pPr/>
      <w:r>
        <w:rPr>
          <w:rFonts w:ascii="Times New Roman" w:hAnsi="Times New Roman" w:eastAsia="Times New Roman" w:cs="Times New Roman"/>
          <w:sz w:val="24"/>
        </w:rPr>
        <w:tab/>
        <w:t xml:space="preserve">I/we agree to pay uncovered charges: </w:t>
      </w:r>
      <w:r>
        <w:rPr>
          <w:rFonts w:ascii="Times New Roman" w:hAnsi="Times New Roman" w:eastAsia="Times New Roman" w:cs="Times New Roman"/>
          <w:sz w:val="24"/>
        </w:rPr>
        <w:t>*___________________________________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/ ________</w:t>
      </w:r>
    </w:p>
    <w:p>
      <w:pPr/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 xml:space="preserve">                   (Signature of </w:t>
      </w:r>
      <w:r>
        <w:rPr>
          <w:rFonts w:ascii="Times New Roman" w:hAnsi="Times New Roman" w:eastAsia="Times New Roman" w:cs="Times New Roman"/>
          <w:sz w:val="24"/>
        </w:rPr>
        <w:t>Biological Parent/Legal Guardian)     (Date</w:t>
      </w:r>
      <w:r>
        <w:rPr>
          <w:rFonts w:ascii="Times New Roman" w:hAnsi="Times New Roman" w:eastAsia="Times New Roman" w:cs="Times New Roman"/>
          <w:sz w:val="24"/>
        </w:rPr>
        <w:t>)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  <w:tab/>
        <w:tab/>
        <w:tab/>
        <w:tab/>
        <w:tab/>
      </w: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2.</w:t>
      </w:r>
      <w:r>
        <w:rPr>
          <w:rFonts w:ascii="Times New Roman" w:hAnsi="Times New Roman" w:eastAsia="Times New Roman" w:cs="Times New Roman"/>
          <w:sz w:val="24"/>
        </w:rPr>
        <w:tab/>
        <w:t>I/we direct my appointed agent (</w:t>
      </w:r>
      <w:r>
        <w:rPr>
          <w:rFonts w:ascii="Times New Roman" w:hAnsi="Times New Roman" w:eastAsia="Times New Roman" w:cs="Times New Roman"/>
          <w:sz w:val="24"/>
        </w:rPr>
        <w:t>Safe Family Parent</w:t>
      </w:r>
      <w:r>
        <w:rPr>
          <w:rFonts w:ascii="Times New Roman" w:hAnsi="Times New Roman" w:eastAsia="Times New Roman" w:cs="Times New Roman"/>
          <w:sz w:val="24"/>
        </w:rPr>
        <w:t>) to take such action on behalf of my child as a reasonably necessary to alleviate suffering and to authorize any treatment as to which the potential and expected benefits outweigh the potential and expected burdens.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Biological Parent/Legal Guardian: </w:t>
      </w:r>
      <w:r>
        <w:rPr>
          <w:rFonts w:ascii="Times New Roman" w:hAnsi="Times New Roman" w:eastAsia="Times New Roman" w:cs="Times New Roman"/>
          <w:sz w:val="24"/>
        </w:rPr>
        <w:t>[INITIAL]</w:t>
      </w:r>
      <w:r>
        <w:rPr>
          <w:rFonts w:ascii="Times New Roman" w:hAnsi="Times New Roman" w:eastAsia="Times New Roman" w:cs="Times New Roman"/>
          <w:sz w:val="24"/>
        </w:rPr>
        <w:t xml:space="preserve">   </w:t>
      </w: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Additional Biological Parent/Legal Guardian: </w:t>
      </w:r>
      <w:r>
        <w:rPr>
          <w:rFonts w:ascii="Times New Roman" w:hAnsi="Times New Roman" w:eastAsia="Times New Roman" w:cs="Times New Roman"/>
          <w:sz w:val="24"/>
        </w:rPr>
        <w:t>[INITIAL]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3.</w:t>
        <w:tab/>
      </w:r>
      <w:r>
        <w:rPr>
          <w:rFonts w:ascii="Times New Roman" w:hAnsi="Times New Roman" w:eastAsia="Times New Roman" w:cs="Times New Roman"/>
          <w:sz w:val="24"/>
        </w:rPr>
        <w:t xml:space="preserve">I/we want my child’s life to be prolonged and I /we want life-sustaining treatment to be provided to my child unless the child is in a coma which the child’s attending physician believes to be irreversible, in accordance with reasonable medical standards at the time of reference.  If and when my/our child has suffered irreversible coma, I/we want life-sustaining treatment to be withheld or discontinued. 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Biological Parent/Legal Guardian: </w:t>
      </w:r>
      <w:r>
        <w:rPr>
          <w:rFonts w:ascii="Times New Roman" w:hAnsi="Times New Roman" w:eastAsia="Times New Roman" w:cs="Times New Roman"/>
          <w:sz w:val="24"/>
        </w:rPr>
        <w:t>[INITIAL]</w:t>
      </w:r>
      <w:r>
        <w:rPr>
          <w:rFonts w:ascii="Times New Roman" w:hAnsi="Times New Roman" w:eastAsia="Times New Roman" w:cs="Times New Roman"/>
          <w:sz w:val="24"/>
        </w:rPr>
        <w:t xml:space="preserve">  </w:t>
      </w: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Additional Biological Parent/Legal Guardian: </w:t>
      </w:r>
      <w:r>
        <w:rPr>
          <w:rFonts w:ascii="Times New Roman" w:hAnsi="Times New Roman" w:eastAsia="Times New Roman" w:cs="Times New Roman"/>
          <w:sz w:val="24"/>
        </w:rPr>
        <w:t>[INITIAL]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4.        </w:t>
      </w:r>
      <w:r>
        <w:rPr>
          <w:rFonts w:ascii="Times New Roman" w:hAnsi="Times New Roman" w:eastAsia="Times New Roman" w:cs="Times New Roman"/>
          <w:sz w:val="24"/>
        </w:rPr>
        <w:t xml:space="preserve">This power of attorney shall become effective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ab/>
      </w: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5. </w:t>
      </w:r>
      <w:r>
        <w:rPr>
          <w:rFonts w:ascii="Times New Roman" w:hAnsi="Times New Roman" w:eastAsia="Times New Roman" w:cs="Times New Roman"/>
          <w:sz w:val="24"/>
        </w:rPr>
        <w:t xml:space="preserve">       This power of attorney shall terminate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6.         </w:t>
      </w:r>
      <w:r>
        <w:rPr>
          <w:rFonts w:ascii="Times New Roman" w:hAnsi="Times New Roman" w:eastAsia="Times New Roman" w:cs="Times New Roman"/>
          <w:sz w:val="24"/>
        </w:rPr>
        <w:t xml:space="preserve">I/we nominate as my/our agent (Safe Family Parent(s)) </w:t>
      </w:r>
      <w:r>
        <w:rPr>
          <w:rFonts w:ascii="Times New Roman" w:hAnsi="Times New Roman" w:eastAsia="Times New Roman" w:cs="Times New Roman"/>
          <w:sz w:val="24"/>
        </w:rPr>
        <w:t>[NAME OF AGENT]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7.</w:t>
        <w:tab/>
      </w:r>
      <w:r>
        <w:rPr>
          <w:rFonts w:ascii="Times New Roman" w:hAnsi="Times New Roman" w:eastAsia="Times New Roman" w:cs="Times New Roman"/>
          <w:sz w:val="24"/>
        </w:rPr>
        <w:t xml:space="preserve">If any agent named by me/us shall die, become incompetent, resign, refuse to accept              the office of agent or be unavailable, I/we name the following as successors to such agent: </w:t>
      </w:r>
      <w:r>
        <w:rPr>
          <w:rFonts w:ascii="Times New Roman" w:hAnsi="Times New Roman" w:eastAsia="Times New Roman" w:cs="Times New Roman"/>
          <w:sz w:val="24"/>
        </w:rPr>
        <w:t>[NAME OF SUCCESSOR AGENT]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8.</w:t>
        <w:tab/>
      </w:r>
      <w:r>
        <w:rPr>
          <w:rFonts w:ascii="Times New Roman" w:hAnsi="Times New Roman" w:eastAsia="Times New Roman" w:cs="Times New Roman"/>
          <w:sz w:val="24"/>
        </w:rPr>
        <w:t>If a guardian of my person is to be appointed, I/we nominate the agent acting under this power of attorney as such guardian, to serve without bond or security.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9.</w:t>
        <w:tab/>
      </w:r>
      <w:r>
        <w:rPr>
          <w:rFonts w:ascii="Times New Roman" w:hAnsi="Times New Roman" w:eastAsia="Times New Roman" w:cs="Times New Roman"/>
          <w:sz w:val="24"/>
        </w:rPr>
        <w:t>I/we am/are fully informed as to all the contents of this form and understand the full import of this grant of powers to my/our appointed agent (</w:t>
      </w:r>
      <w:r>
        <w:rPr>
          <w:rFonts w:ascii="Times New Roman" w:hAnsi="Times New Roman" w:eastAsia="Times New Roman" w:cs="Times New Roman"/>
          <w:sz w:val="24"/>
        </w:rPr>
        <w:t>Safe Family Parent(s)</w:t>
      </w:r>
      <w:r>
        <w:rPr>
          <w:rFonts w:ascii="Times New Roman" w:hAnsi="Times New Roman" w:eastAsia="Times New Roman" w:cs="Times New Roman"/>
          <w:sz w:val="24"/>
        </w:rPr>
        <w:t>).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ab/>
        <w:tab/>
        <w:tab/>
        <w:t>Signed *</w:t>
      </w:r>
      <w:r>
        <w:rPr>
          <w:rFonts w:ascii="Times New Roman" w:hAnsi="Times New Roman" w:eastAsia="Times New Roman" w:cs="Times New Roman"/>
          <w:sz w:val="24"/>
        </w:rPr>
        <w:t>___________________________________________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/ _____________</w:t>
      </w: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  <w:t>(</w:t>
      </w:r>
      <w:r>
        <w:rPr>
          <w:rFonts w:ascii="Times New Roman" w:hAnsi="Times New Roman" w:eastAsia="Times New Roman" w:cs="Times New Roman"/>
          <w:sz w:val="24"/>
        </w:rPr>
        <w:t>Biological Parent/Legal Guardian)                           (Date)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ab/>
        <w:tab/>
      </w:r>
      <w:r>
        <w:rPr>
          <w:rFonts w:ascii="Times New Roman" w:hAnsi="Times New Roman" w:eastAsia="Times New Roman" w:cs="Times New Roman"/>
          <w:sz w:val="24"/>
        </w:rPr>
        <w:tab/>
        <w:t>Signed *</w:t>
      </w:r>
      <w:r>
        <w:rPr>
          <w:rFonts w:ascii="Times New Roman" w:hAnsi="Times New Roman" w:eastAsia="Times New Roman" w:cs="Times New Roman"/>
          <w:sz w:val="24"/>
        </w:rPr>
        <w:t>___________________________________________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/ _____________</w:t>
      </w: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 xml:space="preserve">    (</w:t>
      </w:r>
      <w:r>
        <w:rPr>
          <w:rFonts w:ascii="Times New Roman" w:hAnsi="Times New Roman" w:eastAsia="Times New Roman" w:cs="Times New Roman"/>
          <w:sz w:val="24"/>
        </w:rPr>
        <w:t>Additional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Biological Parent/Legal Guardian)                 (Date)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ab/>
        <w:tab/>
        <w:tab/>
        <w:t xml:space="preserve">Witnessed </w:t>
      </w:r>
      <w:r>
        <w:rPr>
          <w:rFonts w:ascii="Times New Roman" w:hAnsi="Times New Roman" w:eastAsia="Times New Roman" w:cs="Times New Roman"/>
          <w:sz w:val="24"/>
        </w:rPr>
        <w:t>_________________________________________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/ _____________</w:t>
      </w: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  <w:tab/>
        <w:tab/>
        <w:tab/>
        <w:tab/>
        <w:tab/>
        <w:tab/>
        <w:tab/>
        <w:t xml:space="preserve"> </w:t>
      </w:r>
      <w:r>
        <w:rPr>
          <w:rFonts w:ascii="Times New Roman" w:hAnsi="Times New Roman" w:eastAsia="Times New Roman" w:cs="Times New Roman"/>
          <w:sz w:val="24"/>
        </w:rPr>
        <w:t>(Date)</w:t>
      </w: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>*********************************************************************************</w:t>
      </w: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>Required documentation to be completed by: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*Biological Parent(s) / Legal Guardian:</w:t>
        <w:tab/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#1</w:t>
      </w:r>
      <w:r>
        <w:rPr>
          <w:rFonts w:ascii="Times New Roman" w:hAnsi="Times New Roman" w:eastAsia="Times New Roman" w:cs="Times New Roman"/>
          <w:sz w:val="24"/>
        </w:rPr>
        <w:t xml:space="preserve"> (initials);</w:t>
      </w:r>
    </w:p>
    <w:p>
      <w:pPr>
        <w:ind w:firstLine="72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#1-E</w:t>
      </w:r>
      <w:r>
        <w:rPr>
          <w:rFonts w:ascii="Times New Roman" w:hAnsi="Times New Roman" w:eastAsia="Times New Roman" w:cs="Times New Roman"/>
          <w:sz w:val="24"/>
        </w:rPr>
        <w:t xml:space="preserve"> (signature/date);</w:t>
      </w:r>
    </w:p>
    <w:p>
      <w:pPr>
        <w:ind w:firstLine="72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#2</w:t>
      </w:r>
      <w:r>
        <w:rPr>
          <w:rFonts w:ascii="Times New Roman" w:hAnsi="Times New Roman" w:eastAsia="Times New Roman" w:cs="Times New Roman"/>
          <w:sz w:val="24"/>
        </w:rPr>
        <w:t xml:space="preserve"> (initials);</w:t>
      </w:r>
    </w:p>
    <w:p>
      <w:pPr>
        <w:ind w:firstLine="72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#3</w:t>
      </w:r>
      <w:r>
        <w:rPr>
          <w:rFonts w:ascii="Times New Roman" w:hAnsi="Times New Roman" w:eastAsia="Times New Roman" w:cs="Times New Roman"/>
          <w:sz w:val="24"/>
        </w:rPr>
        <w:t xml:space="preserve"> (initials);</w:t>
      </w:r>
    </w:p>
    <w:p>
      <w:pPr>
        <w:ind w:firstLine="720"/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#9</w:t>
      </w:r>
      <w:r>
        <w:rPr>
          <w:rFonts w:ascii="Times New Roman" w:hAnsi="Times New Roman" w:eastAsia="Times New Roman" w:cs="Times New Roman"/>
          <w:sz w:val="24"/>
        </w:rPr>
        <w:t xml:space="preserve"> (signature/date).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 Copy of document provided to Biological Parent/Legal Guardian and Safe Family Parent(s); with original placed into LYDIA/Safe Family Parent file.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