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ILLINOIS NOTARY ACKNOWLEDGMENT</w:t>
      </w:r>
    </w:p>
    <w:p>
      <w:pPr>
        <w:spacing w:before="0" w:after="225"/>
      </w:pP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State of Illinois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This instrument was acknowledged before me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(date) by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 (name of person acknowledged).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(Signature of person taking acknowledgment)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(Title or rank)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(Serial number, if any)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