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ILLINOIS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 year(s), suspended or not suspended.</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[INSERT DESCRIPTION]</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[SPECIFIED PERIOD]</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[NUMBER OF KIDS]</w:t>
      </w:r>
      <w:r>
        <w:rPr>
          <w:rFonts w:ascii="Times New Roman" w:hAnsi="Times New Roman" w:eastAsia="Times New Roman" w:cs="Times New Roman"/>
          <w:b/>
          <w:sz w:val="24"/>
        </w:rPr>
        <w:t xml:space="preserve"> 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 of each month: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[INSERT DESCRIPTION]</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[HOME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[LIST 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[LIST 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[LIST 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[LIST 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Illinois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[LIST 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[HUSBAND'S FULL NAME]</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[WIFE'S FULL NAME]</w:t>
      </w:r>
    </w:p>
    <w:p>
      <w:pPr/>
    </w:p>
    <w:p>
      <w:pPr/>
    </w:p>
    <w:p>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[WITNESS'S FULL NAME]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[WITNESS'S FULL NAME]</w:t>
      </w:r>
    </w:p>
    <w:p>
      <w:pPr/>
    </w:p>
    <w:p>
      <w:pPr/>
    </w:p>
    <w:p>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day of </w:t>
      </w:r>
      <w:r>
        <w:rPr>
          <w:rFonts w:ascii="Times New Roman" w:hAnsi="Times New Roman" w:eastAsia="Times New Roman" w:cs="Times New Roman"/>
          <w:sz w:val="24"/>
        </w:rPr>
        <w:t>[MONTH]</w:t>
      </w:r>
      <w:r>
        <w:rPr>
          <w:rFonts w:ascii="Times New Roman" w:hAnsi="Times New Roman" w:eastAsia="Times New Roman" w:cs="Times New Roman"/>
          <w:sz w:val="24"/>
        </w:rPr>
        <w:t xml:space="preserve">, </w:t>
      </w:r>
      <w:r>
        <w:rPr>
          <w:rFonts w:ascii="Times New Roman" w:hAnsi="Times New Roman" w:eastAsia="Times New Roman" w:cs="Times New Roman"/>
          <w:sz w:val="24"/>
        </w:rPr>
        <w:t>[YEAR]</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 xml:space="preserve">My commission expires: </w:t>
      </w:r>
      <w:r>
        <w:rPr>
          <w:rFonts w:ascii="Times New Roman" w:hAnsi="Times New Roman" w:eastAsia="Times New Roman" w:cs="Times New Roman"/>
          <w:sz w:val="24"/>
        </w:rPr>
        <w:t>[DATE]</w:t>
      </w:r>
    </w:p>
    <w:p>
      <w:pPr/>
    </w:p>
    <w:p>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[NAME OF ATTORNEY]</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day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r>
        <w:rPr>
          <w:rFonts w:ascii="Times New Roman" w:hAnsi="Times New Roman" w:eastAsia="Times New Roman" w:cs="Times New Roman"/>
          <w:sz w:val="24"/>
        </w:rPr>
        <w:t>[YEAR]</w:t>
      </w:r>
      <w:r>
        <w:rPr>
          <w:rFonts w:ascii="Times New Roman" w:hAnsi="Times New Roman" w:eastAsia="Times New Roman" w:cs="Times New Roman"/>
          <w:sz w:val="24"/>
        </w:rPr>
        <w:t xml:space="preserve"> that </w:t>
      </w:r>
      <w:r>
        <w:rPr>
          <w:rFonts w:ascii="Times New Roman" w:hAnsi="Times New Roman" w:eastAsia="Times New Roman" w:cs="Times New Roman"/>
          <w:sz w:val="24"/>
        </w:rPr>
        <w:t>[NAME OF HUSBAND]</w:t>
      </w:r>
      <w:r>
        <w:rPr>
          <w:rFonts w:ascii="Times New Roman" w:hAnsi="Times New Roman" w:eastAsia="Times New Roman" w:cs="Times New Roman"/>
          <w:sz w:val="24"/>
        </w:rPr>
        <w:t xml:space="preserve">, the Husband, sought and received sufficient legal consultation in reference to a Prenuptial Agreement. The Husband’s legal consultation was separate from </w:t>
      </w:r>
      <w:r>
        <w:rPr>
          <w:rFonts w:ascii="Times New Roman" w:hAnsi="Times New Roman" w:eastAsia="Times New Roman" w:cs="Times New Roman"/>
          <w:sz w:val="24"/>
        </w:rPr>
        <w:t>[NAME OF WIFE]</w:t>
      </w:r>
      <w:r>
        <w:rPr>
          <w:rFonts w:ascii="Times New Roman" w:hAnsi="Times New Roman" w:eastAsia="Times New Roman" w:cs="Times New Roman"/>
          <w:sz w:val="24"/>
        </w:rPr>
        <w:t>,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[ATTORNEY'S FULL NAME]</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[HUSBAND'S FULL NAME]</w:t>
      </w:r>
    </w:p>
    <w:p>
      <w:pPr/>
    </w:p>
    <w:p>
      <w:pPr>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NAME OF ATTORNEY</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day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r>
        <w:rPr>
          <w:rFonts w:ascii="Times New Roman" w:hAnsi="Times New Roman" w:eastAsia="Times New Roman" w:cs="Times New Roman"/>
          <w:sz w:val="24"/>
        </w:rPr>
        <w:t>[YEAR]</w:t>
      </w:r>
      <w:r>
        <w:rPr>
          <w:rFonts w:ascii="Times New Roman" w:hAnsi="Times New Roman" w:eastAsia="Times New Roman" w:cs="Times New Roman"/>
          <w:sz w:val="24"/>
        </w:rPr>
        <w:t xml:space="preserve"> that </w:t>
      </w:r>
      <w:r>
        <w:rPr>
          <w:rFonts w:ascii="Times New Roman" w:hAnsi="Times New Roman" w:eastAsia="Times New Roman" w:cs="Times New Roman"/>
          <w:sz w:val="24"/>
        </w:rPr>
        <w:t>[NAME OF WIFE]</w:t>
      </w:r>
      <w:r>
        <w:rPr>
          <w:rFonts w:ascii="Times New Roman" w:hAnsi="Times New Roman" w:eastAsia="Times New Roman" w:cs="Times New Roman"/>
          <w:sz w:val="24"/>
        </w:rPr>
        <w:t xml:space="preserve">, the Wife, sought and received sufficient legal consultation in reference to a Prenuptial Agreement. The Wife’s legal consultation was separate from </w:t>
      </w:r>
      <w:r>
        <w:rPr>
          <w:rFonts w:ascii="Times New Roman" w:hAnsi="Times New Roman" w:eastAsia="Times New Roman" w:cs="Times New Roman"/>
          <w:sz w:val="24"/>
        </w:rPr>
        <w:t>[NAME OF HUSBAND]</w:t>
      </w:r>
      <w:r>
        <w:rPr>
          <w:rFonts w:ascii="Times New Roman" w:hAnsi="Times New Roman" w:eastAsia="Times New Roman" w:cs="Times New Roman"/>
          <w:sz w:val="24"/>
        </w:rPr>
        <w:t>,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[ATTORNEY'S FULL NAME]</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[WIFE'S FULL NAME]</w:t>
      </w:r>
    </w:p>
    <w:p>
      <w:pPr/>
    </w:p>
    <w:p>
      <w:pPr/>
    </w:p>
    <w:p>
      <w:pPr/>
    </w:p>
    <w:p>
      <w:pPr>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AND PROPERTIES]</w:t>
      </w:r>
    </w:p>
    <w:p>
      <w:pPr/>
    </w:p>
    <w:p>
      <w:pPr/>
    </w:p>
    <w:p>
      <w:pPr/>
    </w:p>
    <w:p>
      <w:pPr>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w:t>
      </w:r>
    </w:p>
    <w:p>
      <w:pPr/>
    </w:p>
    <w:p>
      <w:pPr/>
    </w:p>
    <w:p>
      <w:pPr>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AND PROPERTIES]</w:t>
      </w:r>
    </w:p>
    <w:p>
      <w:pPr/>
    </w:p>
    <w:p>
      <w:pPr/>
    </w:p>
    <w:p>
      <w:pPr>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w:t>
      </w:r>
    </w:p>
    <w:p>
      <w:pPr/>
    </w:p>
    <w:p>
      <w:pPr/>
    </w:p>
    <w:p>
      <w:pPr/>
    </w:p>
    <w:p>
      <w:pPr>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 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[HUSBAND'S NAME]</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[WIFE'S NAME]</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