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Illinois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Grantor(s), hereby releasing and waiving all rights under and by virtue of the Homestead Exemption Laws of the State of Illinois.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Illinois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