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ILLINOIS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Illinois.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