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0" w:after="0"/>
        <w:jc w:val="center"/>
      </w:pPr>
      <w:r>
        <w:rPr>
          <w:rFonts w:ascii="Times New Roman" w:hAnsi="Times New Roman" w:eastAsia="Times New Roman" w:cs="Times New Roman"/>
          <w:sz w:val="24"/>
        </w:rPr>
        <w:t>IMMEDIATE RESIGNATION LETTER</w:t>
      </w:r>
    </w:p>
    <w:p>
      <w:pPr>
        <w:spacing w:before="0" w:after="0"/>
      </w:pPr>
    </w:p>
    <w:p>
      <w:pPr>
        <w:spacing w:before="0" w:after="0"/>
      </w:pP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From: </w:t>
      </w:r>
      <w:r>
        <w:rPr>
          <w:rFonts w:ascii="Times New Roman" w:hAnsi="Times New Roman" w:eastAsia="Times New Roman" w:cs="Times New Roman"/>
          <w:b w:val="0"/>
          <w:sz w:val="24"/>
        </w:rPr>
        <w:t>[NAME OF SENDER]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 xml:space="preserve">Address: </w:t>
      </w:r>
      <w:r>
        <w:rPr>
          <w:rFonts w:ascii="Times New Roman" w:hAnsi="Times New Roman" w:eastAsia="Times New Roman" w:cs="Times New Roman"/>
          <w:b w:val="0"/>
          <w:sz w:val="24"/>
        </w:rPr>
        <w:t>[ADDRESS]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 xml:space="preserve">Phone: </w:t>
      </w:r>
      <w:r>
        <w:rPr>
          <w:rFonts w:ascii="Times New Roman" w:hAnsi="Times New Roman" w:eastAsia="Times New Roman" w:cs="Times New Roman"/>
          <w:b w:val="0"/>
          <w:sz w:val="24"/>
        </w:rPr>
        <w:t>[PHONE NUMBER]</w:t>
      </w:r>
      <w:r>
        <w:rPr>
          <w:rFonts w:ascii="Times New Roman" w:hAnsi="Times New Roman" w:eastAsia="Times New Roman" w:cs="Times New Roman"/>
          <w:sz w:val="24"/>
        </w:rPr>
        <w:br/>
        <w:t xml:space="preserve">E-Mail: </w:t>
      </w: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spacing w:before="0" w:after="0"/>
      </w:pP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 xml:space="preserve">Date: </w:t>
      </w: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spacing w:before="0" w:after="0"/>
      </w:pP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To: </w:t>
      </w:r>
      <w:r>
        <w:rPr>
          <w:rFonts w:ascii="Times New Roman" w:hAnsi="Times New Roman" w:eastAsia="Times New Roman" w:cs="Times New Roman"/>
          <w:b w:val="0"/>
          <w:sz w:val="24"/>
        </w:rPr>
        <w:t>[NAME OF RECIPIENT]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 xml:space="preserve">Address: </w:t>
      </w:r>
      <w:r>
        <w:rPr>
          <w:rFonts w:ascii="Times New Roman" w:hAnsi="Times New Roman" w:eastAsia="Times New Roman" w:cs="Times New Roman"/>
          <w:b w:val="0"/>
          <w:sz w:val="24"/>
        </w:rPr>
        <w:t>[ADDRESS]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 xml:space="preserve">Phone: </w:t>
      </w:r>
      <w:r>
        <w:rPr>
          <w:rFonts w:ascii="Times New Roman" w:hAnsi="Times New Roman" w:eastAsia="Times New Roman" w:cs="Times New Roman"/>
          <w:b w:val="0"/>
          <w:sz w:val="24"/>
        </w:rPr>
        <w:t>[PHONE NUMBER]</w:t>
      </w:r>
      <w:r>
        <w:rPr>
          <w:rFonts w:ascii="Times New Roman" w:hAnsi="Times New Roman" w:eastAsia="Times New Roman" w:cs="Times New Roman"/>
          <w:sz w:val="24"/>
        </w:rPr>
        <w:br/>
        <w:t xml:space="preserve">E-Mail: </w:t>
      </w: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spacing w:before="0" w:after="0"/>
      </w:pP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 xml:space="preserve">Dear </w:t>
      </w:r>
      <w:r>
        <w:rPr>
          <w:rFonts w:ascii="Times New Roman" w:hAnsi="Times New Roman" w:eastAsia="Times New Roman" w:cs="Times New Roman"/>
          <w:sz w:val="24"/>
        </w:rPr>
        <w:t>[RECIPIENT]</w:t>
      </w:r>
      <w:r>
        <w:rPr>
          <w:rFonts w:ascii="Times New Roman" w:hAnsi="Times New Roman" w:eastAsia="Times New Roman" w:cs="Times New Roman"/>
          <w:sz w:val="24"/>
        </w:rPr>
        <w:t>,</w:t>
      </w:r>
    </w:p>
    <w:p>
      <w:pPr>
        <w:spacing w:before="0" w:after="0"/>
      </w:pPr>
    </w:p>
    <w:p>
      <w:pPr>
        <w:spacing w:before="0" w:after="0"/>
      </w:pPr>
    </w:p>
    <w:p>
      <w:pPr/>
      <w:r>
        <w:rPr>
          <w:rFonts w:ascii="Times New Roman" w:hAnsi="Times New Roman" w:eastAsia="Times New Roman" w:cs="Times New Roman"/>
          <w:b w:val="0"/>
          <w:sz w:val="24"/>
        </w:rPr>
        <w:t xml:space="preserve">This letter represents my official notice of resignation from my position of </w:t>
      </w:r>
      <w:r>
        <w:rPr>
          <w:rFonts w:ascii="Times New Roman" w:hAnsi="Times New Roman" w:eastAsia="Times New Roman" w:cs="Times New Roman"/>
          <w:b w:val="0"/>
          <w:sz w:val="24"/>
        </w:rPr>
        <w:t>[OFFICIAL TITLE]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with </w:t>
      </w:r>
      <w:r>
        <w:rPr>
          <w:rFonts w:ascii="Times New Roman" w:hAnsi="Times New Roman" w:eastAsia="Times New Roman" w:cs="Times New Roman"/>
          <w:b w:val="0"/>
          <w:sz w:val="24"/>
        </w:rPr>
        <w:t>[NAME OF ORGANIZATION]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be made immediately.</w:t>
      </w:r>
    </w:p>
    <w:p>
      <w:pPr/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/>
      <w:r>
        <w:rPr>
          <w:rFonts w:ascii="Times New Roman" w:hAnsi="Times New Roman" w:eastAsia="Times New Roman" w:cs="Times New Roman"/>
          <w:b w:val="0"/>
          <w:sz w:val="24"/>
        </w:rPr>
        <w:t>I have returned all the equipment issued to me during my employment with the company. I also created several resources to assist my successor with their transition into the role.</w:t>
      </w:r>
    </w:p>
    <w:p>
      <w:pPr/>
    </w:p>
    <w:p>
      <w:pPr/>
      <w:r>
        <w:rPr>
          <w:rFonts w:ascii="Times New Roman" w:hAnsi="Times New Roman" w:eastAsia="Times New Roman" w:cs="Times New Roman"/>
          <w:b w:val="0"/>
          <w:sz w:val="24"/>
        </w:rPr>
        <w:t xml:space="preserve">I appreciate the experience and knowledge I gained during my time at </w:t>
      </w:r>
      <w:r>
        <w:rPr>
          <w:rFonts w:ascii="Times New Roman" w:hAnsi="Times New Roman" w:eastAsia="Times New Roman" w:cs="Times New Roman"/>
          <w:b w:val="0"/>
          <w:sz w:val="24"/>
        </w:rPr>
        <w:t>[NAME OF ORGANIZATION]</w:t>
      </w:r>
      <w:r>
        <w:rPr>
          <w:rFonts w:ascii="Times New Roman" w:hAnsi="Times New Roman" w:eastAsia="Times New Roman" w:cs="Times New Roman"/>
          <w:b w:val="0"/>
          <w:sz w:val="24"/>
        </w:rPr>
        <w:t>.</w:t>
      </w: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Sincerely,</w:t>
      </w: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____________________</w:t>
      </w: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Signature</w:t>
      </w: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[NAME OF SENDER]</w:t>
      </w: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Print Name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