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In-Person Registration Form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[____________________], INC.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[year] ANNUAL MEETING OF STOCKHOLDERS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Name [name]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Address (No P.O. Box Numbers, please) — [address]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Telephone No. [telephone number]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Number of Shares Held [_____]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FOR VISITORS ACCOMPANYING ABOVE STOCKHOLDERS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Name(s) [names]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6.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Address(s) [addresses]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7.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Reason for Attending Meeting [input reason for attending meeting]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8.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Personal I.D. Displayed? _____ Yes _____ No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PROXY HOLDERS AND REPRESENTATIVES OF CORPORATE STOCKHOLDERS, PLEASE SEE REVERSE SIDE PROXY FOR THE FOLLOWING STOCKHOLDER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9.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Name [name]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10.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Address (No P.O. Box Numbers, please) — [address]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Telephone No. [telephone number]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Number of Shares Held [_____]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REPRESENTATIVES OF CORPORATE STOCKHOLDERS, PLEASE COMPLETE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undersigned hereby certifies that he/she is the duly elected and acting [title] of [name of corporate stockholder], authorized to vote the shares of [name of company], Inc. Common Stock held beneficially or of record by [name of corporate stockholder]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 WITNESS WHEREOF, the undersigned has executed this certificate this [date].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