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Incorporators' Minutes: Organizational Meeting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The organizational meeting of the incorporators of [name] was held at [address], County of [county], State of New York, on [date], pursuant to notice signed by [name], one of the incorporators, setting forth the time and place of the meeting, and mailed to each of the other incorporators at least five days before the date of this meeting  (</w:t>
      </w:r>
      <w:r>
        <w:rPr>
          <w:rFonts w:ascii="Times New Roman" w:hAnsi="Times New Roman" w:eastAsia="Times New Roman" w:cs="Times New Roman"/>
          <w:b w:val="0"/>
          <w:sz w:val="24"/>
        </w:rPr>
        <w:t>or if notice was waived:</w:t>
      </w:r>
      <w:r>
        <w:rPr>
          <w:rFonts w:ascii="Times New Roman" w:hAnsi="Times New Roman" w:eastAsia="Times New Roman" w:cs="Times New Roman"/>
          <w:b w:val="0"/>
          <w:sz w:val="24"/>
        </w:rPr>
        <w:t xml:space="preserve"> pursuant to written waiver of the notice of the meeting signed by all of the incorporators in person or by proxy).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following incorporators were present: [list those present in person and those present by proxy]. </w:t>
      </w:r>
    </w:p>
    <w:p>
      <w:pPr>
        <w:keepNext w:val="0"/>
        <w:spacing w:before="200" w:after="0" w:line="260" w:lineRule="exact"/>
        <w:ind w:left="360" w:right="0" w:firstLine="0"/>
        <w:jc w:val="both"/>
      </w:pPr>
      <w:r>
        <w:rPr>
          <w:rFonts w:ascii="Times New Roman" w:hAnsi="Times New Roman" w:eastAsia="Times New Roman" w:cs="Times New Roman"/>
          <w:b w:val="0"/>
          <w:sz w:val="24"/>
        </w:rPr>
        <w:t>The above are all of the incorporators of [name], Inc. (</w:t>
      </w:r>
      <w:r>
        <w:rPr>
          <w:rFonts w:ascii="Times New Roman" w:hAnsi="Times New Roman" w:eastAsia="Times New Roman" w:cs="Times New Roman"/>
          <w:b w:val="0"/>
          <w:sz w:val="24"/>
        </w:rPr>
        <w:t>or:</w:t>
      </w:r>
      <w:r>
        <w:rPr>
          <w:rFonts w:ascii="Times New Roman" w:hAnsi="Times New Roman" w:eastAsia="Times New Roman" w:cs="Times New Roman"/>
          <w:b w:val="0"/>
          <w:sz w:val="24"/>
        </w:rPr>
        <w:t xml:space="preserve"> The above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incorporators of [name] and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On motion made and seconded, [name] was elected chairman of the meeting and [name] secretary of the meeting. </w:t>
      </w: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val="0"/>
          <w:sz w:val="24"/>
        </w:rPr>
        <w:t>If notice was waived, add:</w:t>
      </w:r>
      <w:r>
        <w:rPr>
          <w:rFonts w:ascii="Times New Roman" w:hAnsi="Times New Roman" w:eastAsia="Times New Roman" w:cs="Times New Roman"/>
          <w:b w:val="0"/>
          <w:sz w:val="24"/>
        </w:rPr>
        <w:t xml:space="preserve"> The waiver of notice of the meeting signed by [name],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incorporator, was read and ordered filed with the minutes.)</w:t>
      </w: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incorporator is represented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add</w:t>
      </w:r>
      <w:r>
        <w:rPr>
          <w:rFonts w:ascii="Times New Roman" w:hAnsi="Times New Roman" w:eastAsia="Times New Roman" w:cs="Times New Roman"/>
          <w:b w:val="0"/>
          <w:sz w:val="24"/>
        </w:rPr>
        <w:t xml:space="preserve">: The secretary announced that [name],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incorporator, was represented by proxy, and the proxy was examined, found correct, and ordered filed with the minutes.)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chairman announced that the certificate of incorporation had been filed by the Department of State on [date] The secretary was directed to file the receipt of the Department of State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certificate of incorporation together with these minutes.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secretary then presented to the meeting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proposed form of by-laws for the regulation of the affairs of the corporation. The by-laws were read and discussed article by article, and upon motion made and seconded, they were unanimously adopted as the by-laws of the corporation, and ordered entered in the minutes of the meeting.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secretary announced that he (or she) had received the following subscriptions for shares in the corporation. </w:t>
      </w:r>
    </w:p>
    <w:p>
      <w:pPr>
        <w:keepNext w:val="0"/>
        <w:spacing w:before="200" w:after="0" w:line="260" w:lineRule="exact"/>
        <w:ind w:left="360" w:right="0" w:firstLine="0"/>
        <w:jc w:val="both"/>
      </w:pPr>
      <w:r>
        <w:rPr>
          <w:rFonts w:ascii="Times New Roman" w:hAnsi="Times New Roman" w:eastAsia="Times New Roman" w:cs="Times New Roman"/>
          <w:b w:val="0"/>
          <w:sz w:val="24"/>
        </w:rPr>
        <w:t>On motion made and seconded, the subscriptions for shares set forth above were accepted and directed to be filed with the minutes.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chairman then declared that nominations for [number] directors to serve until the first annual meeting of the shareholders were in order. </w:t>
      </w:r>
    </w:p>
    <w:p>
      <w:pPr>
        <w:keepNext w:val="0"/>
        <w:spacing w:before="200" w:after="0" w:line="260" w:lineRule="exact"/>
        <w:ind w:left="360" w:right="0" w:firstLine="0"/>
        <w:jc w:val="both"/>
      </w:pPr>
      <w:r>
        <w:rPr>
          <w:rFonts w:ascii="Times New Roman" w:hAnsi="Times New Roman" w:eastAsia="Times New Roman" w:cs="Times New Roman"/>
          <w:b w:val="0"/>
          <w:sz w:val="24"/>
        </w:rPr>
        <w:t>[name], [name] and [name] were nominated and elected to serve as directors until the first annual meeting of the shareholders.</w:t>
      </w:r>
    </w:p>
    <w:p>
      <w:pPr>
        <w:keepNext w:val="0"/>
        <w:spacing w:before="200" w:after="0" w:line="260" w:lineRule="exact"/>
        <w:ind w:left="360" w:right="0" w:firstLine="0"/>
        <w:jc w:val="both"/>
      </w:pPr>
      <w:r>
        <w:rPr>
          <w:rFonts w:ascii="Times New Roman" w:hAnsi="Times New Roman" w:eastAsia="Times New Roman" w:cs="Times New Roman"/>
          <w:b w:val="0"/>
          <w:sz w:val="24"/>
        </w:rPr>
        <w:t>[Describe any other business transacted at the meeting].</w:t>
      </w:r>
    </w:p>
    <w:p>
      <w:pPr>
        <w:keepNext w:val="0"/>
        <w:spacing w:before="200" w:after="0" w:line="260" w:lineRule="exact"/>
        <w:ind w:left="360" w:right="0" w:firstLine="0"/>
        <w:jc w:val="both"/>
      </w:pPr>
      <w:r>
        <w:rPr>
          <w:rFonts w:ascii="Times New Roman" w:hAnsi="Times New Roman" w:eastAsia="Times New Roman" w:cs="Times New Roman"/>
          <w:b w:val="0"/>
          <w:sz w:val="24"/>
        </w:rPr>
        <w:t>On motion made, seconded and carried it was resolved that [give result of other business transacted at meeting].</w:t>
      </w:r>
    </w:p>
    <w:p>
      <w:pPr>
        <w:keepNext w:val="0"/>
        <w:spacing w:before="200" w:after="0" w:line="260" w:lineRule="exact"/>
        <w:ind w:left="360" w:right="0" w:firstLine="0"/>
        <w:jc w:val="both"/>
      </w:pPr>
      <w:r>
        <w:rPr>
          <w:rFonts w:ascii="Times New Roman" w:hAnsi="Times New Roman" w:eastAsia="Times New Roman" w:cs="Times New Roman"/>
          <w:b w:val="0"/>
          <w:sz w:val="24"/>
        </w:rPr>
        <w:t>There being no further business to be transacted, the meeting was adjourned.</w:t>
      </w:r>
    </w:p>
    <w:p>
      <w:pPr>
        <w:keepNext w:val="0"/>
        <w:spacing w:before="120" w:after="0" w:line="260" w:lineRule="exact"/>
        <w:ind w:left="360" w:right="0" w:firstLine="0"/>
        <w:jc w:val="left"/>
      </w:pP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name below signature]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