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Incumbency Certificate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Party]</w:t>
      </w:r>
    </w:p>
    <w:p>
      <w:pPr>
        <w:keepNext w:val="0"/>
        <w:spacing w:before="200" w:after="0" w:line="260" w:lineRule="exact"/>
        <w:ind w:left="360" w:right="0" w:firstLine="0"/>
        <w:jc w:val="both"/>
      </w:pPr>
      <w:r>
        <w:rPr>
          <w:rFonts w:ascii="Times New Roman" w:hAnsi="Times New Roman" w:eastAsia="Times New Roman" w:cs="Times New Roman"/>
          <w:b w:val="0"/>
          <w:sz w:val="24"/>
        </w:rPr>
        <w:t>This form incumbency certificate ("Certificate") is furnished in connection with [section reference] of that certain Merger Agreement (the "Merger Agreement"), dated as of [month] [day], [year], by and among [merger agreement parties]. Capitalized terms used but not defined herein shall have the meanings assigned to such terms in the Merger Agreement.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[secretary name], certifies that [s]he is the [Assistant] Secretary of [Merger Agreement party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(the "Company"), and in such capacity is duly authorized to execute this Certificate and further certifies that: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Certificate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incumbency certificate indicating the duly elected, qualified and acting officers of the Company occupying the offices set forth opposite their respective names and the signatures set forth opposite their respective names are their [and correct] true signatures.</w:t>
      </w:r>
    </w:p>
    <w:p>
      <w:pPr>
        <w:keepNext w:val="0"/>
        <w:spacing w:before="200" w:after="0" w:line="260" w:lineRule="exact"/>
        <w:ind w:left="360" w:right="0" w:firstLine="0"/>
        <w:jc w:val="center"/>
      </w:pPr>
      <w:r>
        <w:rPr>
          <w:rFonts w:ascii="Times New Roman" w:hAnsi="Times New Roman" w:eastAsia="Times New Roman" w:cs="Times New Roman"/>
          <w:b w:val="0"/>
          <w:sz w:val="24"/>
        </w:rPr>
        <w:t>[Remainder of Page Intentionally Left Blank]</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set my hand to this Incumbency Certificate of [party name]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[Party]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[Assistant] Secretary]</w:t>
      </w:r>
    </w:p>
    <w:p>
      <w:pPr>
        <w:keepNext w:val="0"/>
        <w:spacing w:before="120" w:after="0" w:line="260" w:lineRule="exact"/>
        <w:ind w:left="360" w:right="0" w:firstLine="0"/>
        <w:jc w:val="left"/>
      </w:pPr>
      <w:r>
        <w:rPr>
          <w:rFonts w:ascii="Times New Roman" w:hAnsi="Times New Roman" w:eastAsia="Times New Roman" w:cs="Times New Roman"/>
          <w:b w:val="0"/>
          <w:sz w:val="24"/>
        </w:rPr>
        <w:t>Title: [Assistant] Secretary</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to Secretary's Certificate]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