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for performance of services ("Agreement") is made on [date] (the "Effective Date"), between [name of person/entity engaging independent contractor's services] ("Client"),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and [name of independent contractor] ("Contractor"),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Client and Contractor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Specific Services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acting independently and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agrees to [describe in detail services to be performed]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warrants that [he/she/it] is qualified to perform the Services and that the Services will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timely and workmanlike manner without the advice or direction of Client. Failure to perform all the Services required under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Method of Performing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will determine the method, details, and means of performing the Services. Contractor may perform the Services under this Agreement at any suitable time and location Contractor chooses. Contractor will use Contractor's own resources, such as supplies, equipment, tools, and materials to complete the Services, unless necessity requires the use of Client's resources and premises as those requirements are defined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shall devote such working time and attention to the performance of the Services as required to satisfy all duties and responsibilities of Contractor in finishing the assignment. Contractor agrees to devote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[number] hours per [day, week or month] to performing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shall perform [his/her/its] obligations hereunder in compliance with the terms of this Agreement and all applicable laws and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necessity requires Contractor to perform any services on Client's property or requires Contractor to interact with any of Client's employees, customers, vendors, affiliates or members of the public, Contractor shall comply with all of Client's policies and regulations.</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become effective on the Effective Date and will continue in effect until the Services provided for in this Agreement have been performed to Client's reasonable satisfaction, unless terminated earlier as provided in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full consideration for the Services described in this Agreement to be performed by Contractor, Client agrees to pay Contractor $[amount] upon satisfactory completion of the terms. Payments will be made in the following manner: [payment details such as date payable, form of payment, maximums or minimums, invoicing, specification or performance milestones, etc.].</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Contractor is Independent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enters into this Agreement, and will remain throughout the term of this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Contractor agrees that neither Contractor nor any Contractor personnel is or will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partner, agent, or principal of Client while this Agreement is in effect. This Agreement does not in any way create any type of partnership, association, joint venture, or other business relationship between the Parties. Contractor agrees neither Contractor nor any Contractor personnel shall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Contractor's own expense, disability, unemployment, and other insurance, workers' compensation, training, permits, licenses, and any other requirement for Contractor and for Contractor's employees and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shall be construed to give Contractor or any Contractor personnel any authority (i) to represent that such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720" w:right="0" w:firstLine="0"/>
        <w:jc w:val="left"/>
      </w:pPr>
      <w:r>
        <w:rPr>
          <w:rFonts w:ascii="Times New Roman" w:hAnsi="Times New Roman" w:eastAsia="Times New Roman" w:cs="Times New Roman"/>
          <w:b/>
          <w:sz w:val="24"/>
        </w:rPr>
        <w:t>Non-Exclusive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may represent, perform services for, and contract with as many additional clients, persons, or companies as Contractor, in Contractor's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the Services performed for Client. Contractor acknowledges that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720" w:right="0" w:firstLine="0"/>
        <w:jc w:val="left"/>
      </w:pPr>
      <w:r>
        <w:rPr>
          <w:rFonts w:ascii="Times New Roman" w:hAnsi="Times New Roman" w:eastAsia="Times New Roman" w:cs="Times New Roman"/>
          <w:b/>
          <w:sz w:val="24"/>
        </w:rPr>
        <w:t>Payment of Taxes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is solely responsible for paying when due any taxes, including estimated taxes, incurred because of the compensation paid by Client to Contractor for Services under this Agreement. This includes but is not limited to any federal, state or local income taxes, social security or unemployment tax, or any other taxes.</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on behalf of [himself/herself/itself] and any successors, assigns, and heirs, agrees to defend, indemnify and hold Client, including Client's employees, officers, directors, agents, subsidiaries and affiliates, harmless from and against any damage, claim, losses, fee, assessment, interest charge or penalty incurred by or charged to Client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720" w:right="0" w:firstLine="0"/>
        <w:jc w:val="left"/>
      </w:pPr>
      <w:r>
        <w:rPr>
          <w:rFonts w:ascii="Times New Roman" w:hAnsi="Times New Roman" w:eastAsia="Times New Roman" w:cs="Times New Roman"/>
          <w:b/>
          <w:sz w:val="24"/>
        </w:rPr>
        <w:t>Workers'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agrees to provide workers' compensation insurance for Contractor employees and agents and agrees to defend, hold harmless and indemnify Client for all claims arising out of any injury, disability or death of any of Contractor's employees or agents.</w:t>
      </w:r>
    </w:p>
    <w:p>
      <w:pPr>
        <w:keepNext w:val="0"/>
        <w:spacing w:before="120" w:after="0" w:line="260" w:lineRule="exact"/>
        <w:ind w:left="720" w:right="0" w:firstLine="0"/>
        <w:jc w:val="left"/>
      </w:pPr>
      <w:r>
        <w:rPr>
          <w:rFonts w:ascii="Times New Roman" w:hAnsi="Times New Roman" w:eastAsia="Times New Roman" w:cs="Times New Roman"/>
          <w:b/>
          <w:sz w:val="24"/>
        </w:rPr>
        <w:t>Liability Insurance</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agrees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general liability insurance in the minimum amount of $[amount] to cover any negligent acts or errors and omissions committed by Contractor or Contractor's employees or agents during the performance of the Services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 Client must be listed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additionally insured party on said policy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policy must be forwarded to Client. Contractor may not cancel this policy without notifying Client at least [number] days in advance. Termination of required insurance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Use of Employees or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third-parties working on behalf of Contractor to sign intellectual property and confidentiality agreements prior to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their engagement. Contractor hereby consents to Client's assigning this Agreement in whole or in part.</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Client may terminate this Agreement without cause provided written notice is given to Contractor [number] days in advance. Client may also terminate this Agreement immediately if Contractor breaches this Agreement.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termination, Contractor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pro-rated payment for Services actually rendered to the Client's reasonable satisfaction, prior to the termination date.</w:t>
      </w:r>
    </w:p>
    <w:p>
      <w:pPr>
        <w:keepNext w:val="0"/>
        <w:spacing w:before="120" w:after="0" w:line="260" w:lineRule="exact"/>
        <w:ind w:left="720" w:right="0" w:firstLine="0"/>
        <w:jc w:val="left"/>
      </w:pPr>
      <w:r>
        <w:rPr>
          <w:rFonts w:ascii="Times New Roman" w:hAnsi="Times New Roman" w:eastAsia="Times New Roman" w:cs="Times New Roman"/>
          <w:b/>
          <w:sz w:val="24"/>
        </w:rPr>
        <w:t>Return of Materials</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expiration or termination of this Agreement, successful completion of the Services to be provided under this Agreement or as otherwise requested by Client, Contractor will deliver to Client all property and materials of Client in the Contractor's possession or control, including [list of items such as deliverables, software, tools, equipment, notes, documents, or related items that Client wants returned].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Contractor's agent-in-fact and Client is authorized to act on behalf of Client in pursuing any intellectual property rights. Contractor waives any "Moral Rights" Contractor has, including but not limited to, any rights of integrity, paternity, disclosure and withdrawal, related to any assignment of intellectual property rights created by services performed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may gain access to confidential and proprietary information about Client and its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120" w:after="0" w:line="260" w:lineRule="exact"/>
        <w:ind w:left="720" w:right="0" w:firstLine="0"/>
        <w:jc w:val="left"/>
      </w:pPr>
      <w:r>
        <w:rPr>
          <w:rFonts w:ascii="Times New Roman" w:hAnsi="Times New Roman" w:eastAsia="Times New Roman" w:cs="Times New Roman"/>
          <w:b w:val="0"/>
          <w:sz w:val="24"/>
        </w:rPr>
        <w:t>7.2.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will indefinitely maintain Client's confidential information in the strictest confidence, and will not disclose it, or allow it to be disclosed, by any means to any person except with Client's prior, written approval, and only to the extent necessary to perform the Services under this Agreement. Any permitted person to whom Contractor shall disclose confidential information must be under confidentiality obligations no less restrictive than this Agreement. Contractor shall always remain responsible for breaches of this Agreement arising from the acts of any person to whom it discloses confidential information. Contractor shall only use the Client's confidential information in furtherance of Contractor's performance of this Agreement, but shall not use the confidential information for any other purpose or for the benefit of any third party. No Confidential Information furnished to Contractor shall be duplicated or copied except as may be strictly necessary to effectuate the purpose of this Agreement. Contractor shall promptly return all copies of Confidential Information at any time upon the request Client or promptly upon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Contractor discovers that any Confidential Information has been used, disseminated or accessed in violation of this Agreement, it will immediately notify Client; take all commercially reasonable actions available to minimize the impact of the use, dissemination or publication; and take all necessary steps to prevent any further breach of this Agreement. Contractor agrees and acknowledges that any breach or threatened breach regarding the treatment of the Client's confidential information may result in irreparable harm to Client for which there may be no adequate remedy at law. In such event Client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[period, e.g., one year] thereafter, Contractor will not do, or cause anyone on Contractor's behalf to do, either of the following: (1) call on, solicit, or take away any of Client's customers or potential customers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under this Agreement, or (2) solicit or hire away any of Client's employees or contractors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Client: </w:t>
      </w:r>
    </w:p>
    <w:p>
      <w:pPr>
        <w:keepNext w:val="0"/>
        <w:spacing w:before="6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 or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Contractor: </w:t>
      </w:r>
    </w:p>
    <w:p>
      <w:pPr>
        <w:keepNext w:val="0"/>
        <w:spacing w:before="6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 or office]</w:t>
      </w:r>
    </w:p>
    <w:p>
      <w:pPr>
        <w:keepNext w:val="0"/>
        <w:spacing w:before="120" w:after="0" w:line="260" w:lineRule="exact"/>
        <w:ind w:left="720" w:right="0" w:firstLine="0"/>
        <w:jc w:val="left"/>
      </w:pPr>
      <w:r>
        <w:rPr>
          <w:rFonts w:ascii="Times New Roman" w:hAnsi="Times New Roman" w:eastAsia="Times New Roman" w:cs="Times New Roman"/>
          <w:b/>
          <w:sz w:val="24"/>
        </w:rPr>
        <w:t>Partial Invalidity</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void, or unenforceable, the remaining provisions will continue in full force and effect without being impaired or invalidated in any way.</w:t>
      </w:r>
    </w:p>
    <w:p>
      <w:pPr>
        <w:keepNext w:val="0"/>
        <w:spacing w:before="120" w:after="0" w:line="260" w:lineRule="exact"/>
        <w:ind w:left="720" w:right="0" w:firstLine="0"/>
        <w:jc w:val="left"/>
      </w:pPr>
      <w:r>
        <w:rPr>
          <w:rFonts w:ascii="Times New Roman" w:hAnsi="Times New Roman" w:eastAsia="Times New Roman" w:cs="Times New Roman"/>
          <w:b/>
          <w:sz w:val="24"/>
        </w:rPr>
        <w:t>Dispute Resolution</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(3)] arbitrators sitting in [county], Michigan. The language of the arbitration shall be English. The arbitrators will be bound to adjudicate all disputes in accordance with the laws of the State of Michigan.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 except that Client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injunction or other injunctive relief in any court of competent jurisdiction if in its reasonable judgment such action is necessary to avoid irreparable harm.</w:t>
      </w:r>
    </w:p>
    <w:p>
      <w:pPr>
        <w:keepNext w:val="0"/>
        <w:spacing w:before="120" w:after="0" w:line="260" w:lineRule="exact"/>
        <w:ind w:left="720" w:right="0" w:firstLine="0"/>
        <w:jc w:val="left"/>
      </w:pPr>
      <w:r>
        <w:rPr>
          <w:rFonts w:ascii="Times New Roman" w:hAnsi="Times New Roman" w:eastAsia="Times New Roman" w:cs="Times New Roman"/>
          <w:b/>
          <w:sz w:val="24"/>
        </w:rPr>
        <w:t>Governing Law</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and construed in accordance with the laws of the State of Michigan without regard to its conflicts of law principles.</w:t>
      </w:r>
    </w:p>
    <w:p>
      <w:pPr>
        <w:keepNext w:val="0"/>
        <w:spacing w:before="120" w:after="0" w:line="260" w:lineRule="exact"/>
        <w:ind w:left="720" w:right="0" w:firstLine="0"/>
        <w:jc w:val="left"/>
      </w:pPr>
      <w:r>
        <w:rPr>
          <w:rFonts w:ascii="Times New Roman" w:hAnsi="Times New Roman" w:eastAsia="Times New Roman" w:cs="Times New Roman"/>
          <w:b/>
          <w:sz w:val="24"/>
        </w:rPr>
        <w:t>Contractor Representations</w:t>
      </w:r>
    </w:p>
    <w:p>
      <w:pPr>
        <w:keepNext w:val="0"/>
        <w:spacing w:before="120" w:after="0" w:line="260" w:lineRule="exact"/>
        <w:ind w:left="1080" w:right="0" w:firstLine="0"/>
        <w:jc w:val="left"/>
      </w:pPr>
      <w:r>
        <w:rPr>
          <w:rFonts w:ascii="Times New Roman" w:hAnsi="Times New Roman" w:eastAsia="Times New Roman" w:cs="Times New Roman"/>
          <w:b w:val="0"/>
          <w:sz w:val="24"/>
        </w:rPr>
        <w:t>9.5.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warrants that Contractor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720" w:right="0" w:firstLine="0"/>
        <w:jc w:val="left"/>
      </w:pPr>
      <w:r>
        <w:rPr>
          <w:rFonts w:ascii="Times New Roman" w:hAnsi="Times New Roman" w:eastAsia="Times New Roman" w:cs="Times New Roman"/>
          <w:b/>
          <w:sz w:val="24"/>
        </w:rPr>
        <w:t>Force Majeure</w:t>
      </w:r>
    </w:p>
    <w:p>
      <w:pPr>
        <w:keepNext w:val="0"/>
        <w:spacing w:before="120" w:after="0" w:line="260" w:lineRule="exact"/>
        <w:ind w:left="1080" w:right="0" w:firstLine="0"/>
        <w:jc w:val="left"/>
      </w:pPr>
      <w:r>
        <w:rPr>
          <w:rFonts w:ascii="Times New Roman" w:hAnsi="Times New Roman" w:eastAsia="Times New Roman" w:cs="Times New Roman"/>
          <w:b w:val="0"/>
          <w:sz w:val="24"/>
        </w:rPr>
        <w:t>9.6.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five (5) business days of its occurrence. If Contractor's performance is delayed over [number, e.g., fifteen (15)] days, Client may terminate this Agreement.</w:t>
      </w:r>
    </w:p>
    <w:p>
      <w:pPr>
        <w:keepNext w:val="0"/>
        <w:spacing w:before="120" w:after="0" w:line="260" w:lineRule="exact"/>
        <w:ind w:left="720" w:right="0" w:firstLine="0"/>
        <w:jc w:val="left"/>
      </w:pPr>
      <w:r>
        <w:rPr>
          <w:rFonts w:ascii="Times New Roman" w:hAnsi="Times New Roman" w:eastAsia="Times New Roman" w:cs="Times New Roman"/>
          <w:b/>
          <w:sz w:val="24"/>
        </w:rPr>
        <w:t>Waiver: Rights Cumulative</w:t>
      </w:r>
    </w:p>
    <w:p>
      <w:pPr>
        <w:keepNext w:val="0"/>
        <w:spacing w:before="120" w:after="0" w:line="260" w:lineRule="exact"/>
        <w:ind w:left="1080" w:right="0" w:firstLine="0"/>
        <w:jc w:val="left"/>
      </w:pPr>
      <w:r>
        <w:rPr>
          <w:rFonts w:ascii="Times New Roman" w:hAnsi="Times New Roman" w:eastAsia="Times New Roman" w:cs="Times New Roman"/>
          <w:b w:val="0"/>
          <w:sz w:val="24"/>
        </w:rPr>
        <w:t>9.7.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sz w:val="24"/>
        </w:rPr>
        <w:t>Counterparts</w:t>
      </w:r>
    </w:p>
    <w:p>
      <w:pPr>
        <w:keepNext w:val="0"/>
        <w:spacing w:before="120" w:after="0" w:line="260" w:lineRule="exact"/>
        <w:ind w:left="1080" w:right="0" w:firstLine="0"/>
        <w:jc w:val="left"/>
      </w:pPr>
      <w:r>
        <w:rPr>
          <w:rFonts w:ascii="Times New Roman" w:hAnsi="Times New Roman" w:eastAsia="Times New Roman" w:cs="Times New Roman"/>
          <w:b w:val="0"/>
          <w:sz w:val="24"/>
        </w:rPr>
        <w:t>9.8.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keepNext w:val="0"/>
        <w:spacing w:before="120" w:after="0" w:line="260" w:lineRule="exact"/>
        <w:ind w:left="720" w:right="0" w:firstLine="0"/>
        <w:jc w:val="left"/>
      </w:pPr>
      <w:r>
        <w:rPr>
          <w:rFonts w:ascii="Times New Roman" w:hAnsi="Times New Roman" w:eastAsia="Times New Roman" w:cs="Times New Roman"/>
          <w:b/>
          <w:sz w:val="24"/>
        </w:rPr>
        <w:t>Entire Agreement; Modifications</w:t>
      </w:r>
    </w:p>
    <w:p>
      <w:pPr>
        <w:keepNext w:val="0"/>
        <w:spacing w:before="120" w:after="0" w:line="260" w:lineRule="exact"/>
        <w:ind w:left="1080" w:right="0" w:firstLine="0"/>
        <w:jc w:val="left"/>
      </w:pPr>
      <w:r>
        <w:rPr>
          <w:rFonts w:ascii="Times New Roman" w:hAnsi="Times New Roman" w:eastAsia="Times New Roman" w:cs="Times New Roman"/>
          <w:b w:val="0"/>
          <w:sz w:val="24"/>
        </w:rPr>
        <w:t>9.9.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together with any exhibits, schedules or other documents referenced herein, supersedes all agreements, either oral or written, between the Parties with respect to the rendering of Services by Contractor for Client and contains all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to be charged.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