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Indian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Indian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