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Indiana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Title 29 (Probate)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Indiana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Indiana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