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INDIANA NOTICE TO QUIT (NON-COMPLIANCE)</w:t>
      </w:r>
    </w:p>
    <w:p>
      <w:pPr/>
    </w:p>
    <w:p>
      <w:pPr/>
    </w:p>
    <w:p>
      <w:pPr/>
      <w:r>
        <w:rPr>
          <w:rFonts w:ascii="Times New Roman" w:hAnsi="Times New Roman" w:eastAsia="Times New Roman" w:cs="Times New Roman"/>
          <w:sz w:val="24"/>
        </w:rPr>
        <w:t>Date: __________________, 20____</w:t>
      </w:r>
    </w:p>
    <w:p>
      <w:pPr/>
    </w:p>
    <w:p>
      <w:pPr/>
      <w:r>
        <w:rPr>
          <w:rFonts w:ascii="Times New Roman" w:hAnsi="Times New Roman" w:eastAsia="Times New Roman" w:cs="Times New Roman"/>
          <w:b/>
          <w:sz w:val="24"/>
        </w:rPr>
        <w:t>TENANT(S)</w:t>
      </w:r>
      <w:r>
        <w:rPr>
          <w:rFonts w:ascii="Times New Roman" w:hAnsi="Times New Roman" w:eastAsia="Times New Roman" w:cs="Times New Roman"/>
          <w:sz w:val="24"/>
        </w:rPr>
        <w:t>: ____________________________________, and all occupants, residents, subtenants, and all those in possession or occupying the Premises.</w:t>
      </w:r>
    </w:p>
    <w:p>
      <w:pPr/>
    </w:p>
    <w:p>
      <w:pPr/>
      <w:r>
        <w:rPr>
          <w:rFonts w:ascii="Times New Roman" w:hAnsi="Times New Roman" w:eastAsia="Times New Roman" w:cs="Times New Roman"/>
          <w:b/>
          <w:sz w:val="24"/>
        </w:rPr>
        <w:t>PROPERTY LOCATION</w:t>
      </w:r>
      <w:r>
        <w:rPr>
          <w:rFonts w:ascii="Times New Roman" w:hAnsi="Times New Roman" w:eastAsia="Times New Roman" w:cs="Times New Roman"/>
          <w:sz w:val="24"/>
        </w:rPr>
        <w:t>: ____________________________________ (“Premises”).</w:t>
      </w:r>
    </w:p>
    <w:p>
      <w:pPr/>
    </w:p>
    <w:p>
      <w:pPr/>
      <w:r>
        <w:rPr>
          <w:rFonts w:ascii="Times New Roman" w:hAnsi="Times New Roman" w:eastAsia="Times New Roman" w:cs="Times New Roman"/>
          <w:sz w:val="24"/>
        </w:rPr>
        <w:t>In accordance with the lease signed on ____________________, 20____, and with local and State laws, the landlord hereby gives official notice to quit for the following violation:</w:t>
      </w:r>
    </w:p>
    <w:p>
      <w:pPr/>
    </w:p>
    <w:p>
      <w:pPr/>
      <w:r>
        <w:rPr>
          <w:rFonts w:ascii="Times New Roman" w:hAnsi="Times New Roman" w:eastAsia="Times New Roman" w:cs="Times New Roman"/>
          <w:b/>
          <w:sz w:val="24"/>
        </w:rPr>
        <w:t>NON-COMPLIANCE</w:t>
      </w:r>
      <w:r>
        <w:rPr>
          <w:rFonts w:ascii="Times New Roman" w:hAnsi="Times New Roman" w:eastAsia="Times New Roman" w:cs="Times New Roman"/>
          <w:sz w:val="24"/>
        </w:rPr>
        <w:t xml:space="preserve">. Within ____ days, you shall remedy the following lease violation: ________________________________________________________________________ </w:t>
      </w:r>
    </w:p>
    <w:p>
      <w:pPr/>
      <w:r>
        <w:rPr>
          <w:rFonts w:ascii="Times New Roman" w:hAnsi="Times New Roman" w:eastAsia="Times New Roman" w:cs="Times New Roman"/>
          <w:sz w:val="24"/>
        </w:rPr>
        <w:t>________________________________________________________________________________________________________________________________________________</w:t>
      </w:r>
    </w:p>
    <w:p>
      <w:pPr/>
    </w:p>
    <w:p>
      <w:pPr/>
      <w:r>
        <w:rPr>
          <w:rFonts w:ascii="Times New Roman" w:hAnsi="Times New Roman" w:eastAsia="Times New Roman" w:cs="Times New Roman"/>
          <w:sz w:val="24"/>
        </w:rPr>
        <w:t>This is in non-compliance with your lease agreement. You shall notify the landlord by the end of the notice period that the violation has been cured or quit and deliver the possession of the Premises.</w:t>
      </w:r>
    </w:p>
    <w:p>
      <w:pPr/>
    </w:p>
    <w:p>
      <w:pPr/>
      <w:r>
        <w:rPr>
          <w:rFonts w:ascii="Times New Roman" w:hAnsi="Times New Roman" w:eastAsia="Times New Roman" w:cs="Times New Roman"/>
          <w:b/>
          <w:sz w:val="24"/>
        </w:rPr>
        <w:t>YOU ARE FURTHER NOTIFIED THAT</w:t>
      </w:r>
      <w:r>
        <w:rPr>
          <w:rFonts w:ascii="Times New Roman" w:hAnsi="Times New Roman" w:eastAsia="Times New Roman" w:cs="Times New Roman"/>
          <w:sz w:val="24"/>
        </w:rPr>
        <w:t>, the owner</w:t>
      </w:r>
      <w:r>
        <w:rPr>
          <w:rFonts w:ascii="Times New Roman" w:hAnsi="Times New Roman" w:eastAsia="Times New Roman" w:cs="Times New Roman"/>
          <w:sz w:val="24"/>
        </w:rPr>
        <w:t xml:space="preserve">/landlord does hereby elect to declare that forfeiture of your lease or rental agreement under which you hold possession of the above-described Premises if you fail to perform or otherwise comply, will institute legal proceedings to recover rent and possession of said Premises which would result in a judgment against you including costs and necessary disbursements together with possible statutory damages as allowed by law for such unlawful detention. </w:t>
      </w:r>
    </w:p>
    <w:p>
      <w:pPr/>
    </w:p>
    <w:p>
      <w:pPr/>
    </w:p>
    <w:p>
      <w:pPr/>
      <w:r>
        <w:rPr>
          <w:rFonts w:ascii="Times New Roman" w:hAnsi="Times New Roman" w:eastAsia="Times New Roman" w:cs="Times New Roman"/>
          <w:b/>
          <w:sz w:val="24"/>
        </w:rPr>
        <w:t>Landlord/Agent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p>
    <w:p>
      <w:pPr/>
    </w:p>
    <w:p>
      <w:pPr/>
      <w:r>
        <w:rPr>
          <w:rFonts w:ascii="Times New Roman" w:hAnsi="Times New Roman" w:eastAsia="Times New Roman" w:cs="Times New Roman"/>
          <w:sz w:val="24"/>
        </w:rPr>
        <w:t>Print Name: ___________________________</w:t>
      </w:r>
    </w:p>
    <w:p>
      <w:pPr/>
    </w:p>
    <w:p>
      <w:pPr>
        <w:jc w:val="center"/>
      </w:pPr>
      <w:r>
        <w:rPr>
          <w:rFonts w:ascii="Times New Roman" w:hAnsi="Times New Roman" w:eastAsia="Times New Roman" w:cs="Times New Roman"/>
          <w:b/>
          <w:sz w:val="24"/>
        </w:rPr>
        <w:t>CERTIFICATE OF SERVICE</w:t>
      </w:r>
    </w:p>
    <w:p>
      <w:pPr/>
    </w:p>
    <w:p>
      <w:pPr/>
      <w:r>
        <w:rPr>
          <w:rFonts w:ascii="Times New Roman" w:hAnsi="Times New Roman" w:eastAsia="Times New Roman" w:cs="Times New Roman"/>
          <w:sz w:val="24"/>
        </w:rPr>
        <w:t xml:space="preserve">I certify that on ____________________, 20____I served this notice to __________________________ by: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personally to the person in possession.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on the Premises to a member of his/her family or household or an employee of suitable age and discretion with a request that it be delivered to the person in possession.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First-class mail addressed to the person in possession.</w:t>
      </w:r>
    </w:p>
    <w:p>
      <w:pPr/>
    </w:p>
    <w:p>
      <w:pPr/>
      <w:r>
        <w:rPr>
          <w:rFonts w:ascii="Times New Roman" w:hAnsi="Times New Roman" w:eastAsia="Times New Roman" w:cs="Times New Roman"/>
          <w:b/>
          <w:sz w:val="24"/>
        </w:rPr>
        <w:t>Sender’s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p>
    <w:p>
      <w:pPr/>
    </w:p>
    <w:p>
      <w:pPr/>
      <w:r>
        <w:rPr>
          <w:rFonts w:ascii="Times New Roman" w:hAnsi="Times New Roman" w:eastAsia="Times New Roman" w:cs="Times New Roman"/>
          <w:sz w:val="24"/>
        </w:rPr>
        <w:t>Print Name: 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