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INDIANA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Indiana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